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 w:val="0"/>
          <w:sz w:val="20"/>
        </w:rPr>
        <w:t>Halima Xudoyberdiyeva nomidagi Ijod maktabi</w:t>
      </w:r>
    </w:p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INGLIZ TILI 7-SINF</w:t>
      </w:r>
    </w:p>
    <w:p>
      <w:pPr>
        <w:spacing w:after="40" w:before="0"/>
        <w:jc w:val="center"/>
      </w:pPr>
      <w:r>
        <w:rPr>
          <w:rFonts w:ascii="Times New Roman" w:hAnsi="Times New Roman"/>
          <w:b w:val="0"/>
          <w:sz w:val="20"/>
        </w:rPr>
        <w:t>(Ingliz tili haftasiga 4 soatdan) Jami: 136 soat  ·  CEFR daraja: A1+</w:t>
      </w:r>
    </w:p>
    <w:p>
      <w:pPr>
        <w:spacing w:after="200" w:before="0"/>
        <w:jc w:val="center"/>
      </w:pPr>
      <w:r>
        <w:rPr>
          <w:rFonts w:ascii="Times New Roman" w:hAnsi="Times New Roman"/>
          <w:b w:val="0"/>
          <w:sz w:val="18"/>
        </w:rPr>
        <w:t>O‘quv yili: 2026-2027  ·  O‘qituvchi: Davirbek Xasanov  ·  Bo‘limlar: 7-A, 7-B</w:t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 CHORAK (36 soat)   02.09.2026 – 03.11.2026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1. Reading: ‘Worldfriends’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1-3p. 4, 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be, have/have got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ex:1-4p.5, 6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(family members)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ex:1-2 p. 7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 1,2 p.7-8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yourself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6-8 sentence talk about yourself: name, age, family, free time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possessives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 8, 9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personal profile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ex:1p. 9 on workbook. writing about yourself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2. Reading: Welcome to Amberton Farm.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1-3p. 10,11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present simple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11,12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(time)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p. 13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daily activities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6-8 sentences about your daily routine with times; learn the time words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adverbs of frequency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14, 25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informal email (1)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1-2p. 15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1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1-2 - WB p. 16, ex. 1-3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3. Reading: Going shopping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ex:1-4p. 17, 18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present continuous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ex:1-4p. 19, 20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stative verbs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1-2p. 20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what people are doing at the moment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6-8 sentences about what your family members are doing now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pronouns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21, 22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description of a picture of people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p. 22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Plan your project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8-10 sentences and pictures about shopping in your town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4. Reading: Linton school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23-24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question words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24, 25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the imperative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6 imperative sentences: classroom rules (do's and don'ts)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(ways of talking)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4 'ways of talking' words; write 6 sentences with them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1-2p. 26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asking and answering questions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p.26.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too/very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1-4 p 27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interview (dialogue)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p28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Skill based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Quick check - WB p. 28, ex. 1-4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Skill based game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Units 3-4 words; prepare 5 quiz questions for the class game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2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3-4 - WB p. 29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Grammar databases 5-8 (SB p. 147-148); write 10 example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3-4 Wordpower words (WB p. 24 and p. 26);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1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1-4: WB p. 16 and p. 29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22 and p. 28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II CHORAK (28 soat)   10.11.2026 – 27.12.2026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5. Reading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ex:1-4p. 30-31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past simple-basic irregular verbs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ex:1-4p. 31-32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(countries)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ex:1-2p. 33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ex:4-4p. 30-34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past events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6-8 sentences about a trip you made last summer (past simple)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Reading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35, ex. 1 (reading)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past simple-regular verbs and more irregular verbs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1-5p. 34-35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past simple-regular verbs and more irregular verbs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10 past simple sentences about last weekend (regular verbs)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blog post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1-2p. 35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 5 grammar; write 10 example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Quick check - WB p. 41, ex. 1-5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3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5-6 - WB p. 42, ex. 1-3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6. Reading : ‘Did you know?’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1-5p. 36-37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regular and irregular plurals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ex:1-4p. 37-38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(ways of moving)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ex:1-2p. 39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p39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giving simple instructions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6 simple instructions (how to get to school / how to make tea)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articles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 p. 40,41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note (giving instructions)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ex:1-2p. 41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7. Reading: ‘Up, up and away!’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ex:1-4p. 43, 44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countable and uncountable nouns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Ex:1-3p. 44,45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agreeing and disagreeing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short dialogue: agreeing and disagreeing (8-10 lines)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1-2 -1 page46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 activities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1-minute talk on a Unit 7 topic; learn the airport words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quantative adjectives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47, 48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4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1-2p. 48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2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7-8 - WB p. 55, ex. 1-3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48 and p. 54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III CHORAK (40 soat)   11.01.2027 – 20.03.2027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8. Reading : ‘Beyonce has a lucky escape’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49, 50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past continuous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50-51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(gestures)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p51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 52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telling simple stories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short story about a lucky escape (6-8 sentences, past continuous)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short answer forms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53, 54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story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1p. 54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story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story of 60-80 words: 'A day I will never forget'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to retell the Unit 8 story in 8-10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9. Reading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56,57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can for ability; could for requests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58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(feelings)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by heart. ex: 1-2 p. 59,60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 to CD Track 11 again; write 5 sentences about what you heard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should for advice; must and have to for obligation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60, 61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Worksheet Exercises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set of household rules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p. 61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Plan your project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prepare a poster about your family (8-10 sentences)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Worksheet Exercises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5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9-10 - WB p. 68, ex. 1-3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10. Reading : ‘Aesop’s fables’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1-3p. 62, 63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comparatives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1-4p. 63,64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(appearance)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 65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p. 65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making comparisons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comparing two people you know (comparatives)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superlatives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66, 67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description (comparing people’s appearence)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p. 67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description (comparing people’s appearance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description of a person in a picture (60-80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Plan your project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prepare a presentation about the best student in your class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11. Reading: ‘The next big thing’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69, 70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be going to for future plans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1-3p. 70, 71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(quantity)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11 quantity phrases (WB p. 72 word box);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 72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future plans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about your plans for the summer (be going to)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73, 74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informal 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74, ex. 1-2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6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11-12 - WB p. 81, ex. 1-3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the Units 11-12 Wordpower words (WB p. 72 and p. 78); write 10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11-12 grammar; write 10 sentences with 'be going to' and 'will'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3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11-12 - WB p. 81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80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IV CHORAK (32 soat)   28.03.2027 – 25.05.2027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7-B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Reading: ‘Jobchat’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p.75, 76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present continuous for future arrengements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1-3 p.76, 77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p.78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future arrangements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about your arrangements for next week (present continuous)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prepositions of time and place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p.79, 80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interview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interview with your favourite sportsman (8-10 questions and answers)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1-minute talk about your hobby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Plan your project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prepare a poster about a sport you like (8-10 sentences)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Reading: It’s all for charity.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p.82, 83on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present perfect simple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83,84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(position)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by heart ex:1,2 p85,86 w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adverbs of manner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1-3 p.86,87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Reading: choosing a summary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Quick check - WB p. 87, ex. 3-4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blog post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 87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 1-2 p 85-86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Plan your project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prepare a plan for raising money for a school event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7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13-14 - WB p. 94, ex. 1-8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Reading: ‘Looking forward’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1-4 p. 88,89on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first conditional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 p.89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second conditional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Worksheet Exercises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General basic vocabulary (directions)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4 p.90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for gist/specific information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91, ex. 1-5 (listening)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Speaking: talking about future possibilities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8 sentences about what your life will be like in 2040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Grammar: adverbs of degree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WB p. 92, ex. 1-8 (adverbs of degree)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article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 93 on workbook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article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Worksheet Exercises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1-minute talk: 'My school in the future'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Plan your project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Project: prepare a presentation 'Can you see the future?'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8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13-14 - WB p. 94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CLIL: How does the plane fly?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Read about how a plane flies; write 6-8 sentences answering the questions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4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1-14: WB p. 95, ex. 1-5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Quick check WB p. 93, ex. 1-6</w:t>
            </w:r>
          </w:p>
        </w:tc>
      </w:tr>
    </w:tbl>
    <w:sectPr w:rsidR="00FC693F" w:rsidRPr="0006063C" w:rsidSect="00034616">
      <w:pgSz w:w="16838" w:h="11906" w:orient="landscape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