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9071"/>
        <w:gridCol w:w="5386"/>
      </w:tblGrid>
      <w:tr>
        <w:tc>
          <w:tcPr>
            <w:tcW w:type="dxa" w:w="9071"/>
          </w:tcPr>
          <w:p/>
        </w:tc>
        <w:tc>
          <w:tcPr>
            <w:tcW w:type="dxa" w:w="5386"/>
          </w:tcPr>
          <w:p>
            <w:pPr>
              <w:spacing w:after="40"/>
            </w:pPr>
            <w:r/>
            <w:r>
              <w:rPr>
                <w:b/>
                <w:i w:val="0"/>
                <w:sz w:val="22"/>
              </w:rPr>
              <w:t>“Tasdiqlayman”</w:t>
            </w:r>
          </w:p>
          <w:p>
            <w:pPr>
              <w:spacing w:after="40"/>
            </w:pPr>
            <w:r>
              <w:rPr>
                <w:b w:val="0"/>
                <w:i w:val="0"/>
                <w:sz w:val="22"/>
              </w:rPr>
              <w:t>O‘quv ishlari bo‘yicha direktor o‘rinbosari</w:t>
            </w:r>
          </w:p>
          <w:p>
            <w:pPr>
              <w:spacing w:after="40"/>
            </w:pPr>
            <w:r>
              <w:rPr>
                <w:b w:val="0"/>
                <w:i w:val="0"/>
                <w:sz w:val="22"/>
              </w:rPr>
              <w:t>_____________ Z. N. Tuychiyev</w:t>
            </w:r>
          </w:p>
          <w:p>
            <w:pPr>
              <w:spacing w:after="40"/>
            </w:pPr>
            <w:r>
              <w:rPr>
                <w:b w:val="0"/>
                <w:i w:val="0"/>
                <w:sz w:val="22"/>
              </w:rPr>
              <w:t>«____» ______________ 2026-y.</w:t>
            </w:r>
          </w:p>
        </w:tc>
      </w:tr>
    </w:tbl>
    <w:p>
      <w:pPr>
        <w:spacing w:before="2200"/>
        <w:jc w:val="center"/>
      </w:pPr>
      <w:r>
        <w:rPr>
          <w:b/>
          <w:sz w:val="28"/>
        </w:rPr>
        <w:t>Halima Xudoyberdiyeva nomidagi Ijod maktabi</w:t>
      </w:r>
    </w:p>
    <w:p>
      <w:pPr>
        <w:jc w:val="center"/>
      </w:pPr>
      <w:r>
        <w:rPr>
          <w:b/>
          <w:sz w:val="26"/>
        </w:rPr>
        <w:t>Ingliz tili fanidan dars rejasi (Daily Lesson Plan)</w:t>
      </w:r>
    </w:p>
    <w:p>
      <w:pPr>
        <w:jc w:val="center"/>
      </w:pPr>
      <w:r>
        <w:rPr>
          <w:b w:val="0"/>
          <w:sz w:val="24"/>
        </w:rPr>
        <w:t>7-A sinf · 2026-2027 o‘quv yili · I chorak</w:t>
      </w:r>
    </w:p>
    <w:p>
      <w:pPr>
        <w:jc w:val="center"/>
      </w:pPr>
      <w:r>
        <w:rPr>
          <w:b w:val="0"/>
          <w:sz w:val="22"/>
        </w:rPr>
        <w:t>O‘qituvchi: Xasanov Davirbek Abdumalik o‘g‘li · Daraja: A1+ · 36 ta dars</w:t>
      </w:r>
    </w:p>
    <w:p>
      <w:r>
        <w:br w:type="page"/>
      </w:r>
    </w:p>
    <w:p>
      <w:pPr>
        <w:spacing w:before="80" w:after="60"/>
      </w:pPr>
      <w:r>
        <w:rPr>
          <w:b/>
          <w:color w:val="0B6E5F"/>
          <w:sz w:val="24"/>
        </w:rPr>
        <w:t>Daily Lesson Plan · 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Worldfriends: Tell Us About You</w:t>
            </w:r>
            <w:r>
              <w:rPr>
                <w:b w:val="0"/>
                <w:i w:val="0"/>
                <w:sz w:val="19"/>
              </w:rPr>
              <w:t xml:space="preserve"> (Worldfriends: o‘zing haqingda ayt)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«Worldfriends» saytidagi to‘rtta qisqa profilni (Harry, Anna, Sunil, Joe) aniq ma’lumot uchun o‘qishni va o‘zi haqida oddiy profil tuzishni o‘rganadi: ism, yosh, shahar, oila (best friend, close friend, only child, share a room).</w:t>
            </w:r>
          </w:p>
          <w:p>
            <w:pPr>
              <w:spacing w:after="40"/>
            </w:pPr>
            <w:r>
              <w:rPr>
                <w:b/>
                <w:i w:val="0"/>
                <w:sz w:val="19"/>
              </w:rPr>
              <w:t xml:space="preserve">b) Tarbiyaviy: </w:t>
            </w:r>
            <w:r>
              <w:rPr>
                <w:b w:val="0"/>
                <w:i w:val="0"/>
                <w:sz w:val="19"/>
              </w:rPr>
              <w:t>Boshqa mamlakatdagi tengdoshlarga qiziqish, do‘stlikni qadrlash va o‘zgalar haqidagi ma’lumotga hurmat bilan qarashni tarbiyalash.</w:t>
            </w:r>
          </w:p>
          <w:p>
            <w:pPr>
              <w:spacing w:after="40"/>
            </w:pPr>
            <w:r>
              <w:rPr>
                <w:b/>
                <w:i w:val="0"/>
                <w:sz w:val="19"/>
              </w:rPr>
              <w:t xml:space="preserve">c) Rivojlantiruvchi: </w:t>
            </w:r>
            <w:r>
              <w:rPr>
                <w:b w:val="0"/>
                <w:i w:val="0"/>
                <w:sz w:val="19"/>
              </w:rPr>
              <w:t>Matndan kerakli ma’lumotni tez topish, jadval bilan ishlash va tanlovini sabab bilan asoslash («I choose … because …») ko‘nikmasini rivojlantirish.</w:t>
            </w:r>
          </w:p>
        </w:tc>
        <w:tc>
          <w:tcPr>
            <w:tcW w:type="dxa" w:w="5443"/>
          </w:tcPr>
          <w:p>
            <w:pPr>
              <w:spacing w:after="40"/>
            </w:pPr>
            <w:r/>
            <w:r>
              <w:rPr>
                <w:b/>
                <w:i w:val="0"/>
                <w:sz w:val="18"/>
              </w:rPr>
              <w:t xml:space="preserve">1. Lead-in (Kirish) — 3 daqiqa. </w:t>
            </w:r>
            <w:r>
              <w:rPr>
                <w:b w:val="0"/>
                <w:i w:val="0"/>
                <w:sz w:val="18"/>
              </w:rPr>
              <w:t>Show the cover. Ask: Have you got friends in another country? What do you write about yourself online?</w:t>
            </w:r>
          </w:p>
          <w:p>
            <w:pPr>
              <w:spacing w:after="40"/>
            </w:pPr>
            <w:r>
              <w:rPr>
                <w:b/>
                <w:i w:val="0"/>
                <w:sz w:val="18"/>
              </w:rPr>
              <w:t xml:space="preserve">2. Presentation (4 blocks) (Yangi so‘zlar (4 blok)) — 7 daqiqa. </w:t>
            </w:r>
            <w:r>
              <w:rPr>
                <w:b w:val="0"/>
                <w:i w:val="0"/>
                <w:sz w:val="18"/>
              </w:rPr>
              <w:t>Present A personal information (10) and B friends (7) in class; C family and home (9) and D free time and dreams (9) — read from the vocabulary sheet, students repeat.</w:t>
            </w:r>
          </w:p>
          <w:p>
            <w:pPr>
              <w:spacing w:after="40"/>
            </w:pPr>
            <w:r>
              <w:rPr>
                <w:b/>
                <w:i w:val="0"/>
                <w:sz w:val="18"/>
              </w:rPr>
              <w:t xml:space="preserve">3. Focus — reading a profile (Fokus — profilni o‘qish) — 3 daqiqa. </w:t>
            </w:r>
            <w:r>
              <w:rPr>
                <w:b w:val="0"/>
                <w:i w:val="0"/>
                <w:sz w:val="18"/>
              </w:rPr>
              <w:t>Show the focus slide: where the name, age and town are; what a tick and a cross mean in the table.</w:t>
            </w:r>
          </w:p>
          <w:p>
            <w:pPr>
              <w:spacing w:after="40"/>
            </w:pPr>
            <w:r>
              <w:rPr>
                <w:b/>
                <w:i w:val="0"/>
                <w:sz w:val="18"/>
              </w:rPr>
              <w:t xml:space="preserve">4. Reading — ex.1–2 (recycle 1) (O‘qish — ex. 1–2) — 10 daqiqa. </w:t>
            </w:r>
            <w:r>
              <w:rPr>
                <w:b w:val="0"/>
                <w:i w:val="0"/>
                <w:sz w:val="18"/>
              </w:rPr>
              <w:t>Set 3 minutes for the table (ex.1), then ex.2 A/B/C. Check as a class; ask which line gives the answer.</w:t>
            </w:r>
          </w:p>
          <w:p>
            <w:pPr>
              <w:spacing w:after="40"/>
            </w:pPr>
            <w:r>
              <w:rPr>
                <w:b/>
                <w:i w:val="0"/>
                <w:sz w:val="18"/>
              </w:rPr>
              <w:t xml:space="preserve">5. Wordpower p.7 (Wordpower (p. 7)) — 4 daqiqa. </w:t>
            </w:r>
            <w:r>
              <w:rPr>
                <w:b w:val="0"/>
                <w:i w:val="0"/>
                <w:sz w:val="18"/>
              </w:rPr>
              <w:t>Students complete the six words with one letter in each gap; check the spelling on the board.</w:t>
            </w:r>
          </w:p>
          <w:p>
            <w:pPr>
              <w:spacing w:after="40"/>
            </w:pPr>
            <w:r>
              <w:rPr>
                <w:b/>
                <w:i w:val="0"/>
                <w:sz w:val="18"/>
              </w:rPr>
              <w:t xml:space="preserve">6. My Worldfriends profile (recycle 2) («Mening Worldfriends profilim») — 5 daqiqa. </w:t>
            </w:r>
            <w:r>
              <w:rPr>
                <w:b w:val="0"/>
                <w:i w:val="0"/>
                <w:sz w:val="18"/>
              </w:rPr>
              <w:t>Students read the profile on the lesson page and answer the six questions.</w:t>
            </w:r>
          </w:p>
          <w:p>
            <w:pPr>
              <w:spacing w:after="40"/>
            </w:pPr>
            <w:r>
              <w:rPr>
                <w:b/>
                <w:i w:val="0"/>
                <w:sz w:val="18"/>
              </w:rPr>
              <w:t xml:space="preserve">7. Speaking — ex.3 (Gapirish — ex. 3) — 4 daqiqa. </w:t>
            </w:r>
            <w:r>
              <w:rPr>
                <w:b w:val="0"/>
                <w:i w:val="0"/>
                <w:sz w:val="18"/>
              </w:rPr>
              <w:t>Pairs choose a Worldfriends person and give a reason.</w:t>
            </w:r>
          </w:p>
          <w:p>
            <w:pPr>
              <w:spacing w:after="40"/>
            </w:pPr>
            <w:r>
              <w:rPr>
                <w:b/>
                <w:i w:val="0"/>
                <w:sz w:val="18"/>
              </w:rPr>
              <w:t xml:space="preserve">8. Matching activity (Moslashtirish mashqi) — 6 daqiqa. </w:t>
            </w:r>
            <w:r>
              <w:rPr>
                <w:b w:val="0"/>
                <w:i w:val="0"/>
                <w:sz w:val="18"/>
              </w:rPr>
              <w:t>Hand out the matching worksheet; Group A and Group B, then swap.</w:t>
            </w:r>
          </w:p>
          <w:p>
            <w:pPr>
              <w:spacing w:after="40"/>
            </w:pPr>
            <w:r>
              <w:rPr>
                <w:b/>
                <w:i w:val="0"/>
                <w:sz w:val="18"/>
              </w:rPr>
              <w:t xml:space="preserve">9. Feedback and homework (Yakun va uyga vazifa) — 3 daqiqa. </w:t>
            </w:r>
            <w:r>
              <w:rPr>
                <w:b w:val="0"/>
                <w:i w:val="0"/>
                <w:sz w:val="18"/>
              </w:rPr>
              <w:t>Correct 'I have 12 years'; set the homework.</w:t>
            </w:r>
          </w:p>
          <w:p>
            <w:pPr>
              <w:spacing w:after="40"/>
            </w:pPr>
            <w:r>
              <w:rPr>
                <w:b/>
                <w:i w:val="0"/>
                <w:sz w:val="18"/>
              </w:rPr>
              <w:t xml:space="preserve">Metodlar: </w:t>
            </w:r>
            <w:r>
              <w:rPr>
                <w:b w:val="0"/>
                <w:i/>
                <w:sz w:val="18"/>
              </w:rPr>
              <w:t>o‘qib tushunish (aniq ma’lumot uchun), jadval bilan ishlash, juftlikda gapirish, guruhlarda ishlash (A va B)</w:t>
            </w:r>
          </w:p>
        </w:tc>
        <w:tc>
          <w:tcPr>
            <w:tcW w:type="dxa" w:w="2835"/>
          </w:tcPr>
          <w:p>
            <w:pPr>
              <w:spacing w:after="40"/>
            </w:pPr>
            <w:r/>
            <w:r>
              <w:rPr>
                <w:b w:val="0"/>
                <w:i w:val="0"/>
                <w:sz w:val="19"/>
              </w:rPr>
              <w:t>O‘quvchilar dars oxirida:</w:t>
            </w:r>
          </w:p>
          <w:p>
            <w:pPr>
              <w:spacing w:after="40"/>
            </w:pPr>
            <w:r>
              <w:rPr>
                <w:b w:val="0"/>
                <w:i w:val="0"/>
                <w:sz w:val="19"/>
              </w:rPr>
              <w:t>• o‘z ismi, yoshi, shahri va sinfini inglizcha ayta oladi;</w:t>
            </w:r>
          </w:p>
          <w:p>
            <w:pPr>
              <w:spacing w:after="40"/>
            </w:pPr>
            <w:r>
              <w:rPr>
                <w:b w:val="0"/>
                <w:i w:val="0"/>
                <w:sz w:val="19"/>
              </w:rPr>
              <w:t>• matndagi do‘stlik va oilaga oid o‘nta iborani (best friend, only child, share a room…) qo‘llay oladi;</w:t>
            </w:r>
          </w:p>
          <w:p>
            <w:pPr>
              <w:spacing w:after="40"/>
            </w:pPr>
            <w:r>
              <w:rPr>
                <w:b w:val="0"/>
                <w:i w:val="0"/>
                <w:sz w:val="19"/>
              </w:rPr>
              <w:t>• p. 7 ex. 1 jadvalini (✓/✗) to‘ldirib, ex. 2 da A, B yoki C javobni tanlay oladi;</w:t>
            </w:r>
          </w:p>
          <w:p>
            <w:pPr>
              <w:spacing w:after="40"/>
            </w:pPr>
            <w:r>
              <w:rPr>
                <w:b w:val="0"/>
                <w:i w:val="0"/>
                <w:sz w:val="19"/>
              </w:rPr>
              <w:t>• kim bilan do‘st bo‘lishni xohlashini sabab bilan ayta oladi (ex. 3): «I choose … because …».</w:t>
            </w:r>
          </w:p>
        </w:tc>
        <w:tc>
          <w:tcPr>
            <w:tcW w:type="dxa" w:w="3175"/>
          </w:tcPr>
          <w:p>
            <w:pPr>
              <w:spacing w:after="40"/>
            </w:pPr>
            <w:r/>
            <w:r>
              <w:rPr>
                <w:b w:val="0"/>
                <w:i w:val="0"/>
                <w:sz w:val="18"/>
              </w:rPr>
              <w:t>Laser A1+ SB pp. 6–7 (Reading: ‘Worldfriends’ — Harry, Anna, Sunil va Joe profillari; p.7 ex.1 jadval (aka-uka, opa-singil, uy hayvonlari), ex.2 A/B/C tanlash, ex.3 kim bilan do‘st bo‘lmoqchisiz, Wordpower: best friend, close friend, country, share, chat online, only child) — asosiy manba; Solutions Elementary p.4 (Personal information: ism, yosh, davlat) — qo‘shimcha</w:t>
            </w:r>
          </w:p>
          <w:p>
            <w:pPr>
              <w:spacing w:after="40"/>
            </w:pPr>
            <w:r>
              <w:rPr>
                <w:b/>
                <w:i w:val="0"/>
                <w:sz w:val="18"/>
              </w:rPr>
              <w:t xml:space="preserve">Jihozlar: </w:t>
            </w:r>
            <w:r>
              <w:rPr>
                <w:b w:val="0"/>
                <w:i w:val="0"/>
                <w:sz w:val="18"/>
              </w:rPr>
              <w:t>Vocabulary sheet (35 items), matching worksheet (Groups A and B), slides, flashcards with audio (sozlar.com/vocab); Laser A1+ pp. 6–7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4–5, ex. 1–3.</w:t>
            </w:r>
          </w:p>
          <w:p>
            <w:pPr>
              <w:spacing w:after="40"/>
            </w:pPr>
            <w:r>
              <w:rPr>
                <w:b w:val="0"/>
                <w:i w:val="0"/>
                <w:sz w:val="19"/>
              </w:rPr>
              <w:t>• Learn the 35 items (sections A–D) with the flashcards: sozlar.com/vocab/cards/?set=grade7-lesson1</w:t>
            </w:r>
          </w:p>
          <w:p>
            <w:pPr>
              <w:spacing w:after="40"/>
            </w:pPr>
            <w:r>
              <w:rPr>
                <w:b w:val="0"/>
                <w:i w:val="0"/>
                <w:sz w:val="19"/>
              </w:rPr>
              <w:t>• Add three sentences about your friends to the profile you wrote in lesson 7 (Shaxsiy profil yozish).</w:t>
            </w:r>
          </w:p>
        </w:tc>
      </w:tr>
    </w:tbl>
    <w:p>
      <w:pPr>
        <w:spacing w:after="40"/>
      </w:pPr>
      <w:r>
        <w:rPr>
          <w:b/>
          <w:sz w:val="18"/>
        </w:rPr>
        <w:t xml:space="preserve">Farqlash: </w:t>
      </w:r>
      <w:r>
        <w:rPr>
          <w:i/>
          <w:sz w:val="18"/>
        </w:rPr>
        <w:t>Fast finishers write their own six-line profile; weaker students copy the model profile from the lesson page and change only the bold words.</w:t>
      </w:r>
    </w:p>
    <w:p>
      <w:r>
        <w:br w:type="page"/>
      </w:r>
    </w:p>
    <w:p>
      <w:pPr>
        <w:spacing w:before="80" w:after="60"/>
      </w:pPr>
      <w:r>
        <w:rPr>
          <w:b/>
          <w:color w:val="0B6E5F"/>
          <w:sz w:val="24"/>
        </w:rPr>
        <w:t>Daily Lesson Plan · 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be and have got</w:t>
            </w:r>
            <w:r>
              <w:rPr>
                <w:b w:val="0"/>
                <w:i w:val="0"/>
                <w:sz w:val="19"/>
              </w:rPr>
              <w:t xml:space="preserve"> (Grammatika: be va have got)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Bilimlarni takrorlash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be va have/have got fe’llarining darak, inkor, so‘roq shakllari hamda qisqa javoblarini takrorlab, ularni o‘zi va buyumlari haqida gapirishda qo‘llaydi (p. 8).</w:t>
            </w:r>
          </w:p>
          <w:p>
            <w:pPr>
              <w:spacing w:after="40"/>
            </w:pPr>
            <w:r>
              <w:rPr>
                <w:b/>
                <w:i w:val="0"/>
                <w:sz w:val="19"/>
              </w:rPr>
              <w:t xml:space="preserve">b) Tarbiyaviy: </w:t>
            </w:r>
            <w:r>
              <w:rPr>
                <w:b w:val="0"/>
                <w:i w:val="0"/>
                <w:sz w:val="19"/>
              </w:rPr>
              <w:t>Sinfdoshlar bilan muloqotda xushmuomalalik, so‘rovnomada birgalikda ishlash va bir-birining fikrini tinglash madaniyatini tarbiyalash.</w:t>
            </w:r>
          </w:p>
          <w:p>
            <w:pPr>
              <w:spacing w:after="40"/>
            </w:pPr>
            <w:r>
              <w:rPr>
                <w:b/>
                <w:i w:val="0"/>
                <w:sz w:val="19"/>
              </w:rPr>
              <w:t xml:space="preserve">c) Rivojlantiruvchi: </w:t>
            </w:r>
            <w:r>
              <w:rPr>
                <w:b w:val="0"/>
                <w:i w:val="0"/>
                <w:sz w:val="19"/>
              </w:rPr>
              <w:t>Ikki fe’l ma’nosini farqlash (qanday ekani — be, nimasi borligi — have got), qisqartmalarni tez qo‘llash va natijani og‘zaki umumlashtirish ko‘nikmasini rivojlantirish.</w:t>
            </w:r>
          </w:p>
        </w:tc>
        <w:tc>
          <w:tcPr>
            <w:tcW w:type="dxa" w:w="5443"/>
          </w:tcPr>
          <w:p>
            <w:pPr>
              <w:spacing w:after="40"/>
            </w:pPr>
            <w:r/>
            <w:r>
              <w:rPr>
                <w:b/>
                <w:i w:val="0"/>
                <w:sz w:val="18"/>
              </w:rPr>
              <w:t xml:space="preserve">1. Lead-in (Kirish) — 3 daqiqa. </w:t>
            </w:r>
            <w:r>
              <w:rPr>
                <w:b w:val="0"/>
                <w:i w:val="0"/>
                <w:sz w:val="18"/>
              </w:rPr>
              <w:t>Hold up three things (pencil case, phone, watch). Ask: Have you got a watch? Who has got a skateboard?</w:t>
            </w:r>
          </w:p>
          <w:p>
            <w:pPr>
              <w:spacing w:after="40"/>
            </w:pPr>
            <w:r>
              <w:rPr>
                <w:b/>
                <w:i w:val="0"/>
                <w:sz w:val="18"/>
              </w:rPr>
              <w:t xml:space="preserve">2. Focus — be or have got? (Fokus — be yoki have got?) — 4 daqiqa. </w:t>
            </w:r>
            <w:r>
              <w:rPr>
                <w:b w:val="0"/>
                <w:i w:val="0"/>
                <w:sz w:val="18"/>
              </w:rPr>
              <w:t>Show the rule slide; write two example sentences on the board and underline the verbs.</w:t>
            </w:r>
          </w:p>
          <w:p>
            <w:pPr>
              <w:spacing w:after="40"/>
            </w:pPr>
            <w:r>
              <w:rPr>
                <w:b/>
                <w:i w:val="0"/>
                <w:sz w:val="18"/>
              </w:rPr>
              <w:t xml:space="preserve">3. Presentation (4 blocks) (Yangi so‘zlar (4 blok)) — 9 daqiqa. </w:t>
            </w:r>
            <w:r>
              <w:rPr>
                <w:b w:val="0"/>
                <w:i w:val="0"/>
                <w:sz w:val="18"/>
              </w:rPr>
              <w:t>Present A gadgets (10) and B school and sport things (6) in class; C pets and home (6) and D people and photos (6) — read from the sheet. Drill the contractions.</w:t>
            </w:r>
          </w:p>
          <w:p>
            <w:pPr>
              <w:spacing w:after="40"/>
            </w:pPr>
            <w:r>
              <w:rPr>
                <w:b/>
                <w:i w:val="0"/>
                <w:sz w:val="18"/>
              </w:rPr>
              <w:t xml:space="preserve">4. Book ex.1 + ex.2 (recycle 1) (Kitob ex. 1–2) — 8 daqiqa. </w:t>
            </w:r>
            <w:r>
              <w:rPr>
                <w:b w:val="0"/>
                <w:i w:val="0"/>
                <w:sz w:val="18"/>
              </w:rPr>
              <w:t>ex.1 as a class (eight sentences), then ex.2 individually; monitor spelling of haven't/hasn't.</w:t>
            </w:r>
          </w:p>
          <w:p>
            <w:pPr>
              <w:spacing w:after="40"/>
            </w:pPr>
            <w:r>
              <w:rPr>
                <w:b/>
                <w:i w:val="0"/>
                <w:sz w:val="18"/>
              </w:rPr>
              <w:t xml:space="preserve">5. Class survey (ex.3, recycle 2) (Sinf so‘rovnomasi (ex. 3)) — 6 daqiqa. </w:t>
            </w:r>
            <w:r>
              <w:rPr>
                <w:b w:val="0"/>
                <w:i w:val="0"/>
                <w:sz w:val="18"/>
              </w:rPr>
              <w:t>Students ask five classmates and tick the table; then two or three report.</w:t>
            </w:r>
          </w:p>
          <w:p>
            <w:pPr>
              <w:spacing w:after="40"/>
            </w:pPr>
            <w:r>
              <w:rPr>
                <w:b/>
                <w:i w:val="0"/>
                <w:sz w:val="18"/>
              </w:rPr>
              <w:t xml:space="preserve">6. Practice — gap fill (recycle 3) (Mashq — bo‘sh joyni to‘ldirish) — 5 daqiqa. </w:t>
            </w:r>
            <w:r>
              <w:rPr>
                <w:b w:val="0"/>
                <w:i w:val="0"/>
                <w:sz w:val="18"/>
              </w:rPr>
              <w:t>Students do the first six gap-fill items on the lesson page; check together.</w:t>
            </w:r>
          </w:p>
          <w:p>
            <w:pPr>
              <w:spacing w:after="40"/>
            </w:pPr>
            <w:r>
              <w:rPr>
                <w:b/>
                <w:i w:val="0"/>
                <w:sz w:val="18"/>
              </w:rPr>
              <w:t xml:space="preserve">7. Matching activity (Moslashtirish mashqi) — 7 daqiqa. </w:t>
            </w:r>
            <w:r>
              <w:rPr>
                <w:b w:val="0"/>
                <w:i w:val="0"/>
                <w:sz w:val="18"/>
              </w:rPr>
              <w:t>Matching worksheet; Group A and Group B, then swap.</w:t>
            </w:r>
          </w:p>
          <w:p>
            <w:pPr>
              <w:spacing w:after="40"/>
            </w:pPr>
            <w:r>
              <w:rPr>
                <w:b/>
                <w:i w:val="0"/>
                <w:sz w:val="18"/>
              </w:rPr>
              <w:t xml:space="preserve">8. Feedback and homework (Yakun va uyga vazifa) — 3 daqiqa. </w:t>
            </w:r>
            <w:r>
              <w:rPr>
                <w:b w:val="0"/>
                <w:i w:val="0"/>
                <w:sz w:val="18"/>
              </w:rPr>
              <w:t>Correct 'I have got 12 years' and 'She have got'; set the homework.</w:t>
            </w:r>
          </w:p>
          <w:p>
            <w:pPr>
              <w:spacing w:after="40"/>
            </w:pPr>
            <w:r>
              <w:rPr>
                <w:b/>
                <w:i w:val="0"/>
                <w:sz w:val="18"/>
              </w:rPr>
              <w:t xml:space="preserve">Metodlar: </w:t>
            </w:r>
            <w:r>
              <w:rPr>
                <w:b w:val="0"/>
                <w:i/>
                <w:sz w:val="18"/>
              </w:rPr>
              <w:t>qoida jadvali bilan ishlash, sinf so‘rovnomasi, bo‘sh joyni to‘ldirish, guruhlarda ishlash (A va B)</w:t>
            </w:r>
          </w:p>
        </w:tc>
        <w:tc>
          <w:tcPr>
            <w:tcW w:type="dxa" w:w="2835"/>
          </w:tcPr>
          <w:p>
            <w:pPr>
              <w:spacing w:after="40"/>
            </w:pPr>
            <w:r/>
            <w:r>
              <w:rPr>
                <w:b w:val="0"/>
                <w:i w:val="0"/>
                <w:sz w:val="19"/>
              </w:rPr>
              <w:t>O‘quvchilar dars oxirida:</w:t>
            </w:r>
          </w:p>
          <w:p>
            <w:pPr>
              <w:spacing w:after="40"/>
            </w:pPr>
            <w:r>
              <w:rPr>
                <w:b w:val="0"/>
                <w:i w:val="0"/>
                <w:sz w:val="19"/>
              </w:rPr>
              <w:t>• sakkiz gapda be yoki have/have got ni to‘g‘ri tanlay oladi (ex. 1);</w:t>
            </w:r>
          </w:p>
          <w:p>
            <w:pPr>
              <w:spacing w:after="40"/>
            </w:pPr>
            <w:r>
              <w:rPr>
                <w:b w:val="0"/>
                <w:i w:val="0"/>
                <w:sz w:val="19"/>
              </w:rPr>
              <w:t>• nimasi bor va nimasi yo‘qligini ayta va yoza oladi: I’ve got… / I haven’t got… (ex. 2);</w:t>
            </w:r>
          </w:p>
          <w:p>
            <w:pPr>
              <w:spacing w:after="40"/>
            </w:pPr>
            <w:r>
              <w:rPr>
                <w:b w:val="0"/>
                <w:i w:val="0"/>
                <w:sz w:val="19"/>
              </w:rPr>
              <w:t>• Have you got…? / Do you have…? savollarini bera oladi va qisqa javob qaytara oladi;</w:t>
            </w:r>
          </w:p>
          <w:p>
            <w:pPr>
              <w:spacing w:after="40"/>
            </w:pPr>
            <w:r>
              <w:rPr>
                <w:b w:val="0"/>
                <w:i w:val="0"/>
                <w:sz w:val="19"/>
              </w:rPr>
              <w:t>• sinfda qisqa so‘rovnoma o‘tkazib, bitta natijani ayta oladi (ex. 3).</w:t>
            </w:r>
          </w:p>
        </w:tc>
        <w:tc>
          <w:tcPr>
            <w:tcW w:type="dxa" w:w="3175"/>
          </w:tcPr>
          <w:p>
            <w:pPr>
              <w:spacing w:after="40"/>
            </w:pPr>
            <w:r/>
            <w:r>
              <w:rPr>
                <w:b w:val="0"/>
                <w:i w:val="0"/>
                <w:sz w:val="18"/>
              </w:rPr>
              <w:t>Laser A1+ SB p. 8 (Look! qutisi: be — qanday ekanini aytadi, have/have got — nimasi borligini; ex.1 to‘g‘ri so‘zni tanlash (8 gap), ex.2 rasmlardagi buyumlar — I've got…/I haven't got…, ex.3 sinf so‘rovi) — asosiy; Solutions Elementary p. 5 (Learn this!: be va have got jadvallari, qisqa javoblar) — qo‘shimcha</w:t>
            </w:r>
          </w:p>
          <w:p>
            <w:pPr>
              <w:spacing w:after="40"/>
            </w:pPr>
            <w:r>
              <w:rPr>
                <w:b/>
                <w:i w:val="0"/>
                <w:sz w:val="18"/>
              </w:rPr>
              <w:t xml:space="preserve">Jihozlar: </w:t>
            </w:r>
            <w:r>
              <w:rPr>
                <w:b w:val="0"/>
                <w:i w:val="0"/>
                <w:sz w:val="18"/>
              </w:rPr>
              <w:t>Vocabulary sheet (28 items), matching worksheet (Groups A and B), slides, flashcards with audio (sozlar.com/vocab); Laser A1+ p. 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5–6, ex. 1–4.</w:t>
            </w:r>
          </w:p>
          <w:p>
            <w:pPr>
              <w:spacing w:after="40"/>
            </w:pPr>
            <w:r>
              <w:rPr>
                <w:b w:val="0"/>
                <w:i w:val="0"/>
                <w:sz w:val="19"/>
              </w:rPr>
              <w:t>• Learn the 28 items (sections A–D) with the flashcards: sozlar.com/vocab/cards/?set=grade7-lesson2</w:t>
            </w:r>
          </w:p>
          <w:p>
            <w:pPr>
              <w:spacing w:after="40"/>
            </w:pPr>
            <w:r>
              <w:rPr>
                <w:b w:val="0"/>
                <w:i w:val="0"/>
                <w:sz w:val="19"/>
              </w:rPr>
              <w:t>• Write six sentences about your family's things: what you have got and haven't got.</w:t>
            </w:r>
          </w:p>
        </w:tc>
      </w:tr>
    </w:tbl>
    <w:p>
      <w:pPr>
        <w:spacing w:after="40"/>
      </w:pPr>
      <w:r>
        <w:rPr>
          <w:b/>
          <w:sz w:val="18"/>
        </w:rPr>
        <w:t xml:space="preserve">Farqlash: </w:t>
      </w:r>
      <w:r>
        <w:rPr>
          <w:i/>
          <w:sz w:val="18"/>
        </w:rPr>
        <w:t>Fast finishers write six sentences comparing two classmates' things; weaker students complete ex.1 with the rule slide open.</w:t>
      </w:r>
    </w:p>
    <w:p>
      <w:r>
        <w:br w:type="page"/>
      </w:r>
    </w:p>
    <w:p>
      <w:pPr>
        <w:spacing w:before="80" w:after="60"/>
      </w:pPr>
      <w:r>
        <w:rPr>
          <w:b/>
          <w:color w:val="0B6E5F"/>
          <w:sz w:val="24"/>
        </w:rPr>
        <w:t>Daily Lesson Plan · 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and Friends</w:t>
            </w:r>
            <w:r>
              <w:rPr>
                <w:b w:val="0"/>
                <w:i w:val="0"/>
                <w:sz w:val="19"/>
              </w:rPr>
              <w:t xml:space="preserve"> (Oila va do‘stlar)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oila a’zolari, jumladan keng oila (aunt, nephew, niece, great-grandparents) nomlarini va odamni tasvirlovchi sifatlarni (kind, generous, hard-working) o‘rganadi (p. 9, Wordpower 1).</w:t>
            </w:r>
          </w:p>
          <w:p>
            <w:pPr>
              <w:spacing w:after="40"/>
            </w:pPr>
            <w:r>
              <w:rPr>
                <w:b/>
                <w:i w:val="0"/>
                <w:sz w:val="19"/>
              </w:rPr>
              <w:t xml:space="preserve">b) Tarbiyaviy: </w:t>
            </w:r>
            <w:r>
              <w:rPr>
                <w:b w:val="0"/>
                <w:i w:val="0"/>
                <w:sz w:val="19"/>
              </w:rPr>
              <w:t>Oilaga, kattalarga hurmat, qarindoshlik rishtalarini qadrlash va yaqinlari haqida iliq so‘z aytishga o‘rgatish.</w:t>
            </w:r>
          </w:p>
          <w:p>
            <w:pPr>
              <w:spacing w:after="40"/>
            </w:pPr>
            <w:r>
              <w:rPr>
                <w:b/>
                <w:i w:val="0"/>
                <w:sz w:val="19"/>
              </w:rPr>
              <w:t xml:space="preserve">c) Rivojlantiruvchi: </w:t>
            </w:r>
            <w:r>
              <w:rPr>
                <w:b w:val="0"/>
                <w:i w:val="0"/>
                <w:sz w:val="19"/>
              </w:rPr>
              <w:t>Oila daraxti asosida so‘zlarni tizimlash, xotira va sherik bilan savol-javob orqali og‘zaki nutqni rivojlantirish.</w:t>
            </w:r>
          </w:p>
        </w:tc>
        <w:tc>
          <w:tcPr>
            <w:tcW w:type="dxa" w:w="5443"/>
          </w:tcPr>
          <w:p>
            <w:pPr>
              <w:spacing w:after="40"/>
            </w:pPr>
            <w:r/>
            <w:r>
              <w:rPr>
                <w:b/>
                <w:i w:val="0"/>
                <w:sz w:val="18"/>
              </w:rPr>
              <w:t xml:space="preserve">1. Warm-up (Kirish) — 5 daqiqa. </w:t>
            </w:r>
            <w:r>
              <w:rPr>
                <w:b w:val="0"/>
                <w:i w:val="0"/>
                <w:sz w:val="18"/>
              </w:rPr>
              <w:t>Draw a three-generation family tree on the board and elicit the words students already know (mother, brother, grandfather).</w:t>
            </w:r>
          </w:p>
          <w:p>
            <w:pPr>
              <w:spacing w:after="40"/>
            </w:pPr>
            <w:r>
              <w:rPr>
                <w:b/>
                <w:i w:val="0"/>
                <w:sz w:val="18"/>
              </w:rPr>
              <w:t xml:space="preserve">2. Presentation (3 chunks) (Yangi so‘zlar (3 qism)) — 10 daqiqa. </w:t>
            </w:r>
            <w:r>
              <w:rPr>
                <w:b w:val="0"/>
                <w:i w:val="0"/>
                <w:sz w:val="18"/>
              </w:rPr>
              <w:t>Present in three short blocks with a check after each: A parents and grandparents (10) on the board tree, B brothers, sisters and children (9), C aunts, uncles and cousins (6) + D talking about your family (5). Drill chorally after every block.</w:t>
            </w:r>
          </w:p>
          <w:p>
            <w:pPr>
              <w:spacing w:after="40"/>
            </w:pPr>
            <w:r>
              <w:rPr>
                <w:b/>
                <w:i w:val="0"/>
                <w:sz w:val="18"/>
              </w:rPr>
              <w:t xml:space="preserve">3. Memory check (recycle 1) (Xotira mashqi) — 6 daqiqa. </w:t>
            </w:r>
            <w:r>
              <w:rPr>
                <w:b w:val="0"/>
                <w:i w:val="0"/>
                <w:sz w:val="18"/>
              </w:rPr>
              <w:t>Students cover the Uzbek column; call out 15 words at random. Then reverse: Uzbek to English.</w:t>
            </w:r>
          </w:p>
          <w:p>
            <w:pPr>
              <w:spacing w:after="40"/>
            </w:pPr>
            <w:r>
              <w:rPr>
                <w:b/>
                <w:i w:val="0"/>
                <w:sz w:val="18"/>
              </w:rPr>
              <w:t xml:space="preserve">4. Gap fill (recycle 2) (Bo‘sh joyni to‘ldirish) — 7 daqiqa. </w:t>
            </w:r>
            <w:r>
              <w:rPr>
                <w:b w:val="0"/>
                <w:i w:val="0"/>
                <w:sz w:val="18"/>
              </w:rPr>
              <w:t>Exercise 1 on the sheet — different sentences from the table, so students cannot copy. Check answers with the class.</w:t>
            </w:r>
          </w:p>
          <w:p>
            <w:pPr>
              <w:spacing w:after="40"/>
            </w:pPr>
            <w:r>
              <w:rPr>
                <w:b/>
                <w:i w:val="0"/>
                <w:sz w:val="18"/>
              </w:rPr>
              <w:t xml:space="preserve">5. Matching activity (recycle 3) (Moslashtirish mashqi) — 9 daqiqa. </w:t>
            </w:r>
            <w:r>
              <w:rPr>
                <w:b w:val="0"/>
                <w:i w:val="0"/>
                <w:sz w:val="18"/>
              </w:rPr>
              <w:t>Hand out the matching worksheet; Group A and Group B work separately, then swap tables.</w:t>
            </w:r>
          </w:p>
          <w:p>
            <w:pPr>
              <w:spacing w:after="40"/>
            </w:pPr>
            <w:r>
              <w:rPr>
                <w:b/>
                <w:i w:val="0"/>
                <w:sz w:val="18"/>
              </w:rPr>
              <w:t xml:space="preserve">6. Speaking (recycle 4) (Gapirish) — 6 daqiqa. </w:t>
            </w:r>
            <w:r>
              <w:rPr>
                <w:b w:val="0"/>
                <w:i w:val="0"/>
                <w:sz w:val="18"/>
              </w:rPr>
              <w:t>Model one relative, then set the pair task and monitor for accurate use of have got.</w:t>
            </w:r>
          </w:p>
          <w:p>
            <w:pPr>
              <w:spacing w:after="40"/>
            </w:pPr>
            <w:r>
              <w:rPr>
                <w:b/>
                <w:i w:val="0"/>
                <w:sz w:val="18"/>
              </w:rPr>
              <w:t xml:space="preserve">7. Homework and close (Uyga vazifa va yakun) — 2 daqiqa. </w:t>
            </w:r>
            <w:r>
              <w:rPr>
                <w:b w:val="0"/>
                <w:i w:val="0"/>
                <w:sz w:val="18"/>
              </w:rPr>
              <w:t>Set homework, show the flashcard link, exit ticket: three new words.</w:t>
            </w:r>
          </w:p>
          <w:p>
            <w:pPr>
              <w:spacing w:after="40"/>
            </w:pPr>
            <w:r>
              <w:rPr>
                <w:b/>
                <w:i w:val="0"/>
                <w:sz w:val="18"/>
              </w:rPr>
              <w:t xml:space="preserve">Metodlar: </w:t>
            </w:r>
            <w:r>
              <w:rPr>
                <w:b w:val="0"/>
                <w:i/>
                <w:sz w:val="18"/>
              </w:rPr>
              <w:t>oila daraxti (ko‘rgazmali), xotira mashqi, bo‘sh joyni to‘ldirish, juftlikda gapirish</w:t>
            </w:r>
          </w:p>
        </w:tc>
        <w:tc>
          <w:tcPr>
            <w:tcW w:type="dxa" w:w="2835"/>
          </w:tcPr>
          <w:p>
            <w:pPr>
              <w:spacing w:after="40"/>
            </w:pPr>
            <w:r/>
            <w:r>
              <w:rPr>
                <w:b w:val="0"/>
                <w:i w:val="0"/>
                <w:sz w:val="19"/>
              </w:rPr>
              <w:t>O‘quvchilar dars oxirida:</w:t>
            </w:r>
          </w:p>
          <w:p>
            <w:pPr>
              <w:spacing w:after="40"/>
            </w:pPr>
            <w:r>
              <w:rPr>
                <w:b w:val="0"/>
                <w:i w:val="0"/>
                <w:sz w:val="19"/>
              </w:rPr>
              <w:t>• oila a’zolaridan 14 tasini, jumladan aunt, nephew, niece, great-grandparents ni ayta oladi;</w:t>
            </w:r>
          </w:p>
          <w:p>
            <w:pPr>
              <w:spacing w:after="40"/>
            </w:pPr>
            <w:r>
              <w:rPr>
                <w:b w:val="0"/>
                <w:i w:val="0"/>
                <w:sz w:val="19"/>
              </w:rPr>
              <w:t>• yaqin odamini kind, generous, hard-working kabi sifatlar bilan tasvirlay oladi;</w:t>
            </w:r>
          </w:p>
          <w:p>
            <w:pPr>
              <w:spacing w:after="40"/>
            </w:pPr>
            <w:r>
              <w:rPr>
                <w:b w:val="0"/>
                <w:i w:val="0"/>
                <w:sz w:val="19"/>
              </w:rPr>
              <w:t>• jadvaldagi so‘zlar bilan bo‘sh joylarni to‘ldira oladi (ex. 1);</w:t>
            </w:r>
          </w:p>
          <w:p>
            <w:pPr>
              <w:spacing w:after="40"/>
            </w:pPr>
            <w:r>
              <w:rPr>
                <w:b w:val="0"/>
                <w:i w:val="0"/>
                <w:sz w:val="19"/>
              </w:rPr>
              <w:t>• sherigining oilasi haqida uchta savol bera oladi va javob qaytara oladi.</w:t>
            </w:r>
          </w:p>
        </w:tc>
        <w:tc>
          <w:tcPr>
            <w:tcW w:type="dxa" w:w="3175"/>
          </w:tcPr>
          <w:p>
            <w:pPr>
              <w:spacing w:after="40"/>
            </w:pPr>
            <w:r/>
            <w:r>
              <w:rPr>
                <w:b w:val="0"/>
                <w:i w:val="0"/>
                <w:sz w:val="18"/>
              </w:rPr>
              <w:t>Laser A1+ Unit 1, p. 9 (Wordpower 1: family) — asosiy; Solutions Elementary Unit 1 (Family and friends) — qo‘shimcha so‘zlar</w:t>
            </w:r>
          </w:p>
          <w:p>
            <w:pPr>
              <w:spacing w:after="40"/>
            </w:pPr>
            <w:r>
              <w:rPr>
                <w:b/>
                <w:i w:val="0"/>
                <w:sz w:val="18"/>
              </w:rPr>
              <w:t xml:space="preserve">Jihozlar: </w:t>
            </w:r>
            <w:r>
              <w:rPr>
                <w:b w:val="0"/>
                <w:i w:val="0"/>
                <w:sz w:val="18"/>
              </w:rPr>
              <w:t>Vocabulary sheet (30 words), matching worksheet (Groups A/B, answer key on a separate page), slides, teacher's guide, flashcards with audio: sozlar.com/vocab/cards/?set=grade7-lesson3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30 words (sections A-D).</w:t>
            </w:r>
          </w:p>
          <w:p>
            <w:pPr>
              <w:spacing w:after="40"/>
            </w:pPr>
            <w:r>
              <w:rPr>
                <w:b w:val="0"/>
                <w:i w:val="0"/>
                <w:sz w:val="19"/>
              </w:rPr>
              <w:t>• sozlar.com/vocab/cards/?set=grade7-lesson3 — listen to each word and test yourself.</w:t>
            </w:r>
          </w:p>
          <w:p>
            <w:pPr>
              <w:spacing w:after="40"/>
            </w:pPr>
            <w:r>
              <w:rPr>
                <w:b w:val="0"/>
                <w:i w:val="0"/>
                <w:sz w:val="19"/>
              </w:rPr>
              <w:t>• Write 8 true sentences about your family, underline the new words.</w:t>
            </w:r>
          </w:p>
          <w:p>
            <w:pPr>
              <w:spacing w:after="40"/>
            </w:pPr>
            <w:r>
              <w:rPr>
                <w:b w:val="0"/>
                <w:i w:val="0"/>
                <w:sz w:val="19"/>
              </w:rPr>
              <w:t>• Draw your family tree and label everybody in English.</w:t>
            </w:r>
          </w:p>
        </w:tc>
      </w:tr>
    </w:tbl>
    <w:p>
      <w:pPr>
        <w:spacing w:after="40"/>
      </w:pPr>
      <w:r>
        <w:rPr>
          <w:b/>
          <w:sz w:val="18"/>
        </w:rPr>
        <w:t xml:space="preserve">Farqlash: </w:t>
      </w:r>
      <w:r>
        <w:rPr>
          <w:i/>
          <w:sz w:val="18"/>
        </w:rPr>
        <w:t>Fast finishers write three extra sentences about relatives on their dad's side (My uncle is married to …; My cousin looks like …). Weaker students work with section A only and copy the model sentence from the board.</w:t>
      </w:r>
    </w:p>
    <w:p>
      <w:r>
        <w:br w:type="page"/>
      </w:r>
    </w:p>
    <w:p>
      <w:pPr>
        <w:spacing w:before="80" w:after="60"/>
      </w:pPr>
      <w:r>
        <w:rPr>
          <w:b/>
          <w:color w:val="0B6E5F"/>
          <w:sz w:val="24"/>
        </w:rPr>
        <w:t>Daily Lesson Plan · 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My Room, My Pets, My Family</w:t>
            </w:r>
            <w:r>
              <w:rPr>
                <w:b w:val="0"/>
                <w:i w:val="0"/>
                <w:sz w:val="19"/>
              </w:rPr>
              <w:t xml:space="preserve"> (Xonam, uy hayvonlarim, oilam)</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qisqa radio ko‘rsatuvni avval umumiy ma’no, so‘ng aniq ma’lumot uchun tinglashni o‘rganadi hamda xonasi, uy hayvonlari va oilasi haqida gapiradi (p. 9).</w:t>
            </w:r>
          </w:p>
          <w:p>
            <w:pPr>
              <w:spacing w:after="40"/>
            </w:pPr>
            <w:r>
              <w:rPr>
                <w:b/>
                <w:i w:val="0"/>
                <w:sz w:val="19"/>
              </w:rPr>
              <w:t xml:space="preserve">b) Tarbiyaviy: </w:t>
            </w:r>
            <w:r>
              <w:rPr>
                <w:b w:val="0"/>
                <w:i w:val="0"/>
                <w:sz w:val="19"/>
              </w:rPr>
              <w:t>Uy hayvonlariga mehr, o‘z uyi va xonasiga tartib bilan qarash, suhbatdoshni diqqat bilan tinglash odobini tarbiyalash.</w:t>
            </w:r>
          </w:p>
          <w:p>
            <w:pPr>
              <w:spacing w:after="40"/>
            </w:pPr>
            <w:r>
              <w:rPr>
                <w:b/>
                <w:i w:val="0"/>
                <w:sz w:val="19"/>
              </w:rPr>
              <w:t xml:space="preserve">c) Rivojlantiruvchi: </w:t>
            </w:r>
            <w:r>
              <w:rPr>
                <w:b w:val="0"/>
                <w:i w:val="0"/>
                <w:sz w:val="19"/>
              </w:rPr>
              <w:t>Ikki bosqichli tinglash strategiyasini (avval umumiy ma’no, keyin tafsilot) va notanish so‘zda to‘xtab qolmaslik ko‘nikmasini rivojlantirish.</w:t>
            </w:r>
          </w:p>
        </w:tc>
        <w:tc>
          <w:tcPr>
            <w:tcW w:type="dxa" w:w="5443"/>
          </w:tcPr>
          <w:p>
            <w:pPr>
              <w:spacing w:after="40"/>
            </w:pPr>
            <w:r/>
            <w:r>
              <w:rPr>
                <w:b/>
                <w:i w:val="0"/>
                <w:sz w:val="18"/>
              </w:rPr>
              <w:t xml:space="preserve">1. Warm-up (Kirish) — 5 daqiqa. </w:t>
            </w:r>
            <w:r>
              <w:rPr>
                <w:b w:val="0"/>
                <w:i w:val="0"/>
                <w:sz w:val="18"/>
              </w:rPr>
              <w:t>Two-minute review of lesson 3 family words, then ask two or three students about their room and pets; write the key words on the board.</w:t>
            </w:r>
          </w:p>
          <w:p>
            <w:pPr>
              <w:spacing w:after="40"/>
            </w:pPr>
            <w:r>
              <w:rPr>
                <w:b/>
                <w:i w:val="0"/>
                <w:sz w:val="18"/>
              </w:rPr>
              <w:t xml:space="preserve">2. Pre-teaching (4 blocks) (So‘zlarni oldindan tanishtirish (4 blok)) — 9 daqiqa. </w:t>
            </w:r>
            <w:r>
              <w:rPr>
                <w:b w:val="0"/>
                <w:i w:val="0"/>
                <w:sz w:val="18"/>
              </w:rPr>
              <w:t>Present A family life (3), B in my bedroom (11), C describing a room (5) and D pets (11); drill each block and check with quick questions.</w:t>
            </w:r>
          </w:p>
          <w:p>
            <w:pPr>
              <w:spacing w:after="40"/>
            </w:pPr>
            <w:r>
              <w:rPr>
                <w:b/>
                <w:i w:val="0"/>
                <w:sz w:val="18"/>
              </w:rPr>
              <w:t xml:space="preserve">3. Listening strategy (Tinglash strategiyasi) — 5 daqiqa. </w:t>
            </w:r>
            <w:r>
              <w:rPr>
                <w:b w:val="0"/>
                <w:i w:val="0"/>
                <w:sz w:val="18"/>
              </w:rPr>
              <w:t>Explain the two-step strategy: first listening for the general idea, second listening for details. Warn them not to stop at an unknown word.</w:t>
            </w:r>
          </w:p>
          <w:p>
            <w:pPr>
              <w:spacing w:after="40"/>
            </w:pPr>
            <w:r>
              <w:rPr>
                <w:b/>
                <w:i w:val="0"/>
                <w:sz w:val="18"/>
              </w:rPr>
              <w:t xml:space="preserve">4. First listening — gist (recycle 1) (Birinchi tinglash — umumiy ma’no) — 7 daqiqa. </w:t>
            </w:r>
            <w:r>
              <w:rPr>
                <w:b w:val="0"/>
                <w:i w:val="0"/>
                <w:sz w:val="18"/>
              </w:rPr>
              <w:t>Play the recording once; students do the six true/false statements. Check answers, ask for the words that helped them.</w:t>
            </w:r>
          </w:p>
          <w:p>
            <w:pPr>
              <w:spacing w:after="40"/>
            </w:pPr>
            <w:r>
              <w:rPr>
                <w:b/>
                <w:i w:val="0"/>
                <w:sz w:val="18"/>
              </w:rPr>
              <w:t xml:space="preserve">5. Second listening — details (recycle 2) (Ikkinchi tinglash — tafsilotlar) — 8 daqiqa. </w:t>
            </w:r>
            <w:r>
              <w:rPr>
                <w:b w:val="0"/>
                <w:i w:val="0"/>
                <w:sz w:val="18"/>
              </w:rPr>
              <w:t>Play twice more; students complete the six sentences with one word or short phrase.</w:t>
            </w:r>
          </w:p>
          <w:p>
            <w:pPr>
              <w:spacing w:after="40"/>
            </w:pPr>
            <w:r>
              <w:rPr>
                <w:b/>
                <w:i w:val="0"/>
                <w:sz w:val="18"/>
              </w:rPr>
              <w:t xml:space="preserve">6. Matching activity (recycle 3) (Moslashtirish mashqi) — 9 daqiqa. </w:t>
            </w:r>
            <w:r>
              <w:rPr>
                <w:b w:val="0"/>
                <w:i w:val="0"/>
                <w:sz w:val="18"/>
              </w:rPr>
              <w:t>Hand out the matching worksheet; Group A and Group B, then swap tables.</w:t>
            </w:r>
          </w:p>
          <w:p>
            <w:pPr>
              <w:spacing w:after="40"/>
            </w:pPr>
            <w:r>
              <w:rPr>
                <w:b/>
                <w:i w:val="0"/>
                <w:sz w:val="18"/>
              </w:rPr>
              <w:t xml:space="preserve">7. Homework and close (Uyga vazifa va yakun) — 2 daqiqa. </w:t>
            </w:r>
            <w:r>
              <w:rPr>
                <w:b w:val="0"/>
                <w:i w:val="0"/>
                <w:sz w:val="18"/>
              </w:rPr>
              <w:t>Set homework, show the flashcard link, exit ticket: three new words.</w:t>
            </w:r>
          </w:p>
          <w:p>
            <w:pPr>
              <w:spacing w:after="40"/>
            </w:pPr>
            <w:r>
              <w:rPr>
                <w:b/>
                <w:i w:val="0"/>
                <w:sz w:val="18"/>
              </w:rPr>
              <w:t xml:space="preserve">Metodlar: </w:t>
            </w:r>
            <w:r>
              <w:rPr>
                <w:b w:val="0"/>
                <w:i/>
                <w:sz w:val="18"/>
              </w:rPr>
              <w:t>tinglashdan oldin so‘zlarni tanishtirish, ikki bosqichli tinglash, to‘g‘ri/noto‘g‘ri topshirig‘i, guruhlarda ishlash (A va B)</w:t>
            </w:r>
          </w:p>
        </w:tc>
        <w:tc>
          <w:tcPr>
            <w:tcW w:type="dxa" w:w="2835"/>
          </w:tcPr>
          <w:p>
            <w:pPr>
              <w:spacing w:after="40"/>
            </w:pPr>
            <w:r/>
            <w:r>
              <w:rPr>
                <w:b w:val="0"/>
                <w:i w:val="0"/>
                <w:sz w:val="19"/>
              </w:rPr>
              <w:t>O‘quvchilar dars oxirida:</w:t>
            </w:r>
          </w:p>
          <w:p>
            <w:pPr>
              <w:spacing w:after="40"/>
            </w:pPr>
            <w:r>
              <w:rPr>
                <w:b w:val="0"/>
                <w:i w:val="0"/>
                <w:sz w:val="19"/>
              </w:rPr>
              <w:t>• yozuv haqidagi oltita gapning to‘g‘ri yoki noto‘g‘riligini aniqlay oladi (umumiy ma’no);</w:t>
            </w:r>
          </w:p>
          <w:p>
            <w:pPr>
              <w:spacing w:after="40"/>
            </w:pPr>
            <w:r>
              <w:rPr>
                <w:b w:val="0"/>
                <w:i w:val="0"/>
                <w:sz w:val="19"/>
              </w:rPr>
              <w:t>• tinglab, oltita gapni bitta so‘z bilan to‘ldira oladi (aniq ma’lumot);</w:t>
            </w:r>
          </w:p>
          <w:p>
            <w:pPr>
              <w:spacing w:after="40"/>
            </w:pPr>
            <w:r>
              <w:rPr>
                <w:b w:val="0"/>
                <w:i w:val="0"/>
                <w:sz w:val="19"/>
              </w:rPr>
              <w:t>• o‘z xonasi, uy hayvonlari va oilasini beshta gap bilan tasvirlay oladi.</w:t>
            </w:r>
          </w:p>
        </w:tc>
        <w:tc>
          <w:tcPr>
            <w:tcW w:type="dxa" w:w="3175"/>
          </w:tcPr>
          <w:p>
            <w:pPr>
              <w:spacing w:after="40"/>
            </w:pPr>
            <w:r/>
            <w:r>
              <w:rPr>
                <w:b w:val="0"/>
                <w:i w:val="0"/>
                <w:sz w:val="18"/>
              </w:rPr>
              <w:t>Laser A1+ Unit 1, p. 9 (radio show: families, rooms, pets) — asosiy; xona va uy hayvonlari so‘zlari Unit 2 va mavzuga mos qo‘shimchalardan</w:t>
            </w:r>
          </w:p>
          <w:p>
            <w:pPr>
              <w:spacing w:after="40"/>
            </w:pPr>
            <w:r>
              <w:rPr>
                <w:b/>
                <w:i w:val="0"/>
                <w:sz w:val="18"/>
              </w:rPr>
              <w:t xml:space="preserve">Jihozlar: </w:t>
            </w:r>
            <w:r>
              <w:rPr>
                <w:b w:val="0"/>
                <w:i w:val="0"/>
                <w:sz w:val="18"/>
              </w:rPr>
              <w:t>Vocabulary sheet (30 words), matching worksheet (Groups A/B, answer key on a separate page), slides, teacher's guide, Laser A1+ p. 9 recording, flashcards with audio: sozlar.com/vocab/cards/?set=grade7-lesson4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30 words (sections A-D).</w:t>
            </w:r>
          </w:p>
          <w:p>
            <w:pPr>
              <w:spacing w:after="40"/>
            </w:pPr>
            <w:r>
              <w:rPr>
                <w:b w:val="0"/>
                <w:i w:val="0"/>
                <w:sz w:val="19"/>
              </w:rPr>
              <w:t>• sozlar.com/vocab/cards/?set=grade7-lesson4 — listen to each word and test yourself.</w:t>
            </w:r>
          </w:p>
          <w:p>
            <w:pPr>
              <w:spacing w:after="40"/>
            </w:pPr>
            <w:r>
              <w:rPr>
                <w:b w:val="0"/>
                <w:i w:val="0"/>
                <w:sz w:val="19"/>
              </w:rPr>
              <w:t>• Write 8 sentences about your room and your pets (furniture, tidy or messy, who looks after the pet), underline the new words.</w:t>
            </w:r>
          </w:p>
          <w:p>
            <w:pPr>
              <w:spacing w:after="40"/>
            </w:pPr>
            <w:r>
              <w:rPr>
                <w:b w:val="0"/>
                <w:i w:val="0"/>
                <w:sz w:val="19"/>
              </w:rPr>
              <w:t>• Workbook exercises 1 and 2 on page 7.</w:t>
            </w:r>
          </w:p>
        </w:tc>
      </w:tr>
    </w:tbl>
    <w:p>
      <w:pPr>
        <w:spacing w:after="40"/>
      </w:pPr>
      <w:r>
        <w:rPr>
          <w:b/>
          <w:sz w:val="18"/>
        </w:rPr>
        <w:t xml:space="preserve">Farqlash: </w:t>
      </w:r>
      <w:r>
        <w:rPr>
          <w:i/>
          <w:sz w:val="18"/>
        </w:rPr>
        <w:t>Fast finishers write two extra true/false statements about the recording for their partner. Weaker students listen with the statements in front of them and only mark T/F.</w:t>
      </w:r>
    </w:p>
    <w:p>
      <w:r>
        <w:br w:type="page"/>
      </w:r>
    </w:p>
    <w:p>
      <w:pPr>
        <w:spacing w:before="80" w:after="60"/>
      </w:pPr>
      <w:r>
        <w:rPr>
          <w:b/>
          <w:color w:val="0B6E5F"/>
          <w:sz w:val="24"/>
        </w:rPr>
        <w:t>Daily Lesson Plan · 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Yourself</w:t>
            </w:r>
            <w:r>
              <w:rPr>
                <w:b w:val="0"/>
                <w:i w:val="0"/>
                <w:sz w:val="19"/>
              </w:rPr>
              <w:t xml:space="preserve"> (O‘zing haqingda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Laser A1+ p. 10 dagi Phrase Bank yordamida o‘zi haqida bir daqiqa gapirishni o‘rganadi: ism, yosh, tug‘ilgan kun, bo‘y va soch, oila, xona (I’m quite tall. I’ve got short dark hair.).</w:t>
            </w:r>
          </w:p>
          <w:p>
            <w:pPr>
              <w:spacing w:after="40"/>
            </w:pPr>
            <w:r>
              <w:rPr>
                <w:b/>
                <w:i w:val="0"/>
                <w:sz w:val="19"/>
              </w:rPr>
              <w:t xml:space="preserve">b) Tarbiyaviy: </w:t>
            </w:r>
            <w:r>
              <w:rPr>
                <w:b w:val="0"/>
                <w:i w:val="0"/>
                <w:sz w:val="19"/>
              </w:rPr>
              <w:t>O‘ziga ishonch, o‘zini xushmuomala tanishtirish va sherigining nutqini sabr bilan tinglash madaniyatini tarbiyalash.</w:t>
            </w:r>
          </w:p>
          <w:p>
            <w:pPr>
              <w:spacing w:after="40"/>
            </w:pPr>
            <w:r>
              <w:rPr>
                <w:b/>
                <w:i w:val="0"/>
                <w:sz w:val="19"/>
              </w:rPr>
              <w:t xml:space="preserve">c) Rivojlantiruvchi: </w:t>
            </w:r>
            <w:r>
              <w:rPr>
                <w:b w:val="0"/>
                <w:i w:val="0"/>
                <w:sz w:val="19"/>
              </w:rPr>
              <w:t>Qaydlar asosida izchil monolog tuzish, I am va I’ve got ni farqlash hamda s harfining /s/ va /z/ tovushlarini eshitib ajratish ko‘nikmasini rivojlantirish.</w:t>
            </w:r>
          </w:p>
        </w:tc>
        <w:tc>
          <w:tcPr>
            <w:tcW w:type="dxa" w:w="5443"/>
          </w:tcPr>
          <w:p>
            <w:pPr>
              <w:spacing w:after="40"/>
            </w:pPr>
            <w:r/>
            <w:r>
              <w:rPr>
                <w:b/>
                <w:i w:val="0"/>
                <w:sz w:val="18"/>
              </w:rPr>
              <w:t xml:space="preserve">1. Lead-in (Kirish) — 4 daqiqa. </w:t>
            </w:r>
            <w:r>
              <w:rPr>
                <w:b w:val="0"/>
                <w:i w:val="0"/>
                <w:sz w:val="18"/>
              </w:rPr>
              <w:t>Say three sentences about yourself (name, height, family size). Ask students what information they heard.</w:t>
            </w:r>
          </w:p>
          <w:p>
            <w:pPr>
              <w:spacing w:after="40"/>
            </w:pPr>
            <w:r>
              <w:rPr>
                <w:b/>
                <w:i w:val="0"/>
                <w:sz w:val="18"/>
              </w:rPr>
              <w:t xml:space="preserve">2. Presentation (4 blocks) (Yangi so‘zlar (4 blok)) — 9 daqiqa. </w:t>
            </w:r>
            <w:r>
              <w:rPr>
                <w:b w:val="0"/>
                <w:i w:val="0"/>
                <w:sz w:val="18"/>
              </w:rPr>
              <w:t>Present A height and build (5), B hair and glasses (9), C my family (9) and D my room (7); the Phrase Bank sentences are on the phrases slide. For A and B use students in the room; for D draw two quick rooms on the board.</w:t>
            </w:r>
          </w:p>
          <w:p>
            <w:pPr>
              <w:spacing w:after="40"/>
            </w:pPr>
            <w:r>
              <w:rPr>
                <w:b/>
                <w:i w:val="0"/>
                <w:sz w:val="18"/>
              </w:rPr>
              <w:t xml:space="preserve">3. Language focus (Til fokusi: I am / I’ve got) — 4 daqiqa. </w:t>
            </w:r>
            <w:r>
              <w:rPr>
                <w:b w:val="0"/>
                <w:i w:val="0"/>
                <w:sz w:val="18"/>
              </w:rPr>
              <w:t>Contrast I AM (age, height) with I'VE GOT (family, hair) on the board with two columns.</w:t>
            </w:r>
          </w:p>
          <w:p>
            <w:pPr>
              <w:spacing w:after="40"/>
            </w:pPr>
            <w:r>
              <w:rPr>
                <w:b/>
                <w:i w:val="0"/>
                <w:sz w:val="18"/>
              </w:rPr>
              <w:t xml:space="preserve">4. SoundSpot — 4 daqiqa. </w:t>
            </w:r>
            <w:r>
              <w:rPr>
                <w:b w:val="0"/>
                <w:i w:val="0"/>
                <w:sz w:val="18"/>
              </w:rPr>
              <w:t>Laser p. 10 SoundSpot: students tick /s/ or /z/ for seven words, then listen and check; drill the two sentences.</w:t>
            </w:r>
          </w:p>
          <w:p>
            <w:pPr>
              <w:spacing w:after="40"/>
            </w:pPr>
            <w:r>
              <w:rPr>
                <w:b/>
                <w:i w:val="0"/>
                <w:sz w:val="18"/>
              </w:rPr>
              <w:t xml:space="preserve">5. Notes (recycle 1) (Qaydlar (ex. 2)) — 6 daqiqa. </w:t>
            </w:r>
            <w:r>
              <w:rPr>
                <w:b w:val="0"/>
                <w:i w:val="0"/>
                <w:sz w:val="18"/>
              </w:rPr>
              <w:t>Laser p. 10 ex. 2: students complete the notes table about themselves. Monitor and help with spelling.</w:t>
            </w:r>
          </w:p>
          <w:p>
            <w:pPr>
              <w:spacing w:after="40"/>
            </w:pPr>
            <w:r>
              <w:rPr>
                <w:b/>
                <w:i w:val="0"/>
                <w:sz w:val="18"/>
              </w:rPr>
              <w:t xml:space="preserve">6. One minute about me (recycle 2) («Bir daqiqa o‘zim haqimda») — 7 daqiqa. </w:t>
            </w:r>
            <w:r>
              <w:rPr>
                <w:b w:val="0"/>
                <w:i w:val="0"/>
                <w:sz w:val="18"/>
              </w:rPr>
              <w:t>In pairs, each student speaks for one minute from their notes; the partner counts how many phrases from the list they used.</w:t>
            </w:r>
          </w:p>
          <w:p>
            <w:pPr>
              <w:spacing w:after="40"/>
            </w:pPr>
            <w:r>
              <w:rPr>
                <w:b/>
                <w:i w:val="0"/>
                <w:sz w:val="18"/>
              </w:rPr>
              <w:t xml:space="preserve">7. Matching activity (recycle 3) (Moslashtirish mashqi) — 8 daqiqa. </w:t>
            </w:r>
            <w:r>
              <w:rPr>
                <w:b w:val="0"/>
                <w:i w:val="0"/>
                <w:sz w:val="18"/>
              </w:rPr>
              <w:t>Hand out the matching worksheet; Group A and Group B, then swap tables.</w:t>
            </w:r>
          </w:p>
          <w:p>
            <w:pPr>
              <w:spacing w:after="40"/>
            </w:pPr>
            <w:r>
              <w:rPr>
                <w:b/>
                <w:i w:val="0"/>
                <w:sz w:val="18"/>
              </w:rPr>
              <w:t xml:space="preserve">8. Report and homework (Taqdimot va uyga vazifa) — 3 daqiqa. </w:t>
            </w:r>
            <w:r>
              <w:rPr>
                <w:b w:val="0"/>
                <w:i w:val="0"/>
                <w:sz w:val="18"/>
              </w:rPr>
              <w:t>Two students speak to the whole class. Set homework, show the flashcard link.</w:t>
            </w:r>
          </w:p>
          <w:p>
            <w:pPr>
              <w:spacing w:after="40"/>
            </w:pPr>
            <w:r>
              <w:rPr>
                <w:b/>
                <w:i w:val="0"/>
                <w:sz w:val="18"/>
              </w:rPr>
              <w:t xml:space="preserve">Metodlar: </w:t>
            </w:r>
            <w:r>
              <w:rPr>
                <w:b w:val="0"/>
                <w:i/>
                <w:sz w:val="18"/>
              </w:rPr>
              <w:t>Phrase Bank bilan ishlash, qaydlar asosida gapirish, talaffuz mashqi (SoundSpot), juftlikda gapirish</w:t>
            </w:r>
          </w:p>
        </w:tc>
        <w:tc>
          <w:tcPr>
            <w:tcW w:type="dxa" w:w="2835"/>
          </w:tcPr>
          <w:p>
            <w:pPr>
              <w:spacing w:after="40"/>
            </w:pPr>
            <w:r/>
            <w:r>
              <w:rPr>
                <w:b w:val="0"/>
                <w:i w:val="0"/>
                <w:sz w:val="19"/>
              </w:rPr>
              <w:t>O‘quvchilar dars oxirida:</w:t>
            </w:r>
          </w:p>
          <w:p>
            <w:pPr>
              <w:spacing w:after="40"/>
            </w:pPr>
            <w:r>
              <w:rPr>
                <w:b w:val="0"/>
                <w:i w:val="0"/>
                <w:sz w:val="19"/>
              </w:rPr>
              <w:t>• kitobdagi sakkiz ibora bilan bo‘y va sochni tasvirlay oladi;</w:t>
            </w:r>
          </w:p>
          <w:p>
            <w:pPr>
              <w:spacing w:after="40"/>
            </w:pPr>
            <w:r>
              <w:rPr>
                <w:b w:val="0"/>
                <w:i w:val="0"/>
                <w:sz w:val="19"/>
              </w:rPr>
              <w:t>• Me / My family / My room jadvaliga qayd yozib, shu qaydlar asosida gapira oladi (ex. 2);</w:t>
            </w:r>
          </w:p>
          <w:p>
            <w:pPr>
              <w:spacing w:after="40"/>
            </w:pPr>
            <w:r>
              <w:rPr>
                <w:b w:val="0"/>
                <w:i w:val="0"/>
                <w:sz w:val="19"/>
              </w:rPr>
              <w:t>• s harfining ikki tovushini (/s/ va /z/) eshitib ajrata va to‘g‘ri talaffuz qila oladi (SoundSpot);</w:t>
            </w:r>
          </w:p>
          <w:p>
            <w:pPr>
              <w:spacing w:after="40"/>
            </w:pPr>
            <w:r>
              <w:rPr>
                <w:b w:val="0"/>
                <w:i w:val="0"/>
                <w:sz w:val="19"/>
              </w:rPr>
              <w:t>• o‘zi haqida bir daqiqa gapira oladi.</w:t>
            </w:r>
          </w:p>
        </w:tc>
        <w:tc>
          <w:tcPr>
            <w:tcW w:type="dxa" w:w="3175"/>
          </w:tcPr>
          <w:p>
            <w:pPr>
              <w:spacing w:after="40"/>
            </w:pPr>
            <w:r/>
            <w:r>
              <w:rPr>
                <w:b w:val="0"/>
                <w:i w:val="0"/>
                <w:sz w:val="18"/>
              </w:rPr>
              <w:t>Laser A1+ SB p. 10 (Speaking: bo‘y va soch, «Talking about yourself» Phrase Bank, Me / My family / My room qaydnomasi, SoundSpot: s harfining ikki tovushi) — asosiy; Solutions Elementary SB p. 18 (A personal profile — shaxsiy ma’lumot berish iboralari) — qo‘shimcha</w:t>
            </w:r>
          </w:p>
          <w:p>
            <w:pPr>
              <w:spacing w:after="40"/>
            </w:pPr>
            <w:r>
              <w:rPr>
                <w:b/>
                <w:i w:val="0"/>
                <w:sz w:val="18"/>
              </w:rPr>
              <w:t xml:space="preserve">Jihozlar: </w:t>
            </w:r>
            <w:r>
              <w:rPr>
                <w:b w:val="0"/>
                <w:i w:val="0"/>
                <w:sz w:val="18"/>
              </w:rPr>
              <w:t>Vocabulary sheet (30 items), matching worksheet (Groups A and B), slides, flashcards with audio (sozlar.com/vocab); Laser A1+ p. 10, Solutions Elementary p. 4 and p. 18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eight sentences about yourself using the Phrase Bank and the new words (name, age, birthday, height, hair, family, room), then finish gap fill 1-6 on the sheet.</w:t>
            </w:r>
          </w:p>
          <w:p>
            <w:pPr>
              <w:spacing w:after="40"/>
            </w:pPr>
            <w:r>
              <w:rPr>
                <w:b w:val="0"/>
                <w:i w:val="0"/>
                <w:sz w:val="19"/>
              </w:rPr>
              <w:t>• Learn the 30 words and phrases (sections A-D) with the flashcards: sozlar.com/vocab/cards/?set=grade7-lesson5</w:t>
            </w:r>
          </w:p>
          <w:p>
            <w:pPr>
              <w:spacing w:after="40"/>
            </w:pPr>
            <w:r>
              <w:rPr>
                <w:b w:val="0"/>
                <w:i w:val="0"/>
                <w:sz w:val="19"/>
              </w:rPr>
              <w:t>• Laser A1+ Workbook p. 6, exercises 1-3.</w:t>
            </w:r>
          </w:p>
        </w:tc>
      </w:tr>
    </w:tbl>
    <w:p>
      <w:pPr>
        <w:spacing w:after="40"/>
      </w:pPr>
      <w:r>
        <w:rPr>
          <w:b/>
          <w:sz w:val="18"/>
        </w:rPr>
        <w:t xml:space="preserve">Farqlash: </w:t>
      </w:r>
      <w:r>
        <w:rPr>
          <w:i/>
          <w:sz w:val="18"/>
        </w:rPr>
        <w:t>Fast finishers add three more sentences about their street or their best friend; weaker students keep the Phrase Bank on the desk and fill in only names, numbers and one adjective.</w:t>
      </w:r>
    </w:p>
    <w:p>
      <w:r>
        <w:br w:type="page"/>
      </w:r>
    </w:p>
    <w:p>
      <w:pPr>
        <w:spacing w:before="80" w:after="60"/>
      </w:pPr>
      <w:r>
        <w:rPr>
          <w:b/>
          <w:color w:val="0B6E5F"/>
          <w:sz w:val="24"/>
        </w:rPr>
        <w:t>Daily Lesson Plan · 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Possessives</w:t>
            </w:r>
            <w:r>
              <w:rPr>
                <w:b w:val="0"/>
                <w:i w:val="0"/>
                <w:sz w:val="19"/>
              </w:rPr>
              <w:t xml:space="preserve"> (Egalik shakllari)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egalik sifatlari (my, your, his…) va egalik olmoshlarini (mine, yours, hers…) farqlashni hamda apostrofni birlik, ko‘plik va noto‘g‘ri ko‘plik otlarda to‘g‘ri qo‘yishni o‘rganadi (Aziz’s, the girls’, children’s).</w:t>
            </w:r>
          </w:p>
          <w:p>
            <w:pPr>
              <w:spacing w:after="40"/>
            </w:pPr>
            <w:r>
              <w:rPr>
                <w:b/>
                <w:i w:val="0"/>
                <w:sz w:val="17"/>
              </w:rPr>
              <w:t xml:space="preserve">b) Tarbiyaviy: </w:t>
            </w:r>
            <w:r>
              <w:rPr>
                <w:b w:val="0"/>
                <w:i w:val="0"/>
                <w:sz w:val="17"/>
              </w:rPr>
              <w:t>Birovning narsasiga hurmat bilan munosabatda bo‘lish, o‘z buyumlariga mas’uliyat bilan qarash odobini tarbiyalash.</w:t>
            </w:r>
          </w:p>
          <w:p>
            <w:pPr>
              <w:spacing w:after="40"/>
            </w:pPr>
            <w:r>
              <w:rPr>
                <w:b/>
                <w:i w:val="0"/>
                <w:sz w:val="17"/>
              </w:rPr>
              <w:t xml:space="preserve">c) Rivojlantiruvchi: </w:t>
            </w:r>
            <w:r>
              <w:rPr>
                <w:b w:val="0"/>
                <w:i w:val="0"/>
                <w:sz w:val="17"/>
              </w:rPr>
              <w:t>Qoidani misol orqali anglash, matndagi xatolarni topib tuzatish va ’s ning uch xil talaffuzini farqlash ko‘nikmasini rivojlantirish.</w:t>
            </w:r>
          </w:p>
        </w:tc>
        <w:tc>
          <w:tcPr>
            <w:tcW w:type="dxa" w:w="5443"/>
          </w:tcPr>
          <w:p>
            <w:pPr>
              <w:spacing w:after="40"/>
            </w:pPr>
            <w:r/>
            <w:r>
              <w:rPr>
                <w:b/>
                <w:i w:val="0"/>
                <w:sz w:val="17"/>
              </w:rPr>
              <w:t xml:space="preserve">1. Lead-in (Kirish) — 3 daqiqa. </w:t>
            </w:r>
            <w:r>
              <w:rPr>
                <w:b w:val="0"/>
                <w:i w:val="0"/>
                <w:sz w:val="17"/>
              </w:rPr>
              <w:t>Hold up a pen and a bag from two students. Ask 'Whose is this?' and write the two answers on the board: It's Aziz's. It's hers.</w:t>
            </w:r>
          </w:p>
          <w:p>
            <w:pPr>
              <w:spacing w:after="40"/>
            </w:pPr>
            <w:r>
              <w:rPr>
                <w:b/>
                <w:i w:val="0"/>
                <w:sz w:val="17"/>
              </w:rPr>
              <w:t xml:space="preserve">2. Grammar clinic (form table) (Grammatika: shakllar jadvali) — 5 daqiqa. </w:t>
            </w:r>
            <w:r>
              <w:rPr>
                <w:b w:val="0"/>
                <w:i w:val="0"/>
                <w:sz w:val="17"/>
              </w:rPr>
              <w:t>Show the table: adjective before a noun, pronoun instead of a noun. Drill the six pairs.</w:t>
            </w:r>
          </w:p>
          <w:p>
            <w:pPr>
              <w:spacing w:after="40"/>
            </w:pPr>
            <w:r>
              <w:rPr>
                <w:b/>
                <w:i w:val="0"/>
                <w:sz w:val="17"/>
              </w:rPr>
              <w:t xml:space="preserve">3. Apostrophe focus (Fokus — apostrof) — 4 daqiqa. </w:t>
            </w:r>
            <w:r>
              <w:rPr>
                <w:b w:val="0"/>
                <w:i w:val="0"/>
                <w:sz w:val="17"/>
              </w:rPr>
              <w:t>Where does the apostrophe go? Singular, regular plural, irregular plural, and its / it's. Then Laser p. 11 ex. 2: reorder three sentences with 's / s'.</w:t>
            </w:r>
          </w:p>
          <w:p>
            <w:pPr>
              <w:spacing w:after="40"/>
            </w:pPr>
            <w:r>
              <w:rPr>
                <w:b/>
                <w:i w:val="0"/>
                <w:sz w:val="17"/>
              </w:rPr>
              <w:t xml:space="preserve">4. Presentation (4 blocks) (Yangi so‘zlar (4 blok)) — 9 daqiqa. </w:t>
            </w:r>
            <w:r>
              <w:rPr>
                <w:b w:val="0"/>
                <w:i w:val="0"/>
                <w:sz w:val="17"/>
              </w:rPr>
              <w:t>Present A school things (8), B personal things (8), C clothes (6) and D whose is it? (8). Use real objects in the room for blocks A and C.</w:t>
            </w:r>
          </w:p>
          <w:p>
            <w:pPr>
              <w:spacing w:after="40"/>
            </w:pPr>
            <w:r>
              <w:rPr>
                <w:b/>
                <w:i w:val="0"/>
                <w:sz w:val="17"/>
              </w:rPr>
              <w:t xml:space="preserve">5. Pronunciation of 's (’s ning talaffuzi) — 4 daqiqa. </w:t>
            </w:r>
            <w:r>
              <w:rPr>
                <w:b w:val="0"/>
                <w:i w:val="0"/>
                <w:sz w:val="17"/>
              </w:rPr>
              <w:t>Drill the three sounds /s/ /z/ /ɪz/; students sort the eight names.</w:t>
            </w:r>
          </w:p>
          <w:p>
            <w:pPr>
              <w:spacing w:after="40"/>
            </w:pPr>
            <w:r>
              <w:rPr>
                <w:b/>
                <w:i w:val="0"/>
                <w:sz w:val="17"/>
              </w:rPr>
              <w:t xml:space="preserve">6. Correct the mistakes (recycle 1) (Xatolarni tuzatish (ex. 3)) — 6 daqiqa. </w:t>
            </w:r>
            <w:r>
              <w:rPr>
                <w:b w:val="0"/>
                <w:i w:val="0"/>
                <w:sz w:val="17"/>
              </w:rPr>
              <w:t>Laser p. 11 ex. 3: ten mistakes in the dialogue. Check as a class, then two students read it aloud.</w:t>
            </w:r>
          </w:p>
          <w:p>
            <w:pPr>
              <w:spacing w:after="40"/>
            </w:pPr>
            <w:r>
              <w:rPr>
                <w:b/>
                <w:i w:val="0"/>
                <w:sz w:val="17"/>
              </w:rPr>
              <w:t xml:space="preserve">7. Whose is this? (recycle 2) («Whose is this?» o‘yini) — 6 daqiqa. </w:t>
            </w:r>
            <w:r>
              <w:rPr>
                <w:b w:val="0"/>
                <w:i w:val="0"/>
                <w:sz w:val="17"/>
              </w:rPr>
              <w:t>Collect one object from each student in a bag; hold them up one by one for the class to claim.</w:t>
            </w:r>
          </w:p>
          <w:p>
            <w:pPr>
              <w:spacing w:after="40"/>
            </w:pPr>
            <w:r>
              <w:rPr>
                <w:b/>
                <w:i w:val="0"/>
                <w:sz w:val="17"/>
              </w:rPr>
              <w:t xml:space="preserve">8. Matching activity (recycle 3) (Moslashtirish mashqi) — 6 daqiqa. </w:t>
            </w:r>
            <w:r>
              <w:rPr>
                <w:b w:val="0"/>
                <w:i w:val="0"/>
                <w:sz w:val="17"/>
              </w:rPr>
              <w:t>Hand out the matching worksheet; Group A and Group B, then swap tables.</w:t>
            </w:r>
          </w:p>
          <w:p>
            <w:pPr>
              <w:spacing w:after="40"/>
            </w:pPr>
            <w:r>
              <w:rPr>
                <w:b/>
                <w:i w:val="0"/>
                <w:sz w:val="17"/>
              </w:rPr>
              <w:t xml:space="preserve">9. Feedback and homework (Yakun va uyga vazifa) — 2 daqiqa. </w:t>
            </w:r>
            <w:r>
              <w:rPr>
                <w:b w:val="0"/>
                <w:i w:val="0"/>
                <w:sz w:val="17"/>
              </w:rPr>
              <w:t>Correct two apostrophe mistakes on the board, set homework, show the flashcard link.</w:t>
            </w:r>
          </w:p>
          <w:p>
            <w:pPr>
              <w:spacing w:after="40"/>
            </w:pPr>
            <w:r>
              <w:rPr>
                <w:b/>
                <w:i w:val="0"/>
                <w:sz w:val="17"/>
              </w:rPr>
              <w:t xml:space="preserve">Metodlar: </w:t>
            </w:r>
            <w:r>
              <w:rPr>
                <w:b w:val="0"/>
                <w:i/>
                <w:sz w:val="17"/>
              </w:rPr>
              <w:t>qoida jadvali bilan ishlash, real buyumlar bilan ishlash («&lt;i&gt;Whose is this?&lt;/i&gt;»), xatolarni tuzatish, guruhlarda ishlash (A va B)</w:t>
            </w:r>
          </w:p>
        </w:tc>
        <w:tc>
          <w:tcPr>
            <w:tcW w:type="dxa" w:w="2835"/>
          </w:tcPr>
          <w:p>
            <w:pPr>
              <w:spacing w:after="40"/>
            </w:pPr>
            <w:r/>
            <w:r>
              <w:rPr>
                <w:b w:val="0"/>
                <w:i w:val="0"/>
                <w:sz w:val="17"/>
              </w:rPr>
              <w:t>O‘quvchilar dars oxirida:</w:t>
            </w:r>
          </w:p>
          <w:p>
            <w:pPr>
              <w:spacing w:after="40"/>
            </w:pPr>
            <w:r>
              <w:rPr>
                <w:b w:val="0"/>
                <w:i w:val="0"/>
                <w:sz w:val="17"/>
              </w:rPr>
              <w:t>• oltita gapni my / your / his / her / our / their bilan to‘ldira oladi;</w:t>
            </w:r>
          </w:p>
          <w:p>
            <w:pPr>
              <w:spacing w:after="40"/>
            </w:pPr>
            <w:r>
              <w:rPr>
                <w:b w:val="0"/>
                <w:i w:val="0"/>
                <w:sz w:val="17"/>
              </w:rPr>
              <w:t>• otni mine / yours / his / hers / ours / theirs bilan almashtira oladi;</w:t>
            </w:r>
          </w:p>
          <w:p>
            <w:pPr>
              <w:spacing w:after="40"/>
            </w:pPr>
            <w:r>
              <w:rPr>
                <w:b w:val="0"/>
                <w:i w:val="0"/>
                <w:sz w:val="17"/>
              </w:rPr>
              <w:t>• birlik otdan keyin ’s, oddiy ko‘plikdan keyin s’ yoza oladi (p. 11 ex. 2);</w:t>
            </w:r>
          </w:p>
          <w:p>
            <w:pPr>
              <w:spacing w:after="40"/>
            </w:pPr>
            <w:r>
              <w:rPr>
                <w:b w:val="0"/>
                <w:i w:val="0"/>
                <w:sz w:val="17"/>
              </w:rPr>
              <w:t>• dialogdagi o‘nta xatoni topib tuzata oladi (ex. 3).</w:t>
            </w:r>
          </w:p>
        </w:tc>
        <w:tc>
          <w:tcPr>
            <w:tcW w:type="dxa" w:w="3175"/>
          </w:tcPr>
          <w:p>
            <w:pPr>
              <w:spacing w:after="40"/>
            </w:pPr>
            <w:r/>
            <w:r>
              <w:rPr>
                <w:b w:val="0"/>
                <w:i w:val="0"/>
                <w:sz w:val="17"/>
              </w:rPr>
              <w:t>Laser A1+ SB p. 11 (Grammar: possessives — egalik sifatlari, egalik olmoshlari, 's va s' apostrofi; ex.1 to‘g‘ri so‘zni yozish, ex.2 gapni tartibga solish, ex.3 dialogdagi xatolarni tuzatish) — asosiy manba</w:t>
            </w:r>
          </w:p>
          <w:p>
            <w:pPr>
              <w:spacing w:after="40"/>
            </w:pPr>
            <w:r>
              <w:rPr>
                <w:b/>
                <w:i w:val="0"/>
                <w:sz w:val="17"/>
              </w:rPr>
              <w:t xml:space="preserve">Jihozlar: </w:t>
            </w:r>
            <w:r>
              <w:rPr>
                <w:b w:val="0"/>
                <w:i w:val="0"/>
                <w:sz w:val="17"/>
              </w:rPr>
              <w:t>Vocabulary sheet (30 items), matching worksheet (Groups A and B), slides, flashcards with audio (sozlar.com/vocab); Laser A1+ p. 11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ten sentences about things in your house: five with 's or s' and five with a possessive pronoun.</w:t>
            </w:r>
          </w:p>
          <w:p>
            <w:pPr>
              <w:spacing w:after="40"/>
            </w:pPr>
            <w:r>
              <w:rPr>
                <w:b w:val="0"/>
                <w:i w:val="0"/>
                <w:sz w:val="19"/>
              </w:rPr>
              <w:t>• Learn the 30 items (sections A-D) with the flashcards: sozlar.com/vocab/cards/?set=grade7-lesson6</w:t>
            </w:r>
          </w:p>
          <w:p>
            <w:pPr>
              <w:spacing w:after="40"/>
            </w:pPr>
            <w:r>
              <w:rPr>
                <w:b w:val="0"/>
                <w:i w:val="0"/>
                <w:sz w:val="19"/>
              </w:rPr>
              <w:t>• Laser A1+ Workbook pp. 8-9.</w:t>
            </w:r>
          </w:p>
        </w:tc>
      </w:tr>
    </w:tbl>
    <w:p>
      <w:pPr>
        <w:spacing w:after="40"/>
      </w:pPr>
      <w:r>
        <w:rPr>
          <w:b/>
          <w:sz w:val="18"/>
        </w:rPr>
        <w:t xml:space="preserve">Farqlash: </w:t>
      </w:r>
      <w:r>
        <w:rPr>
          <w:i/>
          <w:sz w:val="18"/>
        </w:rPr>
        <w:t>Fast finishers rewrite five sentences from the dialogue using 's instead of a pronoun; weaker students work with the form table on the desk and do only the first six items of the exercise.</w:t>
      </w:r>
    </w:p>
    <w:p>
      <w:r>
        <w:br w:type="page"/>
      </w:r>
    </w:p>
    <w:p>
      <w:pPr>
        <w:spacing w:before="80" w:after="60"/>
      </w:pPr>
      <w:r>
        <w:rPr>
          <w:b/>
          <w:color w:val="0B6E5F"/>
          <w:sz w:val="24"/>
        </w:rPr>
        <w:t>Daily Lesson Plan · 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Personal Profile</w:t>
            </w:r>
            <w:r>
              <w:rPr>
                <w:b w:val="0"/>
                <w:i w:val="0"/>
                <w:sz w:val="19"/>
              </w:rPr>
              <w:t xml:space="preserve"> (Shaxsiy profil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Zara namunasi asosida to‘rt xatboshili shaxsiy profil yozishni o‘rganadi: tashqi ko‘rinish, oila, xona, sevimli narsalar; qisqa shakllar va undov belgisi (Language Lab, p. 12).</w:t>
            </w:r>
          </w:p>
          <w:p>
            <w:pPr>
              <w:spacing w:after="40"/>
            </w:pPr>
            <w:r>
              <w:rPr>
                <w:b/>
                <w:i w:val="0"/>
                <w:sz w:val="19"/>
              </w:rPr>
              <w:t xml:space="preserve">b) Tarbiyaviy: </w:t>
            </w:r>
            <w:r>
              <w:rPr>
                <w:b w:val="0"/>
                <w:i w:val="0"/>
                <w:sz w:val="19"/>
              </w:rPr>
              <w:t>O‘zini halol va ijobiy tanishtirish, boshqalar bilan umumiy jihatlarni topib, ularni hurmat qilishga o‘rgatish.</w:t>
            </w:r>
          </w:p>
          <w:p>
            <w:pPr>
              <w:spacing w:after="40"/>
            </w:pPr>
            <w:r>
              <w:rPr>
                <w:b/>
                <w:i w:val="0"/>
                <w:sz w:val="19"/>
              </w:rPr>
              <w:t xml:space="preserve">c) Rivojlantiruvchi: </w:t>
            </w:r>
            <w:r>
              <w:rPr>
                <w:b w:val="0"/>
                <w:i w:val="0"/>
                <w:sz w:val="19"/>
              </w:rPr>
              <w:t>Matnni xatboshilarga bo‘lib rejalashtirish, namunadan qoida topish va yozma nutqni izchil tuzish ko‘nikmasini rivojlantirish.</w:t>
            </w:r>
          </w:p>
        </w:tc>
        <w:tc>
          <w:tcPr>
            <w:tcW w:type="dxa" w:w="5443"/>
          </w:tcPr>
          <w:p>
            <w:pPr>
              <w:spacing w:after="40"/>
            </w:pPr>
            <w:r/>
            <w:r>
              <w:rPr>
                <w:b/>
                <w:i w:val="0"/>
                <w:sz w:val="18"/>
              </w:rPr>
              <w:t xml:space="preserve">1. Lead-in (Kirish) — 3 daqiqa. </w:t>
            </w:r>
            <w:r>
              <w:rPr>
                <w:b w:val="0"/>
                <w:i w:val="0"/>
                <w:sz w:val="18"/>
              </w:rPr>
              <w:t>Ask: if you wrote about yourself on one page, what four things would you write about? Collect answers on the board.</w:t>
            </w:r>
          </w:p>
          <w:p>
            <w:pPr>
              <w:spacing w:after="40"/>
            </w:pPr>
            <w:r>
              <w:rPr>
                <w:b/>
                <w:i w:val="0"/>
                <w:sz w:val="18"/>
              </w:rPr>
              <w:t xml:space="preserve">2. Presentation (4 blocks) (Yangi so‘zlar (4 blok)) — 9 daqiqa. </w:t>
            </w:r>
            <w:r>
              <w:rPr>
                <w:b w:val="0"/>
                <w:i w:val="0"/>
                <w:sz w:val="18"/>
              </w:rPr>
              <w:t>Present A what I look like (10), B me and my family (3), C my room (5), D my favourite things (10). Point at the paragraph on the model slide for each item; the writing rules come in the Language Lab.</w:t>
            </w:r>
          </w:p>
          <w:p>
            <w:pPr>
              <w:spacing w:after="40"/>
            </w:pPr>
            <w:r>
              <w:rPr>
                <w:b/>
                <w:i w:val="0"/>
                <w:sz w:val="18"/>
              </w:rPr>
              <w:t xml:space="preserve">3. True or false + paragraphs (recycle 1) (To‘g‘ri/noto‘g‘ri + xatboshilar (ex. 1, 3)) — 6 daqiqa. </w:t>
            </w:r>
            <w:r>
              <w:rPr>
                <w:b w:val="0"/>
                <w:i w:val="0"/>
                <w:sz w:val="18"/>
              </w:rPr>
              <w:t>Laser p. 12 ex. 1 and ex. 3: four T/F statements, then match the four paragraphs. Check as a class.</w:t>
            </w:r>
          </w:p>
          <w:p>
            <w:pPr>
              <w:spacing w:after="40"/>
            </w:pPr>
            <w:r>
              <w:rPr>
                <w:b/>
                <w:i w:val="0"/>
                <w:sz w:val="18"/>
              </w:rPr>
              <w:t xml:space="preserve">4. Language Lab — 4 daqiqa. </w:t>
            </w:r>
            <w:r>
              <w:rPr>
                <w:b w:val="0"/>
                <w:i w:val="0"/>
                <w:sz w:val="18"/>
              </w:rPr>
              <w:t>Four rules: short forms, first name, exclamation marks, new paragraph per topic. Students underline an example of each in the model.</w:t>
            </w:r>
          </w:p>
          <w:p>
            <w:pPr>
              <w:spacing w:after="40"/>
            </w:pPr>
            <w:r>
              <w:rPr>
                <w:b/>
                <w:i w:val="0"/>
                <w:sz w:val="18"/>
              </w:rPr>
              <w:t xml:space="preserve">5. What have you got in common? (recycle 2) (Umumiy jihatlarimiz (ex. 2)) — 5 daqiqa. </w:t>
            </w:r>
            <w:r>
              <w:rPr>
                <w:b w:val="0"/>
                <w:i w:val="0"/>
                <w:sz w:val="18"/>
              </w:rPr>
              <w:t>Laser p. 12 ex. 2: students compare themselves with Zara in full sentences.</w:t>
            </w:r>
          </w:p>
          <w:p>
            <w:pPr>
              <w:spacing w:after="40"/>
            </w:pPr>
            <w:r>
              <w:rPr>
                <w:b/>
                <w:i w:val="0"/>
                <w:sz w:val="18"/>
              </w:rPr>
              <w:t xml:space="preserve">6. Write paragraphs 1 and 2 (recycle 3) (1–2-xatboshini yozish) — 7 daqiqa. </w:t>
            </w:r>
            <w:r>
              <w:rPr>
                <w:b w:val="0"/>
                <w:i w:val="0"/>
                <w:sz w:val="18"/>
              </w:rPr>
              <w:t>Students write their own first two paragraphs. Monitor for short forms and for 'I have got' written in full.</w:t>
            </w:r>
          </w:p>
          <w:p>
            <w:pPr>
              <w:spacing w:after="40"/>
            </w:pPr>
            <w:r>
              <w:rPr>
                <w:b/>
                <w:i w:val="0"/>
                <w:sz w:val="18"/>
              </w:rPr>
              <w:t xml:space="preserve">7. Matching activity (Moslashtirish mashqi) — 8 daqiqa. </w:t>
            </w:r>
            <w:r>
              <w:rPr>
                <w:b w:val="0"/>
                <w:i w:val="0"/>
                <w:sz w:val="18"/>
              </w:rPr>
              <w:t>Hand out the matching worksheet; Group A and Group B, then swap tables.</w:t>
            </w:r>
          </w:p>
          <w:p>
            <w:pPr>
              <w:spacing w:after="40"/>
            </w:pPr>
            <w:r>
              <w:rPr>
                <w:b/>
                <w:i w:val="0"/>
                <w:sz w:val="18"/>
              </w:rPr>
              <w:t xml:space="preserve">8. Feedback and homework (Yakun va uyga vazifa) — 3 daqiqa. </w:t>
            </w:r>
            <w:r>
              <w:rPr>
                <w:b w:val="0"/>
                <w:i w:val="0"/>
                <w:sz w:val="18"/>
              </w:rPr>
              <w:t>Read out one good opening line, correct two short-form mistakes, set paragraphs 3 and 4 as homework.</w:t>
            </w:r>
          </w:p>
          <w:p>
            <w:pPr>
              <w:spacing w:after="40"/>
            </w:pPr>
            <w:r>
              <w:rPr>
                <w:b/>
                <w:i w:val="0"/>
                <w:sz w:val="18"/>
              </w:rPr>
              <w:t xml:space="preserve">Metodlar: </w:t>
            </w:r>
            <w:r>
              <w:rPr>
                <w:b w:val="0"/>
                <w:i/>
                <w:sz w:val="18"/>
              </w:rPr>
              <w:t>namuna matn tahlili, Language Lab qoidalari, yozma ish, guruhlarda ishlash (A va B)</w:t>
            </w:r>
          </w:p>
        </w:tc>
        <w:tc>
          <w:tcPr>
            <w:tcW w:type="dxa" w:w="2835"/>
          </w:tcPr>
          <w:p>
            <w:pPr>
              <w:spacing w:after="40"/>
            </w:pPr>
            <w:r/>
            <w:r>
              <w:rPr>
                <w:b w:val="0"/>
                <w:i w:val="0"/>
                <w:sz w:val="19"/>
              </w:rPr>
              <w:t>O‘quvchilar dars oxirida:</w:t>
            </w:r>
          </w:p>
          <w:p>
            <w:pPr>
              <w:spacing w:after="40"/>
            </w:pPr>
            <w:r>
              <w:rPr>
                <w:b w:val="0"/>
                <w:i w:val="0"/>
                <w:sz w:val="19"/>
              </w:rPr>
              <w:t>• har bir ma’lumot to‘rt xatboshidan qaysi biriga tegishli ekanini ayta oladi (ex. 3);</w:t>
            </w:r>
          </w:p>
          <w:p>
            <w:pPr>
              <w:spacing w:after="40"/>
            </w:pPr>
            <w:r>
              <w:rPr>
                <w:b w:val="0"/>
                <w:i w:val="0"/>
                <w:sz w:val="19"/>
              </w:rPr>
              <w:t>• to‘rtta gapning to‘g‘ri yoki noto‘g‘riligini aniqlay oladi (ex. 1);</w:t>
            </w:r>
          </w:p>
          <w:p>
            <w:pPr>
              <w:spacing w:after="40"/>
            </w:pPr>
            <w:r>
              <w:rPr>
                <w:b w:val="0"/>
                <w:i w:val="0"/>
                <w:sz w:val="19"/>
              </w:rPr>
              <w:t>• norasmiy yozuvda qisqa shakllar va undov belgisini qo‘llay oladi (Language Lab);</w:t>
            </w:r>
          </w:p>
          <w:p>
            <w:pPr>
              <w:spacing w:after="40"/>
            </w:pPr>
            <w:r>
              <w:rPr>
                <w:b w:val="0"/>
                <w:i w:val="0"/>
                <w:sz w:val="19"/>
              </w:rPr>
              <w:t>• o‘z profilining birinchi ikki xatboshisini sinfda yoza oladi.</w:t>
            </w:r>
          </w:p>
        </w:tc>
        <w:tc>
          <w:tcPr>
            <w:tcW w:type="dxa" w:w="3175"/>
          </w:tcPr>
          <w:p>
            <w:pPr>
              <w:spacing w:after="40"/>
            </w:pPr>
            <w:r/>
            <w:r>
              <w:rPr>
                <w:b w:val="0"/>
                <w:i w:val="0"/>
                <w:sz w:val="18"/>
              </w:rPr>
              <w:t>Laser A1+ SB p. 12 (Writing — Project: writing a profile: Zara matni, ex.1 to‘g‘ri/noto‘g‘ri, ex.2 nima umumiy, ex.3 xatboshilarni moslashtirish, Language Lab: qisqartmalar, ism bilan tanishtirish, undov belgisi, yangi mavzu — yangi xatboshi) — asosiy manba</w:t>
            </w:r>
          </w:p>
          <w:p>
            <w:pPr>
              <w:spacing w:after="40"/>
            </w:pPr>
            <w:r>
              <w:rPr>
                <w:b/>
                <w:i w:val="0"/>
                <w:sz w:val="18"/>
              </w:rPr>
              <w:t xml:space="preserve">Jihozlar: </w:t>
            </w:r>
            <w:r>
              <w:rPr>
                <w:b w:val="0"/>
                <w:i w:val="0"/>
                <w:sz w:val="18"/>
              </w:rPr>
              <w:t>Vocabulary sheet (28 items), matching worksheet (Groups A and B), slides, flashcards with audio (sozlar.com/vocab); Laser A1+ p. 12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Finish your personal profile: paragraphs 3 (my room) and 4 (my favourites), with a reason for each favourite.</w:t>
            </w:r>
          </w:p>
          <w:p>
            <w:pPr>
              <w:spacing w:after="40"/>
            </w:pPr>
            <w:r>
              <w:rPr>
                <w:b w:val="0"/>
                <w:i w:val="0"/>
                <w:sz w:val="19"/>
              </w:rPr>
              <w:t>• Learn the 28 items (sections A-D) with the flashcards: sozlar.com/vocab/cards/?set=grade7-lesson7</w:t>
            </w:r>
          </w:p>
          <w:p>
            <w:pPr>
              <w:spacing w:after="40"/>
            </w:pPr>
            <w:r>
              <w:rPr>
                <w:b w:val="0"/>
                <w:i w:val="0"/>
                <w:sz w:val="19"/>
              </w:rPr>
              <w:t>• Laser A1+ Workbook p. 9.</w:t>
            </w:r>
          </w:p>
        </w:tc>
      </w:tr>
    </w:tbl>
    <w:p>
      <w:pPr>
        <w:spacing w:after="40"/>
      </w:pPr>
      <w:r>
        <w:rPr>
          <w:b/>
          <w:sz w:val="18"/>
        </w:rPr>
        <w:t xml:space="preserve">Farqlash: </w:t>
      </w:r>
      <w:r>
        <w:rPr>
          <w:i/>
          <w:sz w:val="18"/>
        </w:rPr>
        <w:t>Fast finishers write all four paragraphs and add a title and a drawing; weaker students complete a skeleton profile where only the personal details are missing.</w:t>
      </w:r>
    </w:p>
    <w:p>
      <w:r>
        <w:br w:type="page"/>
      </w:r>
    </w:p>
    <w:p>
      <w:pPr>
        <w:spacing w:before="80" w:after="60"/>
      </w:pPr>
      <w:r>
        <w:rPr>
          <w:b/>
          <w:color w:val="0B6E5F"/>
          <w:sz w:val="24"/>
        </w:rPr>
        <w:t>Daily Lesson Plan · 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Welcome to Amberton Farm</w:t>
            </w:r>
            <w:r>
              <w:rPr>
                <w:b w:val="0"/>
                <w:i w:val="0"/>
                <w:sz w:val="19"/>
              </w:rPr>
              <w:t xml:space="preserve"> (Amberton fermasiga xush kelibsiz)</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Amberton fermasi reklamasini o‘qib, xatboshilarni sarlavhalar bilan moslashni, hayvon bolalari (calf, lamb, foal…) va fermadagi ishlarni (feed, milk, collect, plant, pick) nomlashni o‘rganadi (pp. 14–15).</w:t>
            </w:r>
          </w:p>
          <w:p>
            <w:pPr>
              <w:spacing w:after="40"/>
            </w:pPr>
            <w:r>
              <w:rPr>
                <w:b/>
                <w:i w:val="0"/>
                <w:sz w:val="19"/>
              </w:rPr>
              <w:t xml:space="preserve">b) Tarbiyaviy: </w:t>
            </w:r>
            <w:r>
              <w:rPr>
                <w:b w:val="0"/>
                <w:i w:val="0"/>
                <w:sz w:val="19"/>
              </w:rPr>
              <w:t>Tabiatga, hayvonlarga mehr va qishloq mehnatini qadrlash tuyg‘usini tarbiyalash.</w:t>
            </w:r>
          </w:p>
          <w:p>
            <w:pPr>
              <w:spacing w:after="40"/>
            </w:pPr>
            <w:r>
              <w:rPr>
                <w:b/>
                <w:i w:val="0"/>
                <w:sz w:val="19"/>
              </w:rPr>
              <w:t xml:space="preserve">c) Rivojlantiruvchi: </w:t>
            </w:r>
            <w:r>
              <w:rPr>
                <w:b w:val="0"/>
                <w:i w:val="0"/>
                <w:sz w:val="19"/>
              </w:rPr>
              <w:t>Tez o‘qib asosiy fikrni topish, jadval va qisqa javoblar orqali aniq ma’lumotni ajratish hamda istakni «I’d like to…» bilan ifodalash ko‘nikmasini rivojlantirish.</w:t>
            </w:r>
          </w:p>
        </w:tc>
        <w:tc>
          <w:tcPr>
            <w:tcW w:type="dxa" w:w="5443"/>
          </w:tcPr>
          <w:p>
            <w:pPr>
              <w:spacing w:after="40"/>
            </w:pPr>
            <w:r/>
            <w:r>
              <w:rPr>
                <w:b/>
                <w:i w:val="0"/>
                <w:sz w:val="18"/>
              </w:rPr>
              <w:t xml:space="preserve">1. Lead-in (Kirish) — 3 daqiqa. </w:t>
            </w:r>
            <w:r>
              <w:rPr>
                <w:b w:val="0"/>
                <w:i w:val="0"/>
                <w:sz w:val="18"/>
              </w:rPr>
              <w:t>Show the cover photo. Ask: Do you live in a town or a village? Have you got a pet? Have you ever been to a farm?</w:t>
            </w:r>
          </w:p>
          <w:p>
            <w:pPr>
              <w:spacing w:after="40"/>
            </w:pPr>
            <w:r>
              <w:rPr>
                <w:b/>
                <w:i w:val="0"/>
                <w:sz w:val="18"/>
              </w:rPr>
              <w:t xml:space="preserve">2. Presentation (5 blocks) (Yangi so‘zlar (4 blok)) — 9 daqiqa. </w:t>
            </w:r>
            <w:r>
              <w:rPr>
                <w:b w:val="0"/>
                <w:i w:val="0"/>
                <w:sz w:val="18"/>
              </w:rPr>
              <w:t>Present A baby animals (5), B farm animals (8), C jobs on the farm (7), D the farm and its visitors (6), E a day at the farm (7). Mime the jobs: milk, brush, plant, pick, stroke.</w:t>
            </w:r>
          </w:p>
          <w:p>
            <w:pPr>
              <w:spacing w:after="40"/>
            </w:pPr>
            <w:r>
              <w:rPr>
                <w:b/>
                <w:i w:val="0"/>
                <w:sz w:val="18"/>
              </w:rPr>
              <w:t xml:space="preserve">3. Match the babies (book p.14) (Hayvon bolalarini moslash (p. 14)) — 3 daqiqa. </w:t>
            </w:r>
            <w:r>
              <w:rPr>
                <w:b w:val="0"/>
                <w:i w:val="0"/>
                <w:sz w:val="18"/>
              </w:rPr>
              <w:t>Students match the baby animals with the photos. Check with the plural rule (calf → calves).</w:t>
            </w:r>
          </w:p>
          <w:p>
            <w:pPr>
              <w:spacing w:after="40"/>
            </w:pPr>
            <w:r>
              <w:rPr>
                <w:b/>
                <w:i w:val="0"/>
                <w:sz w:val="18"/>
              </w:rPr>
              <w:t xml:space="preserve">4. Reading — ex.1–3 + word task (recycle 1) (O‘qish — ex. 1–3 + so‘z topshirig‘i) — 10 daqiqa. </w:t>
            </w:r>
            <w:r>
              <w:rPr>
                <w:b w:val="0"/>
                <w:i w:val="0"/>
                <w:sz w:val="18"/>
              </w:rPr>
              <w:t>Fast reading for ex.1 (headings, 3 min), then ex.2 table and ex.3 short answers; finish with the p.15 word task (8 definitions, 2 min). Check as a class; ask for the line in the text.</w:t>
            </w:r>
          </w:p>
          <w:p>
            <w:pPr>
              <w:spacing w:after="40"/>
            </w:pPr>
            <w:r>
              <w:rPr>
                <w:b/>
                <w:i w:val="0"/>
                <w:sz w:val="18"/>
              </w:rPr>
              <w:t xml:space="preserve">5. Our Saturday at the farm (recycle 2) («Fermadagi shanbamiz» matni) — 5 daqiqa. </w:t>
            </w:r>
            <w:r>
              <w:rPr>
                <w:b w:val="0"/>
                <w:i w:val="0"/>
                <w:sz w:val="18"/>
              </w:rPr>
              <w:t>Students read the short text on the lesson page/slide and answer the six questions (three true/false, three short answers).</w:t>
            </w:r>
          </w:p>
          <w:p>
            <w:pPr>
              <w:spacing w:after="40"/>
            </w:pPr>
            <w:r>
              <w:rPr>
                <w:b/>
                <w:i w:val="0"/>
                <w:sz w:val="18"/>
              </w:rPr>
              <w:t xml:space="preserve">6. Speaking — I'd like to… (ex.4) (Gapirish — I’d like to… (ex. 4)) — 4 daqiqa. </w:t>
            </w:r>
            <w:r>
              <w:rPr>
                <w:b w:val="0"/>
                <w:i w:val="0"/>
                <w:sz w:val="18"/>
              </w:rPr>
              <w:t>Pairs say three things they would like to do at the farm and why.</w:t>
            </w:r>
          </w:p>
          <w:p>
            <w:pPr>
              <w:spacing w:after="40"/>
            </w:pPr>
            <w:r>
              <w:rPr>
                <w:b/>
                <w:i w:val="0"/>
                <w:sz w:val="18"/>
              </w:rPr>
              <w:t xml:space="preserve">7. Matching activity (Moslashtirish mashqi) — 8 daqiqa. </w:t>
            </w:r>
            <w:r>
              <w:rPr>
                <w:b w:val="0"/>
                <w:i w:val="0"/>
                <w:sz w:val="18"/>
              </w:rPr>
              <w:t>Hand out the matching worksheet; Group A and Group B, then swap.</w:t>
            </w:r>
          </w:p>
          <w:p>
            <w:pPr>
              <w:spacing w:after="40"/>
            </w:pPr>
            <w:r>
              <w:rPr>
                <w:b/>
                <w:i w:val="0"/>
                <w:sz w:val="18"/>
              </w:rPr>
              <w:t xml:space="preserve">8. Feedback and homework (Yakun va uyga vazifa) — 3 daqiqa. </w:t>
            </w:r>
            <w:r>
              <w:rPr>
                <w:b w:val="0"/>
                <w:i w:val="0"/>
                <w:sz w:val="18"/>
              </w:rPr>
              <w:t>Correct two mistakes you heard (e.g. 'a calfs'), set the homework.</w:t>
            </w:r>
          </w:p>
          <w:p>
            <w:pPr>
              <w:spacing w:after="40"/>
            </w:pPr>
            <w:r>
              <w:rPr>
                <w:b/>
                <w:i w:val="0"/>
                <w:sz w:val="18"/>
              </w:rPr>
              <w:t xml:space="preserve">Metodlar: </w:t>
            </w:r>
            <w:r>
              <w:rPr>
                <w:b w:val="0"/>
                <w:i/>
                <w:sz w:val="18"/>
              </w:rPr>
              <w:t>o‘qib tushunish (umumiy va aniq ma’lumot), mimika bilan so‘z tanishtirish, juftlikda gapirish, guruhlarda ishlash (A va B)</w:t>
            </w:r>
          </w:p>
        </w:tc>
        <w:tc>
          <w:tcPr>
            <w:tcW w:type="dxa" w:w="2835"/>
          </w:tcPr>
          <w:p>
            <w:pPr>
              <w:spacing w:after="40"/>
            </w:pPr>
            <w:r/>
            <w:r>
              <w:rPr>
                <w:b w:val="0"/>
                <w:i w:val="0"/>
                <w:sz w:val="19"/>
              </w:rPr>
              <w:t>O‘quvchilar dars oxirida:</w:t>
            </w:r>
          </w:p>
          <w:p>
            <w:pPr>
              <w:spacing w:after="40"/>
            </w:pPr>
            <w:r>
              <w:rPr>
                <w:b w:val="0"/>
                <w:i w:val="0"/>
                <w:sz w:val="19"/>
              </w:rPr>
              <w:t>• sakkizta hayvon bolasi va ferma hayvonini ayta oladi (p. 14 Match);</w:t>
            </w:r>
          </w:p>
          <w:p>
            <w:pPr>
              <w:spacing w:after="40"/>
            </w:pPr>
            <w:r>
              <w:rPr>
                <w:b w:val="0"/>
                <w:i w:val="0"/>
                <w:sz w:val="19"/>
              </w:rPr>
              <w:t>• fermadagi ishlarga oid sakkiz iborani qo‘llay oladi (feed, milk, collect, brush…);</w:t>
            </w:r>
          </w:p>
          <w:p>
            <w:pPr>
              <w:spacing w:after="40"/>
            </w:pPr>
            <w:r>
              <w:rPr>
                <w:b w:val="0"/>
                <w:i w:val="0"/>
                <w:sz w:val="19"/>
              </w:rPr>
              <w:t>• reklamaning har bir xatboshisini sarlavhasi bilan moslay oladi (ex. 1);</w:t>
            </w:r>
          </w:p>
          <w:p>
            <w:pPr>
              <w:spacing w:after="40"/>
            </w:pPr>
            <w:r>
              <w:rPr>
                <w:b w:val="0"/>
                <w:i w:val="0"/>
                <w:sz w:val="19"/>
              </w:rPr>
              <w:t>• fermada nima qilishni xohlashini ayta oladi: «I’d like to…» (ex. 4).</w:t>
            </w:r>
          </w:p>
        </w:tc>
        <w:tc>
          <w:tcPr>
            <w:tcW w:type="dxa" w:w="3175"/>
          </w:tcPr>
          <w:p>
            <w:pPr>
              <w:spacing w:after="40"/>
            </w:pPr>
            <w:r/>
            <w:r>
              <w:rPr>
                <w:b w:val="0"/>
                <w:i w:val="0"/>
                <w:sz w:val="18"/>
              </w:rPr>
              <w:t>Laser A1+ SB pp. 14–15 (Reading: Amberton Farm reklamasi — p.14 Match: hayvon bolalari; ex.1 xatboshiga sarlavha, ex.2 jadval, ex.3 qisqa javoblar, ex.4 «I'd like to…»; p.15 so‘z topshirig‘i: welcome, feed, collect, move, plant, pick, touch, stroke) — asosiy manba</w:t>
            </w:r>
          </w:p>
          <w:p>
            <w:pPr>
              <w:spacing w:after="40"/>
            </w:pPr>
            <w:r>
              <w:rPr>
                <w:b/>
                <w:i w:val="0"/>
                <w:sz w:val="18"/>
              </w:rPr>
              <w:t xml:space="preserve">Jihozlar: </w:t>
            </w:r>
            <w:r>
              <w:rPr>
                <w:b w:val="0"/>
                <w:i w:val="0"/>
                <w:sz w:val="18"/>
              </w:rPr>
              <w:t>Vocabulary sheet (33 items), matching worksheet (Groups A and B), slides, flashcards with audio (sozlar.com/vocab); Laser A1+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10–11, ex. 1–3.</w:t>
            </w:r>
          </w:p>
          <w:p>
            <w:pPr>
              <w:spacing w:after="40"/>
            </w:pPr>
            <w:r>
              <w:rPr>
                <w:b w:val="0"/>
                <w:i w:val="0"/>
                <w:sz w:val="19"/>
              </w:rPr>
              <w:t>• Learn the 33 items (sections A–E) with the flashcards: sozlar.com/vocab/cards/?set=grade7-lesson8</w:t>
            </w:r>
          </w:p>
          <w:p>
            <w:pPr>
              <w:spacing w:after="40"/>
            </w:pPr>
            <w:r>
              <w:rPr>
                <w:b w:val="0"/>
                <w:i w:val="0"/>
                <w:sz w:val="19"/>
              </w:rPr>
              <w:t>• Write five sentences: What would you like to do at Amberton Farm?</w:t>
            </w:r>
          </w:p>
        </w:tc>
      </w:tr>
    </w:tbl>
    <w:p>
      <w:pPr>
        <w:spacing w:after="40"/>
      </w:pPr>
      <w:r>
        <w:rPr>
          <w:b/>
          <w:sz w:val="18"/>
        </w:rPr>
        <w:t xml:space="preserve">Farqlash: </w:t>
      </w:r>
      <w:r>
        <w:rPr>
          <w:i/>
          <w:sz w:val="18"/>
        </w:rPr>
        <w:t>Fast finishers write five sentences about an imaginary day at the farm; weaker students complete the gap fill using the word list on the slide.</w:t>
      </w:r>
    </w:p>
    <w:p>
      <w:r>
        <w:br w:type="page"/>
      </w:r>
    </w:p>
    <w:p>
      <w:pPr>
        <w:spacing w:before="80" w:after="60"/>
      </w:pPr>
      <w:r>
        <w:rPr>
          <w:b/>
          <w:color w:val="0B6E5F"/>
          <w:sz w:val="24"/>
        </w:rPr>
        <w:t>Daily Lesson Plan · 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Present Simple</w:t>
            </w:r>
            <w:r>
              <w:rPr>
                <w:b w:val="0"/>
                <w:i w:val="0"/>
                <w:sz w:val="19"/>
              </w:rPr>
              <w:t xml:space="preserve"> (Hozirgi oddiy zamon (Present Simple))</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Present Simple ning darak, inkor (don’t / doesn’t) va so‘roq (Do…? / Does…?) shakllarini, uchinchi shaxsda -s / -es / -ies qo‘shishni o‘rganib, ferma va uydagi kundalik ishlar haqida gapiradi (p. 16).</w:t>
            </w:r>
          </w:p>
          <w:p>
            <w:pPr>
              <w:spacing w:after="40"/>
            </w:pPr>
            <w:r>
              <w:rPr>
                <w:b/>
                <w:i w:val="0"/>
                <w:sz w:val="19"/>
              </w:rPr>
              <w:t xml:space="preserve">b) Tarbiyaviy: </w:t>
            </w:r>
            <w:r>
              <w:rPr>
                <w:b w:val="0"/>
                <w:i w:val="0"/>
                <w:sz w:val="19"/>
              </w:rPr>
              <w:t>Kun tartibiga rioya qilish, uy ishlarida oilaga yordam berish va mehnatsevarlikni tarbiyalash.</w:t>
            </w:r>
          </w:p>
          <w:p>
            <w:pPr>
              <w:spacing w:after="40"/>
            </w:pPr>
            <w:r>
              <w:rPr>
                <w:b/>
                <w:i w:val="0"/>
                <w:sz w:val="19"/>
              </w:rPr>
              <w:t xml:space="preserve">c) Rivojlantiruvchi: </w:t>
            </w:r>
            <w:r>
              <w:rPr>
                <w:b w:val="0"/>
                <w:i w:val="0"/>
                <w:sz w:val="19"/>
              </w:rPr>
              <w:t>Qoidani misoldan chiqarish, fe’l shaklini shaxsga qarab tez tanlash va savol-javob orqali og‘zaki nutqni rivojlantirish.</w:t>
            </w:r>
          </w:p>
        </w:tc>
        <w:tc>
          <w:tcPr>
            <w:tcW w:type="dxa" w:w="5443"/>
          </w:tcPr>
          <w:p>
            <w:pPr>
              <w:spacing w:after="40"/>
            </w:pPr>
            <w:r/>
            <w:r>
              <w:rPr>
                <w:b/>
                <w:i w:val="0"/>
                <w:sz w:val="18"/>
              </w:rPr>
              <w:t xml:space="preserve">1. Lead-in (Kirish) — 3 daqiqa. </w:t>
            </w:r>
            <w:r>
              <w:rPr>
                <w:b w:val="0"/>
                <w:i w:val="0"/>
                <w:sz w:val="18"/>
              </w:rPr>
              <w:t>Ask: What time do you get up? What does your mum do in the morning? Write two answers on the board and underline the -s.</w:t>
            </w:r>
          </w:p>
          <w:p>
            <w:pPr>
              <w:spacing w:after="40"/>
            </w:pPr>
            <w:r>
              <w:rPr>
                <w:b/>
                <w:i w:val="0"/>
                <w:sz w:val="18"/>
              </w:rPr>
              <w:t xml:space="preserve">2. Presentation (3 blocks) (Yangi so‘zlar (4 blok)) — 9 daqiqa. </w:t>
            </w:r>
            <w:r>
              <w:rPr>
                <w:b w:val="0"/>
                <w:i w:val="0"/>
                <w:sz w:val="18"/>
              </w:rPr>
              <w:t>Present A everyday actions (16), B work and places (3), C time phrases (10). For each verb card ask 'I or she?' and say the she form: work → she works.</w:t>
            </w:r>
          </w:p>
          <w:p>
            <w:pPr>
              <w:spacing w:after="40"/>
            </w:pPr>
            <w:r>
              <w:rPr>
                <w:b/>
                <w:i w:val="0"/>
                <w:sz w:val="18"/>
              </w:rPr>
              <w:t xml:space="preserve">3. Language focus (Til fokusi — qoidalar) — 5 daqiqa. </w:t>
            </w:r>
            <w:r>
              <w:rPr>
                <w:b w:val="0"/>
                <w:i w:val="0"/>
                <w:sz w:val="18"/>
              </w:rPr>
              <w:t>Show the rules slide; practise -s / -es / -ies with ten verbs on the board.</w:t>
            </w:r>
          </w:p>
          <w:p>
            <w:pPr>
              <w:spacing w:after="40"/>
            </w:pPr>
            <w:r>
              <w:rPr>
                <w:b/>
                <w:i w:val="0"/>
                <w:sz w:val="18"/>
              </w:rPr>
              <w:t xml:space="preserve">4. Book p.16 ex.1–4 (recycle 1) (Kitob p. 16 ex. 1–4) — 10 daqiqa. </w:t>
            </w:r>
            <w:r>
              <w:rPr>
                <w:b w:val="0"/>
                <w:i w:val="0"/>
                <w:sz w:val="18"/>
              </w:rPr>
              <w:t>ex.1 and ex.2 in pairs (4 min), ex.3 orally, ex.4 individually. Check ex.4 by reading the text aloud.</w:t>
            </w:r>
          </w:p>
          <w:p>
            <w:pPr>
              <w:spacing w:after="40"/>
            </w:pPr>
            <w:r>
              <w:rPr>
                <w:b/>
                <w:i w:val="0"/>
                <w:sz w:val="18"/>
              </w:rPr>
              <w:t xml:space="preserve">5. Ask your partner (recycle 2) (Sherigingdan so‘ra) — 5 daqiqa. </w:t>
            </w:r>
            <w:r>
              <w:rPr>
                <w:b w:val="0"/>
                <w:i w:val="0"/>
                <w:sz w:val="18"/>
              </w:rPr>
              <w:t>Solutions p.19 idea: pairs ask about three days of the week, one at the weekend.</w:t>
            </w:r>
          </w:p>
          <w:p>
            <w:pPr>
              <w:spacing w:after="40"/>
            </w:pPr>
            <w:r>
              <w:rPr>
                <w:b/>
                <w:i w:val="0"/>
                <w:sz w:val="18"/>
              </w:rPr>
              <w:t xml:space="preserve">6. Matching activity (Moslashtirish mashqi) — 8 daqiqa. </w:t>
            </w:r>
            <w:r>
              <w:rPr>
                <w:b w:val="0"/>
                <w:i w:val="0"/>
                <w:sz w:val="18"/>
              </w:rPr>
              <w:t>Hand out the matching worksheet; Group A and Group B, then swap.</w:t>
            </w:r>
          </w:p>
          <w:p>
            <w:pPr>
              <w:spacing w:after="40"/>
            </w:pPr>
            <w:r>
              <w:rPr>
                <w:b/>
                <w:i w:val="0"/>
                <w:sz w:val="18"/>
              </w:rPr>
              <w:t xml:space="preserve">7. My uncle's farm (recycle 3) («Amakimning fermasi» matni) — 3 daqiqa. </w:t>
            </w:r>
            <w:r>
              <w:rPr>
                <w:b w:val="0"/>
                <w:i w:val="0"/>
                <w:sz w:val="18"/>
              </w:rPr>
              <w:t>Students read the short text and answer the five questions orally.</w:t>
            </w:r>
          </w:p>
          <w:p>
            <w:pPr>
              <w:spacing w:after="40"/>
            </w:pPr>
            <w:r>
              <w:rPr>
                <w:b/>
                <w:i w:val="0"/>
                <w:sz w:val="18"/>
              </w:rPr>
              <w:t xml:space="preserve">8. Feedback and homework (Yakun va uyga vazifa) — 2 daqiqa. </w:t>
            </w:r>
            <w:r>
              <w:rPr>
                <w:b w:val="0"/>
                <w:i w:val="0"/>
                <w:sz w:val="18"/>
              </w:rPr>
              <w:t>Correct the typical errors ('she don't', 'does she likes'), set homework.</w:t>
            </w:r>
          </w:p>
          <w:p>
            <w:pPr>
              <w:spacing w:after="40"/>
            </w:pPr>
            <w:r>
              <w:rPr>
                <w:b/>
                <w:i w:val="0"/>
                <w:sz w:val="18"/>
              </w:rPr>
              <w:t xml:space="preserve">Metodlar: </w:t>
            </w:r>
            <w:r>
              <w:rPr>
                <w:b w:val="0"/>
                <w:i/>
                <w:sz w:val="18"/>
              </w:rPr>
              <w:t>qoida jadvali bilan ishlash, juftlikda savol-javob, matn bilan ishlash, guruhlarda ishlash (A va B)</w:t>
            </w:r>
          </w:p>
        </w:tc>
        <w:tc>
          <w:tcPr>
            <w:tcW w:type="dxa" w:w="2835"/>
          </w:tcPr>
          <w:p>
            <w:pPr>
              <w:spacing w:after="40"/>
            </w:pPr>
            <w:r/>
            <w:r>
              <w:rPr>
                <w:b w:val="0"/>
                <w:i w:val="0"/>
                <w:sz w:val="19"/>
              </w:rPr>
              <w:t>O‘quvchilar dars oxirida:</w:t>
            </w:r>
          </w:p>
          <w:p>
            <w:pPr>
              <w:spacing w:after="40"/>
            </w:pPr>
            <w:r>
              <w:rPr>
                <w:b w:val="0"/>
                <w:i w:val="0"/>
                <w:sz w:val="19"/>
              </w:rPr>
              <w:t>• he, she, it dan keyin -s / -es / -ies ni to‘g‘ri qo‘sha oladi;</w:t>
            </w:r>
          </w:p>
          <w:p>
            <w:pPr>
              <w:spacing w:after="40"/>
            </w:pPr>
            <w:r>
              <w:rPr>
                <w:b w:val="0"/>
                <w:i w:val="0"/>
                <w:sz w:val="19"/>
              </w:rPr>
              <w:t>• don’t / doesn’t + fe’l bilan inkor gap tuza oladi (ex. 2);</w:t>
            </w:r>
          </w:p>
          <w:p>
            <w:pPr>
              <w:spacing w:after="40"/>
            </w:pPr>
            <w:r>
              <w:rPr>
                <w:b w:val="0"/>
                <w:i w:val="0"/>
                <w:sz w:val="19"/>
              </w:rPr>
              <w:t>• Do…? / Does…? savollarini bera oladi va qisqa javob qaytara oladi (ex. 3);</w:t>
            </w:r>
          </w:p>
          <w:p>
            <w:pPr>
              <w:spacing w:after="40"/>
            </w:pPr>
            <w:r>
              <w:rPr>
                <w:b w:val="0"/>
                <w:i w:val="0"/>
                <w:sz w:val="19"/>
              </w:rPr>
              <w:t>• Caroline matnida fe’llarni to‘g‘ri shaklga qo‘ya oladi (ex. 4) va kundalik ish haqida to‘rtta vaqt iborasini qo‘llay oladi.</w:t>
            </w:r>
          </w:p>
        </w:tc>
        <w:tc>
          <w:tcPr>
            <w:tcW w:type="dxa" w:w="3175"/>
          </w:tcPr>
          <w:p>
            <w:pPr>
              <w:spacing w:after="40"/>
            </w:pPr>
            <w:r/>
            <w:r>
              <w:rPr>
                <w:b w:val="0"/>
                <w:i w:val="0"/>
                <w:sz w:val="18"/>
              </w:rPr>
              <w:t>Laser A1+ SB p. 16 (Present simple: ex.1 to‘g‘ri shaklni tanlash, ex.2 inkor, ex.3 so‘roq, ex.4 Caroline matni — fe’l shakllari; Use: har doim / hech qachon / muntazam bo‘ladigan ishlar) — asosiy; Solutions Elementary p. 19 (Recycle: do / does bilan so‘roq; ex.5–6 kun tartibi haqida so‘rash)</w:t>
            </w:r>
          </w:p>
          <w:p>
            <w:pPr>
              <w:spacing w:after="40"/>
            </w:pPr>
            <w:r>
              <w:rPr>
                <w:b/>
                <w:i w:val="0"/>
                <w:sz w:val="18"/>
              </w:rPr>
              <w:t xml:space="preserve">Jihozlar: </w:t>
            </w:r>
            <w:r>
              <w:rPr>
                <w:b w:val="0"/>
                <w:i w:val="0"/>
                <w:sz w:val="18"/>
              </w:rPr>
              <w:t>Vocabulary sheet (29 items), matching worksheet (Groups A and B), slides, flashcards with audio (sozlar.com/vocab); Laser A1+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11–12, ex. 1–4.</w:t>
            </w:r>
          </w:p>
          <w:p>
            <w:pPr>
              <w:spacing w:after="40"/>
            </w:pPr>
            <w:r>
              <w:rPr>
                <w:b w:val="0"/>
                <w:i w:val="0"/>
                <w:sz w:val="19"/>
              </w:rPr>
              <w:t>• Learn the 29 items (sections A–C) with the flashcards: sozlar.com/vocab/cards/?set=grade7-lesson9</w:t>
            </w:r>
          </w:p>
          <w:p>
            <w:pPr>
              <w:spacing w:after="40"/>
            </w:pPr>
            <w:r>
              <w:rPr>
                <w:b w:val="0"/>
                <w:i w:val="0"/>
                <w:sz w:val="19"/>
              </w:rPr>
              <w:t>• Write about a family member's day in six sentences (+ and −).</w:t>
            </w:r>
          </w:p>
        </w:tc>
      </w:tr>
    </w:tbl>
    <w:p>
      <w:pPr>
        <w:spacing w:after="40"/>
      </w:pPr>
      <w:r>
        <w:rPr>
          <w:b/>
          <w:sz w:val="18"/>
        </w:rPr>
        <w:t xml:space="preserve">Farqlash: </w:t>
      </w:r>
      <w:r>
        <w:rPr>
          <w:i/>
          <w:sz w:val="18"/>
        </w:rPr>
        <w:t>Fast finishers write six sentences about a family member (three +, three −); weaker students use the verb list with the he/she forms written in.</w:t>
      </w:r>
    </w:p>
    <w:p>
      <w:r>
        <w:br w:type="page"/>
      </w:r>
    </w:p>
    <w:p>
      <w:pPr>
        <w:spacing w:before="80" w:after="60"/>
      </w:pPr>
      <w:r>
        <w:rPr>
          <w:b/>
          <w:color w:val="0B6E5F"/>
          <w:sz w:val="24"/>
        </w:rPr>
        <w:t>Daily Lesson Plan · 10-dars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Telling the Time</w:t>
            </w:r>
            <w:r>
              <w:rPr>
                <w:b w:val="0"/>
                <w:i w:val="0"/>
                <w:sz w:val="19"/>
              </w:rPr>
              <w:t xml:space="preserve"> (Vaqtni aytish)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soatni inglizcha aytishni (o’clock, half past, quarter past / to), vaqt birliklarini (second, minute, hour) va takroriylikni (once a day / week) o‘rganadi; qisqa tinglash matnidan vaqtni ajratadi (p. 17).</w:t>
            </w:r>
          </w:p>
          <w:p>
            <w:pPr>
              <w:spacing w:after="40"/>
            </w:pPr>
            <w:r>
              <w:rPr>
                <w:b/>
                <w:i w:val="0"/>
                <w:sz w:val="19"/>
              </w:rPr>
              <w:t xml:space="preserve">b) Tarbiyaviy: </w:t>
            </w:r>
            <w:r>
              <w:rPr>
                <w:b w:val="0"/>
                <w:i w:val="0"/>
                <w:sz w:val="19"/>
              </w:rPr>
              <w:t>Vaqtni qadrlash, darsga va uchrashuvlarga o‘z vaqtida kelish, intizomlilikni tarbiyalash.</w:t>
            </w:r>
          </w:p>
          <w:p>
            <w:pPr>
              <w:spacing w:after="40"/>
            </w:pPr>
            <w:r>
              <w:rPr>
                <w:b/>
                <w:i w:val="0"/>
                <w:sz w:val="19"/>
              </w:rPr>
              <w:t xml:space="preserve">c) Rivojlantiruvchi: </w:t>
            </w:r>
            <w:r>
              <w:rPr>
                <w:b w:val="0"/>
                <w:i w:val="0"/>
                <w:sz w:val="19"/>
              </w:rPr>
              <w:t>Raqamlarni so‘zga aylantirish, tinglab aniq ma’lumotni (vaqt, necha marta) ilg‘ash va sherik bilan o‘yin orqali nutqni rivojlantirish.</w:t>
            </w:r>
          </w:p>
        </w:tc>
        <w:tc>
          <w:tcPr>
            <w:tcW w:type="dxa" w:w="5443"/>
          </w:tcPr>
          <w:p>
            <w:pPr>
              <w:spacing w:after="40"/>
            </w:pPr>
            <w:r/>
            <w:r>
              <w:rPr>
                <w:b/>
                <w:i w:val="0"/>
                <w:sz w:val="18"/>
              </w:rPr>
              <w:t xml:space="preserve">1. Lead-in (Kirish) — 3 daqiqa. </w:t>
            </w:r>
            <w:r>
              <w:rPr>
                <w:b w:val="0"/>
                <w:i w:val="0"/>
                <w:sz w:val="18"/>
              </w:rPr>
              <w:t>Point at the classroom clock: What time is it? Write the answer in figures and in words.</w:t>
            </w:r>
          </w:p>
          <w:p>
            <w:pPr>
              <w:spacing w:after="40"/>
            </w:pPr>
            <w:r>
              <w:rPr>
                <w:b/>
                <w:i w:val="0"/>
                <w:sz w:val="18"/>
              </w:rPr>
              <w:t xml:space="preserve">2. Presentation (4 blocks) (Yangi so‘zlar (4 blok)) — 9 daqiqa. </w:t>
            </w:r>
            <w:r>
              <w:rPr>
                <w:b w:val="0"/>
                <w:i w:val="0"/>
                <w:sz w:val="18"/>
              </w:rPr>
              <w:t>Present A on the clock (11), B minutes and hours (9), C early, late or on time (4), D how often (8). Move the hands of a clock for A.</w:t>
            </w:r>
          </w:p>
          <w:p>
            <w:pPr>
              <w:spacing w:after="40"/>
            </w:pPr>
            <w:r>
              <w:rPr>
                <w:b/>
                <w:i w:val="0"/>
                <w:sz w:val="18"/>
              </w:rPr>
              <w:t xml:space="preserve">3. Language focus — the system (Til fokusi — vaqt tizimi) — 4 daqiqa. </w:t>
            </w:r>
            <w:r>
              <w:rPr>
                <w:b w:val="0"/>
                <w:i w:val="0"/>
                <w:sz w:val="18"/>
              </w:rPr>
              <w:t>Show the rules slide: past/to, quarter, half, at/for.</w:t>
            </w:r>
          </w:p>
          <w:p>
            <w:pPr>
              <w:spacing w:after="40"/>
            </w:pPr>
            <w:r>
              <w:rPr>
                <w:b/>
                <w:i w:val="0"/>
                <w:sz w:val="18"/>
              </w:rPr>
              <w:t xml:space="preserve">4. Book p.17 Wordpower (recycle 1) (Kitob p. 17 Wordpower) — 7 daqiqa. </w:t>
            </w:r>
            <w:r>
              <w:rPr>
                <w:b w:val="0"/>
                <w:i w:val="0"/>
                <w:sz w:val="18"/>
              </w:rPr>
              <w:t>Ex.1 label the clocks; ex.2 Ned's text in pairs. Check aloud.</w:t>
            </w:r>
          </w:p>
          <w:p>
            <w:pPr>
              <w:spacing w:after="40"/>
            </w:pPr>
            <w:r>
              <w:rPr>
                <w:b/>
                <w:i w:val="0"/>
                <w:sz w:val="18"/>
              </w:rPr>
              <w:t xml:space="preserve">5. Listening (book audio or our script) (Tinglash) — 8 daqiqa. </w:t>
            </w:r>
            <w:r>
              <w:rPr>
                <w:b w:val="0"/>
                <w:i w:val="0"/>
                <w:sz w:val="18"/>
              </w:rPr>
              <w:t>Play the Laser p.17 audio for ex.1–2. If there is no audio, read our five-speaker script; students do the true/false and detail tasks.</w:t>
            </w:r>
          </w:p>
          <w:p>
            <w:pPr>
              <w:spacing w:after="40"/>
            </w:pPr>
            <w:r>
              <w:rPr>
                <w:b/>
                <w:i w:val="0"/>
                <w:sz w:val="18"/>
              </w:rPr>
              <w:t xml:space="preserve">6. Clock game in pairs (recycle 2) (Juftlikda soat o‘yini) — 3 daqiqa. </w:t>
            </w:r>
            <w:r>
              <w:rPr>
                <w:b w:val="0"/>
                <w:i w:val="0"/>
                <w:sz w:val="18"/>
              </w:rPr>
              <w:t>Students draw five clocks and test each other.</w:t>
            </w:r>
          </w:p>
          <w:p>
            <w:pPr>
              <w:spacing w:after="40"/>
            </w:pPr>
            <w:r>
              <w:rPr>
                <w:b/>
                <w:i w:val="0"/>
                <w:sz w:val="18"/>
              </w:rPr>
              <w:t xml:space="preserve">7. Matching activity (Moslashtirish mashqi) — 8 daqiqa. </w:t>
            </w:r>
            <w:r>
              <w:rPr>
                <w:b w:val="0"/>
                <w:i w:val="0"/>
                <w:sz w:val="18"/>
              </w:rPr>
              <w:t>Matching worksheet; Group A and B, then swap.</w:t>
            </w:r>
          </w:p>
          <w:p>
            <w:pPr>
              <w:spacing w:after="40"/>
            </w:pPr>
            <w:r>
              <w:rPr>
                <w:b/>
                <w:i w:val="0"/>
                <w:sz w:val="18"/>
              </w:rPr>
              <w:t xml:space="preserve">8. Feedback and homework (Yakun va uyga vazifa) — 3 daqiqa. </w:t>
            </w:r>
            <w:r>
              <w:rPr>
                <w:b w:val="0"/>
                <w:i w:val="0"/>
                <w:sz w:val="18"/>
              </w:rPr>
              <w:t>Correct 'It's eight and a half', 'on seven o'clock'; set homework.</w:t>
            </w:r>
          </w:p>
          <w:p>
            <w:pPr>
              <w:spacing w:after="40"/>
            </w:pPr>
            <w:r>
              <w:rPr>
                <w:b/>
                <w:i w:val="0"/>
                <w:sz w:val="18"/>
              </w:rPr>
              <w:t xml:space="preserve">Metodlar: </w:t>
            </w:r>
            <w:r>
              <w:rPr>
                <w:b w:val="0"/>
                <w:i/>
                <w:sz w:val="18"/>
              </w:rPr>
              <w:t>ko‘rgazmali soat bilan ishlash, tinglash (aniq ma’lumot), juftlikda o‘yin, guruhlarda ishlash (A va B)</w:t>
            </w:r>
          </w:p>
        </w:tc>
        <w:tc>
          <w:tcPr>
            <w:tcW w:type="dxa" w:w="2835"/>
          </w:tcPr>
          <w:p>
            <w:pPr>
              <w:spacing w:after="40"/>
            </w:pPr>
            <w:r/>
            <w:r>
              <w:rPr>
                <w:b w:val="0"/>
                <w:i w:val="0"/>
                <w:sz w:val="19"/>
              </w:rPr>
              <w:t>O‘quvchilar dars oxirida:</w:t>
            </w:r>
          </w:p>
          <w:p>
            <w:pPr>
              <w:spacing w:after="40"/>
            </w:pPr>
            <w:r>
              <w:rPr>
                <w:b w:val="0"/>
                <w:i w:val="0"/>
                <w:sz w:val="19"/>
              </w:rPr>
              <w:t>• har qanday vaqtni o’clock, half past, quarter past / to va minutes past / to bilan ayta oladi;</w:t>
            </w:r>
          </w:p>
          <w:p>
            <w:pPr>
              <w:spacing w:after="40"/>
            </w:pPr>
            <w:r>
              <w:rPr>
                <w:b w:val="0"/>
                <w:i w:val="0"/>
                <w:sz w:val="19"/>
              </w:rPr>
              <w:t>• soatlarni belgilay oladi va Ned eshak haqidagi matn bilan ishlay oladi (Wordpower ex. 1–2);</w:t>
            </w:r>
          </w:p>
          <w:p>
            <w:pPr>
              <w:spacing w:after="40"/>
            </w:pPr>
            <w:r>
              <w:rPr>
                <w:b w:val="0"/>
                <w:i w:val="0"/>
                <w:sz w:val="19"/>
              </w:rPr>
              <w:t>• «What time is it?» va «What time do you…?» deb so‘ray oladi;</w:t>
            </w:r>
          </w:p>
          <w:p>
            <w:pPr>
              <w:spacing w:after="40"/>
            </w:pPr>
            <w:r>
              <w:rPr>
                <w:b w:val="0"/>
                <w:i w:val="0"/>
                <w:sz w:val="19"/>
              </w:rPr>
              <w:t>• tinglab vaqtni va once a day / week / month iboralarini ilg‘ay oladi.</w:t>
            </w:r>
          </w:p>
        </w:tc>
        <w:tc>
          <w:tcPr>
            <w:tcW w:type="dxa" w:w="3175"/>
          </w:tcPr>
          <w:p>
            <w:pPr>
              <w:spacing w:after="40"/>
            </w:pPr>
            <w:r/>
            <w:r>
              <w:rPr>
                <w:b w:val="0"/>
                <w:i w:val="0"/>
                <w:sz w:val="18"/>
              </w:rPr>
              <w:t>Laser A1+ SB p. 17 (Wordpower: soatlarni belgilash — half past three, an hour, a minute, three o'clock, quarter to three, a second, a watch; ex.2 Ned eshakning hisobi; Listening: Amberton Farm haqida besh kishi) — asosiy; Solutions Elementary p. 18 (Learn this!: vaqtni aytish — quarter past, twenty past, midday, midnight) va p. 21 (raqam, sana, vaqtni aytish)</w:t>
            </w:r>
          </w:p>
          <w:p>
            <w:pPr>
              <w:spacing w:after="40"/>
            </w:pPr>
            <w:r>
              <w:rPr>
                <w:b/>
                <w:i w:val="0"/>
                <w:sz w:val="18"/>
              </w:rPr>
              <w:t xml:space="preserve">Jihozlar: </w:t>
            </w:r>
            <w:r>
              <w:rPr>
                <w:b w:val="0"/>
                <w:i w:val="0"/>
                <w:sz w:val="18"/>
              </w:rPr>
              <w:t>Vocabulary sheet (32 items), matching worksheet (Groups A and B), slides, flashcards with audio (sozlar.com/vocab); Laser A1+ p. 17; a clock with moving hands (or a drawing)</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13, ex. 1–2.</w:t>
            </w:r>
          </w:p>
          <w:p>
            <w:pPr>
              <w:spacing w:after="40"/>
            </w:pPr>
            <w:r>
              <w:rPr>
                <w:b w:val="0"/>
                <w:i w:val="0"/>
                <w:sz w:val="19"/>
              </w:rPr>
              <w:t>• Learn the 32 items (sections A–D) with the flashcards: sozlar.com/vocab/cards/?set=grade7-lesson10</w:t>
            </w:r>
          </w:p>
          <w:p>
            <w:pPr>
              <w:spacing w:after="40"/>
            </w:pPr>
            <w:r>
              <w:rPr>
                <w:b w:val="0"/>
                <w:i w:val="0"/>
                <w:sz w:val="19"/>
              </w:rPr>
              <w:t>• Write your Saturday: six things and the time you do them, all in words.</w:t>
            </w:r>
          </w:p>
        </w:tc>
      </w:tr>
    </w:tbl>
    <w:p>
      <w:pPr>
        <w:spacing w:after="40"/>
      </w:pPr>
      <w:r>
        <w:rPr>
          <w:b/>
          <w:sz w:val="18"/>
        </w:rPr>
        <w:t xml:space="preserve">Farqlash: </w:t>
      </w:r>
      <w:r>
        <w:rPr>
          <w:i/>
          <w:sz w:val="18"/>
        </w:rPr>
        <w:t>Fast finishers write their Saturday timetable with eight times in words; weaker students work only with o'clock, half past and quarter past/to.</w:t>
      </w:r>
    </w:p>
    <w:p>
      <w:r>
        <w:br w:type="page"/>
      </w:r>
    </w:p>
    <w:p>
      <w:pPr>
        <w:spacing w:before="80" w:after="60"/>
      </w:pPr>
      <w:r>
        <w:rPr>
          <w:b/>
          <w:color w:val="0B6E5F"/>
          <w:sz w:val="24"/>
        </w:rPr>
        <w:t>Daily Lesson Plan · 11-dars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Daily Activities</w:t>
            </w:r>
            <w:r>
              <w:rPr>
                <w:b w:val="0"/>
                <w:i w:val="0"/>
                <w:sz w:val="19"/>
              </w:rPr>
              <w:t xml:space="preserve"> (Kundalik ishlar haqida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kun tartibiga oid 16 ta ibora (get up, have breakfast, do homework, go to bed…) yordamida sherigidan kuni haqida so‘rash, qayd yozish va uni Phrase Bank bog‘lovchilari (Then, After breakfast, Half an hour later) bilan sinfga aytib berishni o‘rganadi (p. 18).</w:t>
            </w:r>
          </w:p>
          <w:p>
            <w:pPr>
              <w:spacing w:after="40"/>
            </w:pPr>
            <w:r>
              <w:rPr>
                <w:b/>
                <w:i w:val="0"/>
                <w:sz w:val="19"/>
              </w:rPr>
              <w:t xml:space="preserve">b) Tarbiyaviy: </w:t>
            </w:r>
            <w:r>
              <w:rPr>
                <w:b w:val="0"/>
                <w:i w:val="0"/>
                <w:sz w:val="19"/>
              </w:rPr>
              <w:t>Kun tartibiga rioya qilish, sog‘lom turmush tarzi va suhbatdoshga qiziqish bilan munosabatda bo‘lishni tarbiyalash.</w:t>
            </w:r>
          </w:p>
          <w:p>
            <w:pPr>
              <w:spacing w:after="40"/>
            </w:pPr>
            <w:r>
              <w:rPr>
                <w:b/>
                <w:i w:val="0"/>
                <w:sz w:val="19"/>
              </w:rPr>
              <w:t xml:space="preserve">c) Rivojlantiruvchi: </w:t>
            </w:r>
            <w:r>
              <w:rPr>
                <w:b w:val="0"/>
                <w:i w:val="0"/>
                <w:sz w:val="19"/>
              </w:rPr>
              <w:t>Intervyu olish, eshitganini qayd etish va uchinchi shaxsda qayta hikoya qilish, shuningdek /s/ va /ʃ/ tovushlarini farqlash ko‘nikmasini rivojlantirish.</w:t>
            </w:r>
          </w:p>
        </w:tc>
        <w:tc>
          <w:tcPr>
            <w:tcW w:type="dxa" w:w="5443"/>
          </w:tcPr>
          <w:p>
            <w:pPr>
              <w:spacing w:after="40"/>
            </w:pPr>
            <w:r/>
            <w:r>
              <w:rPr>
                <w:b/>
                <w:i w:val="0"/>
                <w:sz w:val="18"/>
              </w:rPr>
              <w:t xml:space="preserve">1. Lead-in (Kirish) — 3 daqiqa. </w:t>
            </w:r>
            <w:r>
              <w:rPr>
                <w:b w:val="0"/>
                <w:i w:val="0"/>
                <w:sz w:val="18"/>
              </w:rPr>
              <w:t>Mime three morning actions; students guess in English. Ask: What time do you get up?</w:t>
            </w:r>
          </w:p>
          <w:p>
            <w:pPr>
              <w:spacing w:after="40"/>
            </w:pPr>
            <w:r>
              <w:rPr>
                <w:b/>
                <w:i w:val="0"/>
                <w:sz w:val="18"/>
              </w:rPr>
              <w:t xml:space="preserve">2. Presentation (3 blocks) (Yangi so‘zlar (4 blok)) — 8 daqiqa. </w:t>
            </w:r>
            <w:r>
              <w:rPr>
                <w:b w:val="0"/>
                <w:i w:val="0"/>
                <w:sz w:val="18"/>
              </w:rPr>
              <w:t>Present A my morning (12), B after school (9), C in the evening (8); mime each action. The Phrase Bank and short answers come on the focus slide.</w:t>
            </w:r>
          </w:p>
          <w:p>
            <w:pPr>
              <w:spacing w:after="40"/>
            </w:pPr>
            <w:r>
              <w:rPr>
                <w:b/>
                <w:i w:val="0"/>
                <w:sz w:val="18"/>
              </w:rPr>
              <w:t xml:space="preserve">3. Dialogue (book ex.1) (Dialog (ex. 1)) — 3 daqiqa. </w:t>
            </w:r>
            <w:r>
              <w:rPr>
                <w:b w:val="0"/>
                <w:i w:val="0"/>
                <w:sz w:val="18"/>
              </w:rPr>
              <w:t>Pairs say the dialogue twice, swapping roles.</w:t>
            </w:r>
          </w:p>
          <w:p>
            <w:pPr>
              <w:spacing w:after="40"/>
            </w:pPr>
            <w:r>
              <w:rPr>
                <w:b/>
                <w:i w:val="0"/>
                <w:sz w:val="18"/>
              </w:rPr>
              <w:t xml:space="preserve">4. Notepad — my column (ex.2, recycle 1) (Daftar — mening ustunim (ex. 2)) — 4 daqiqa. </w:t>
            </w:r>
            <w:r>
              <w:rPr>
                <w:b w:val="0"/>
                <w:i w:val="0"/>
                <w:sz w:val="18"/>
              </w:rPr>
              <w:t>Students write their own times for twelve activities.</w:t>
            </w:r>
          </w:p>
          <w:p>
            <w:pPr>
              <w:spacing w:after="40"/>
            </w:pPr>
            <w:r>
              <w:rPr>
                <w:b/>
                <w:i w:val="0"/>
                <w:sz w:val="18"/>
              </w:rPr>
              <w:t xml:space="preserve">5. Interview (ex.3, recycle 2) (Intervyu (ex. 3)) — 8 daqiqa. </w:t>
            </w:r>
            <w:r>
              <w:rPr>
                <w:b w:val="0"/>
                <w:i w:val="0"/>
                <w:sz w:val="18"/>
              </w:rPr>
              <w:t>Pairs interview each other; monitor for 'Do you… too?' and short answers.</w:t>
            </w:r>
          </w:p>
          <w:p>
            <w:pPr>
              <w:spacing w:after="40"/>
            </w:pPr>
            <w:r>
              <w:rPr>
                <w:b/>
                <w:i w:val="0"/>
                <w:sz w:val="18"/>
              </w:rPr>
              <w:t xml:space="preserve">6. Tell the class (ex.4, recycle 3) (Sinfga aytib berish (ex. 4)) — 5 daqiqa. </w:t>
            </w:r>
            <w:r>
              <w:rPr>
                <w:b w:val="0"/>
                <w:i w:val="0"/>
                <w:sz w:val="18"/>
              </w:rPr>
              <w:t>Five or six students report with the Phrase Bank linkers; praise correct he/she -s.</w:t>
            </w:r>
          </w:p>
          <w:p>
            <w:pPr>
              <w:spacing w:after="40"/>
            </w:pPr>
            <w:r>
              <w:rPr>
                <w:b/>
                <w:i w:val="0"/>
                <w:sz w:val="18"/>
              </w:rPr>
              <w:t xml:space="preserve">7. SoundSpot — 3 daqiqa. </w:t>
            </w:r>
            <w:r>
              <w:rPr>
                <w:b w:val="0"/>
                <w:i w:val="0"/>
                <w:sz w:val="18"/>
              </w:rPr>
              <w:t>Drill /s/ and /ʃ/ in have a shower, wash your face, set the table and fall asleep; then the book sentence Six sick sheep sit on one seat; tongue-twister race.</w:t>
            </w:r>
          </w:p>
          <w:p>
            <w:pPr>
              <w:spacing w:after="40"/>
            </w:pPr>
            <w:r>
              <w:rPr>
                <w:b/>
                <w:i w:val="0"/>
                <w:sz w:val="18"/>
              </w:rPr>
              <w:t xml:space="preserve">8. Matching activity (Moslashtirish mashqi) — 8 daqiqa. </w:t>
            </w:r>
            <w:r>
              <w:rPr>
                <w:b w:val="0"/>
                <w:i w:val="0"/>
                <w:sz w:val="18"/>
              </w:rPr>
              <w:t>Matching worksheet; Group A and B, then swap.</w:t>
            </w:r>
          </w:p>
          <w:p>
            <w:pPr>
              <w:spacing w:after="40"/>
            </w:pPr>
            <w:r>
              <w:rPr>
                <w:b/>
                <w:i w:val="0"/>
                <w:sz w:val="18"/>
              </w:rPr>
              <w:t xml:space="preserve">9. Feedback and homework (Yakun va uyga vazifa) — 3 daqiqa. </w:t>
            </w:r>
            <w:r>
              <w:rPr>
                <w:b w:val="0"/>
                <w:i w:val="0"/>
                <w:sz w:val="18"/>
              </w:rPr>
              <w:t>Correct 'He get up', 'I am go to school'; set homework.</w:t>
            </w:r>
          </w:p>
          <w:p>
            <w:pPr>
              <w:spacing w:after="40"/>
            </w:pPr>
            <w:r>
              <w:rPr>
                <w:b/>
                <w:i w:val="0"/>
                <w:sz w:val="18"/>
              </w:rPr>
              <w:t xml:space="preserve">Metodlar: </w:t>
            </w:r>
            <w:r>
              <w:rPr>
                <w:b w:val="0"/>
                <w:i/>
                <w:sz w:val="18"/>
              </w:rPr>
              <w:t>dialog bilan ishlash, intervyu, qayta hikoya qilish, talaffuz mashqi (SoundSpot), guruhlarda ishlash (A va B)</w:t>
            </w:r>
          </w:p>
        </w:tc>
        <w:tc>
          <w:tcPr>
            <w:tcW w:type="dxa" w:w="2835"/>
          </w:tcPr>
          <w:p>
            <w:pPr>
              <w:spacing w:after="40"/>
            </w:pPr>
            <w:r/>
            <w:r>
              <w:rPr>
                <w:b w:val="0"/>
                <w:i w:val="0"/>
                <w:sz w:val="19"/>
              </w:rPr>
              <w:t>O‘quvchilar dars oxirida:</w:t>
            </w:r>
          </w:p>
          <w:p>
            <w:pPr>
              <w:spacing w:after="40"/>
            </w:pPr>
            <w:r>
              <w:rPr>
                <w:b w:val="0"/>
                <w:i w:val="0"/>
                <w:sz w:val="19"/>
              </w:rPr>
              <w:t>• ertalabdan kechgacha bo‘lgan 16 ta kundalik ishni ayta oladi;</w:t>
            </w:r>
          </w:p>
          <w:p>
            <w:pPr>
              <w:spacing w:after="40"/>
            </w:pPr>
            <w:r>
              <w:rPr>
                <w:b w:val="0"/>
                <w:i w:val="0"/>
                <w:sz w:val="19"/>
              </w:rPr>
              <w:t>• «What time do you…? Do you… too?» deb so‘ray oladi va qisqa javob bera oladi (ex. 3);</w:t>
            </w:r>
          </w:p>
          <w:p>
            <w:pPr>
              <w:spacing w:after="40"/>
            </w:pPr>
            <w:r>
              <w:rPr>
                <w:b w:val="0"/>
                <w:i w:val="0"/>
                <w:sz w:val="19"/>
              </w:rPr>
              <w:t>• sherigining kunini Then, After breakfast, Half an hour later bilan aytib bera oladi (ex. 4);</w:t>
            </w:r>
          </w:p>
          <w:p>
            <w:pPr>
              <w:spacing w:after="40"/>
            </w:pPr>
            <w:r>
              <w:rPr>
                <w:b w:val="0"/>
                <w:i w:val="0"/>
                <w:sz w:val="19"/>
              </w:rPr>
              <w:t>• SoundSpot gapini /s/ va /ʃ/ ni aniq ajratib ayta oladi.</w:t>
            </w:r>
          </w:p>
        </w:tc>
        <w:tc>
          <w:tcPr>
            <w:tcW w:type="dxa" w:w="3175"/>
          </w:tcPr>
          <w:p>
            <w:pPr>
              <w:spacing w:after="40"/>
            </w:pPr>
            <w:r/>
            <w:r>
              <w:rPr>
                <w:b w:val="0"/>
                <w:i w:val="0"/>
                <w:sz w:val="18"/>
              </w:rPr>
              <w:t>Laser A1+ SB p. 18 (Speaking: dialog, bloknot — get up, have breakfast, clean teeth, go to school, have lunch, come home, do homework, play football, have dinner, watch TV, go to bed, go to sleep; Phrase Bank 'Talking about daily activities'; SoundSpot: Six sick sheep sit on one seat) — asosiy; Solutions Elementary pp. 18–19 (Daily routine: wake up, get dressed, arrive at school, leave school)</w:t>
            </w:r>
          </w:p>
          <w:p>
            <w:pPr>
              <w:spacing w:after="40"/>
            </w:pPr>
            <w:r>
              <w:rPr>
                <w:b/>
                <w:i w:val="0"/>
                <w:sz w:val="18"/>
              </w:rPr>
              <w:t xml:space="preserve">Jihozlar: </w:t>
            </w:r>
            <w:r>
              <w:rPr>
                <w:b w:val="0"/>
                <w:i w:val="0"/>
                <w:sz w:val="18"/>
              </w:rPr>
              <w:t>Vocabulary sheet (29 items), matching worksheet (Groups A and B), slides, flashcards with audio (sozlar.com/vocab); Laser A1+ p. 18; a notepad table for each student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vocabulary by heart and prepare a one-minute talk about a day at Amberton Farm (plan: speaking about a farm).</w:t>
            </w:r>
          </w:p>
          <w:p>
            <w:pPr>
              <w:spacing w:after="40"/>
            </w:pPr>
            <w:r>
              <w:rPr>
                <w:b w:val="0"/>
                <w:i w:val="0"/>
                <w:sz w:val="19"/>
              </w:rPr>
              <w:t>• Learn the 29 items (sections A–C) with the flashcards: sozlar.com/vocab/cards/?set=grade7-lesson11</w:t>
            </w:r>
          </w:p>
          <w:p>
            <w:pPr>
              <w:spacing w:after="40"/>
            </w:pPr>
            <w:r>
              <w:rPr>
                <w:b w:val="0"/>
                <w:i w:val="0"/>
                <w:sz w:val="19"/>
              </w:rPr>
              <w:t>• Practise the SoundSpot sentence — say it three times fast.</w:t>
            </w:r>
          </w:p>
        </w:tc>
      </w:tr>
    </w:tbl>
    <w:p>
      <w:pPr>
        <w:spacing w:after="40"/>
      </w:pPr>
      <w:r>
        <w:rPr>
          <w:b/>
          <w:sz w:val="18"/>
        </w:rPr>
        <w:t xml:space="preserve">Farqlash: </w:t>
      </w:r>
      <w:r>
        <w:rPr>
          <w:i/>
          <w:sz w:val="18"/>
        </w:rPr>
        <w:t>Fast finishers compare their day with Jasur's text and write five sentences 'Jasur…, but I…'; weaker students report only six activities with times.</w:t>
      </w:r>
    </w:p>
    <w:p>
      <w:r>
        <w:br w:type="page"/>
      </w:r>
    </w:p>
    <w:p>
      <w:pPr>
        <w:spacing w:before="80" w:after="60"/>
      </w:pPr>
      <w:r>
        <w:rPr>
          <w:b/>
          <w:color w:val="0B6E5F"/>
          <w:sz w:val="24"/>
        </w:rPr>
        <w:t>Daily Lesson Plan · 12-dars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Adverbs of Frequency</w:t>
            </w:r>
            <w:r>
              <w:rPr>
                <w:b w:val="0"/>
                <w:i w:val="0"/>
                <w:sz w:val="19"/>
              </w:rPr>
              <w:t xml:space="preserve"> (Takroriylik ravishlari (always, usually, often…))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takroriylik ravishlarini (never, hardly ever, sometimes, often, usually, always) 0–100% shkalada joylashtirishni, ularning gapdagi o‘rnini (fe’ldan oldin, be dan keyin) va How often…? hamda boshqa so‘roq so‘zli savollarni o‘rganadi (p. 19).</w:t>
            </w:r>
          </w:p>
          <w:p>
            <w:pPr>
              <w:spacing w:after="40"/>
            </w:pPr>
            <w:r>
              <w:rPr>
                <w:b/>
                <w:i w:val="0"/>
                <w:sz w:val="19"/>
              </w:rPr>
              <w:t xml:space="preserve">b) Tarbiyaviy: </w:t>
            </w:r>
            <w:r>
              <w:rPr>
                <w:b w:val="0"/>
                <w:i w:val="0"/>
                <w:sz w:val="19"/>
              </w:rPr>
              <w:t>O‘z odatlarini xolis baholash, foydali odatlarni shakllantirish va sinfdoshlar bilan samimiy muloqotni tarbiyalash.</w:t>
            </w:r>
          </w:p>
          <w:p>
            <w:pPr>
              <w:spacing w:after="40"/>
            </w:pPr>
            <w:r>
              <w:rPr>
                <w:b/>
                <w:i w:val="0"/>
                <w:sz w:val="19"/>
              </w:rPr>
              <w:t xml:space="preserve">c) Rivojlantiruvchi: </w:t>
            </w:r>
            <w:r>
              <w:rPr>
                <w:b w:val="0"/>
                <w:i w:val="0"/>
                <w:sz w:val="19"/>
              </w:rPr>
              <w:t>So‘z tartibini tahlil qilish, jadval ma’lumotidan gap tuzish va harakatli so‘rov o‘yini orqali og‘zaki nutqni rivojlantirish.</w:t>
            </w:r>
          </w:p>
        </w:tc>
        <w:tc>
          <w:tcPr>
            <w:tcW w:type="dxa" w:w="5443"/>
          </w:tcPr>
          <w:p>
            <w:pPr>
              <w:spacing w:after="40"/>
            </w:pPr>
            <w:r/>
            <w:r>
              <w:rPr>
                <w:b/>
                <w:i w:val="0"/>
                <w:sz w:val="18"/>
              </w:rPr>
              <w:t xml:space="preserve">1. Lead-in (Kirish) — 3 daqiqa. </w:t>
            </w:r>
            <w:r>
              <w:rPr>
                <w:b w:val="0"/>
                <w:i w:val="0"/>
                <w:sz w:val="18"/>
              </w:rPr>
              <w:t>Draw a line 0%–100% on the board. Ask: How often do you eat bread? Put the students' answers on the line.</w:t>
            </w:r>
          </w:p>
          <w:p>
            <w:pPr>
              <w:spacing w:after="40"/>
            </w:pPr>
            <w:r>
              <w:rPr>
                <w:b/>
                <w:i w:val="0"/>
                <w:sz w:val="18"/>
              </w:rPr>
              <w:t xml:space="preserve">2. Presentation (4 blocks) (Yangi so‘zlar (4 blok)) — 8 daqiqa. </w:t>
            </w:r>
            <w:r>
              <w:rPr>
                <w:b w:val="0"/>
                <w:i w:val="0"/>
                <w:sz w:val="18"/>
              </w:rPr>
              <w:t>Present A the scale (5), B life on the farm (10), C school and clubs (8), D at home and free time (7); point out where the adverb goes in each example.</w:t>
            </w:r>
          </w:p>
          <w:p>
            <w:pPr>
              <w:spacing w:after="40"/>
            </w:pPr>
            <w:r>
              <w:rPr>
                <w:b/>
                <w:i w:val="0"/>
                <w:sz w:val="18"/>
              </w:rPr>
              <w:t xml:space="preserve">3. Language focus — two rules (Til fokusi — ikki qoida) — 5 daqiqa. </w:t>
            </w:r>
            <w:r>
              <w:rPr>
                <w:b w:val="0"/>
                <w:i w:val="0"/>
                <w:sz w:val="18"/>
              </w:rPr>
              <w:t>Show the rules slide: before the verb, after be, every… at the end.</w:t>
            </w:r>
          </w:p>
          <w:p>
            <w:pPr>
              <w:spacing w:after="40"/>
            </w:pPr>
            <w:r>
              <w:rPr>
                <w:b/>
                <w:i w:val="0"/>
                <w:sz w:val="18"/>
              </w:rPr>
              <w:t xml:space="preserve">4. Book p.19 ex.1–3 (recycle 1) (Kitob p. 19 ex. 1–3) — 12 daqiqa. </w:t>
            </w:r>
            <w:r>
              <w:rPr>
                <w:b w:val="0"/>
                <w:i w:val="0"/>
                <w:sz w:val="18"/>
              </w:rPr>
              <w:t>ex.1 alone (4 min), ex.2 in pairs with the table (4 min), ex.3 speaking (4 min).</w:t>
            </w:r>
          </w:p>
          <w:p>
            <w:pPr>
              <w:spacing w:after="40"/>
            </w:pPr>
            <w:r>
              <w:rPr>
                <w:b/>
                <w:i w:val="0"/>
                <w:sz w:val="18"/>
              </w:rPr>
              <w:t xml:space="preserve">5. Find someone who… (recycle 2) («Find someone who…») — 4 daqiqa. </w:t>
            </w:r>
            <w:r>
              <w:rPr>
                <w:b w:val="0"/>
                <w:i w:val="0"/>
                <w:sz w:val="18"/>
              </w:rPr>
              <w:t>Students walk around and ask 'How often do you…?'</w:t>
            </w:r>
          </w:p>
          <w:p>
            <w:pPr>
              <w:spacing w:after="40"/>
            </w:pPr>
            <w:r>
              <w:rPr>
                <w:b/>
                <w:i w:val="0"/>
                <w:sz w:val="18"/>
              </w:rPr>
              <w:t xml:space="preserve">6. Matching activity (Moslashtirish mashqi) — 8 daqiqa. </w:t>
            </w:r>
            <w:r>
              <w:rPr>
                <w:b w:val="0"/>
                <w:i w:val="0"/>
                <w:sz w:val="18"/>
              </w:rPr>
              <w:t>Matching worksheet; Group A and B, then swap.</w:t>
            </w:r>
          </w:p>
          <w:p>
            <w:pPr>
              <w:spacing w:after="40"/>
            </w:pPr>
            <w:r>
              <w:rPr>
                <w:b/>
                <w:i w:val="0"/>
                <w:sz w:val="18"/>
              </w:rPr>
              <w:t xml:space="preserve">7. How often at Amberton Farm? (recycle 3) (Amberton fermasida qanchalik tez-tez?) — 3 daqiqa. </w:t>
            </w:r>
            <w:r>
              <w:rPr>
                <w:b w:val="0"/>
                <w:i w:val="0"/>
                <w:sz w:val="18"/>
              </w:rPr>
              <w:t>Students read the short text and answer the four questions.</w:t>
            </w:r>
          </w:p>
          <w:p>
            <w:pPr>
              <w:spacing w:after="40"/>
            </w:pPr>
            <w:r>
              <w:rPr>
                <w:b/>
                <w:i w:val="0"/>
                <w:sz w:val="18"/>
              </w:rPr>
              <w:t xml:space="preserve">8. Feedback and homework (Yakun va uyga vazifa) — 2 daqiqa. </w:t>
            </w:r>
            <w:r>
              <w:rPr>
                <w:b w:val="0"/>
                <w:i w:val="0"/>
                <w:sz w:val="18"/>
              </w:rPr>
              <w:t>Correct 'I go never', 'always is'; set homework.</w:t>
            </w:r>
          </w:p>
          <w:p>
            <w:pPr>
              <w:spacing w:after="40"/>
            </w:pPr>
            <w:r>
              <w:rPr>
                <w:b/>
                <w:i w:val="0"/>
                <w:sz w:val="18"/>
              </w:rPr>
              <w:t xml:space="preserve">Metodlar: </w:t>
            </w:r>
            <w:r>
              <w:rPr>
                <w:b w:val="0"/>
                <w:i/>
                <w:sz w:val="18"/>
              </w:rPr>
              <w:t>shkala bilan ishlash (ko‘rgazmali), so‘z tartibini tuzatish, «&lt;i&gt;Find someone who…&lt;/i&gt;» o‘yini, guruhlarda ishlash (A va B)</w:t>
            </w:r>
          </w:p>
        </w:tc>
        <w:tc>
          <w:tcPr>
            <w:tcW w:type="dxa" w:w="2835"/>
          </w:tcPr>
          <w:p>
            <w:pPr>
              <w:spacing w:after="40"/>
            </w:pPr>
            <w:r/>
            <w:r>
              <w:rPr>
                <w:b w:val="0"/>
                <w:i w:val="0"/>
                <w:sz w:val="19"/>
              </w:rPr>
              <w:t>O‘quvchilar dars oxirida:</w:t>
            </w:r>
          </w:p>
          <w:p>
            <w:pPr>
              <w:spacing w:after="40"/>
            </w:pPr>
            <w:r>
              <w:rPr>
                <w:b w:val="0"/>
                <w:i w:val="0"/>
                <w:sz w:val="19"/>
              </w:rPr>
              <w:t>• oltita takroriylik ravishini 0–100% shkalada joylashtira oladi;</w:t>
            </w:r>
          </w:p>
          <w:p>
            <w:pPr>
              <w:spacing w:after="40"/>
            </w:pPr>
            <w:r>
              <w:rPr>
                <w:b w:val="0"/>
                <w:i w:val="0"/>
                <w:sz w:val="19"/>
              </w:rPr>
              <w:t>• ravishni asosiy fe’ldan oldin, be dan keyin qo‘ya oladi (ex. 1);</w:t>
            </w:r>
          </w:p>
          <w:p>
            <w:pPr>
              <w:spacing w:after="40"/>
            </w:pPr>
            <w:r>
              <w:rPr>
                <w:b w:val="0"/>
                <w:i w:val="0"/>
                <w:sz w:val="19"/>
              </w:rPr>
              <w:t>• fermadagi jadval bo‘yicha gap tuza oladi va every day / once a week ni gap oxirida qo‘llay oladi (ex. 2);</w:t>
            </w:r>
          </w:p>
          <w:p>
            <w:pPr>
              <w:spacing w:after="40"/>
            </w:pPr>
            <w:r>
              <w:rPr>
                <w:b w:val="0"/>
                <w:i w:val="0"/>
                <w:sz w:val="19"/>
              </w:rPr>
              <w:t>• How often, What time, Where, Who, When, How many, Whose bilan savol bera oladi va javob qaytara oladi (ex. 3).</w:t>
            </w:r>
          </w:p>
        </w:tc>
        <w:tc>
          <w:tcPr>
            <w:tcW w:type="dxa" w:w="3175"/>
          </w:tcPr>
          <w:p>
            <w:pPr>
              <w:spacing w:after="40"/>
            </w:pPr>
            <w:r/>
            <w:r>
              <w:rPr>
                <w:b w:val="0"/>
                <w:i w:val="0"/>
                <w:sz w:val="18"/>
              </w:rPr>
              <w:t>Laser A1+ SB p. 19 (Adverbs of frequency: never · sometimes · often · usually · always; ex.1 so‘z tartibini tuzatish, ex.2 fermadagi hayvonlar jadvali bo‘yicha gap tuzish, ex.3 Talk about you) — asosiy; Solutions Elementary p. 22 (Adverbs of frequency; question words — Maisie va Ben dialogi: How often does the club meet?)</w:t>
            </w:r>
          </w:p>
          <w:p>
            <w:pPr>
              <w:spacing w:after="40"/>
            </w:pPr>
            <w:r>
              <w:rPr>
                <w:b/>
                <w:i w:val="0"/>
                <w:sz w:val="18"/>
              </w:rPr>
              <w:t xml:space="preserve">Jihozlar: </w:t>
            </w:r>
            <w:r>
              <w:rPr>
                <w:b w:val="0"/>
                <w:i w:val="0"/>
                <w:sz w:val="18"/>
              </w:rPr>
              <w:t>Vocabulary sheet (30 items), matching worksheet (Groups A and B), slides, flashcards with audio (sozlar.com/vocab); Laser A1+ p. 19</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14, 25, ex. 1–4.</w:t>
            </w:r>
          </w:p>
          <w:p>
            <w:pPr>
              <w:spacing w:after="40"/>
            </w:pPr>
            <w:r>
              <w:rPr>
                <w:b w:val="0"/>
                <w:i w:val="0"/>
                <w:sz w:val="19"/>
              </w:rPr>
              <w:t>• Learn the 30 items with the flashcards: sozlar.com/vocab/cards/?set=grade7-lesson12</w:t>
            </w:r>
          </w:p>
          <w:p>
            <w:pPr>
              <w:spacing w:after="40"/>
            </w:pPr>
            <w:r>
              <w:rPr>
                <w:b w:val="0"/>
                <w:i w:val="0"/>
                <w:sz w:val="19"/>
              </w:rPr>
              <w:t>• Write eight sentences about your week with eight different frequency words.</w:t>
            </w:r>
          </w:p>
        </w:tc>
      </w:tr>
    </w:tbl>
    <w:p>
      <w:pPr>
        <w:spacing w:after="40"/>
      </w:pPr>
      <w:r>
        <w:rPr>
          <w:b/>
          <w:sz w:val="18"/>
        </w:rPr>
        <w:t xml:space="preserve">Farqlash: </w:t>
      </w:r>
      <w:r>
        <w:rPr>
          <w:i/>
          <w:sz w:val="18"/>
        </w:rPr>
        <w:t>Fast finishers write six true sentences about their family with six different adverbs; weaker students complete sentences with the adverbs given in brackets.</w:t>
      </w:r>
    </w:p>
    <w:p>
      <w:r>
        <w:br w:type="page"/>
      </w:r>
    </w:p>
    <w:p>
      <w:pPr>
        <w:spacing w:before="80" w:after="60"/>
      </w:pPr>
      <w:r>
        <w:rPr>
          <w:b/>
          <w:color w:val="0B6E5F"/>
          <w:sz w:val="24"/>
        </w:rPr>
        <w:t>Daily Lesson Plan · 13-dars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email (1)</w:t>
            </w:r>
            <w:r>
              <w:rPr>
                <w:b w:val="0"/>
                <w:i w:val="0"/>
                <w:sz w:val="19"/>
              </w:rPr>
              <w:t xml:space="preserve"> (Norasmiy xat (email) yozish (1))</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Paulning Markka yozgan xati asosida norasmiy email tuzilishini (salomlashish → qayerdaman → kunim → xayrlashish) va to‘rtta til qoidasini (familiyasiz murojaat, Present Simple, takroriylik ravishlari, Then / After) o‘rganadi (p. 20).</w:t>
            </w:r>
          </w:p>
          <w:p>
            <w:pPr>
              <w:spacing w:after="40"/>
            </w:pPr>
            <w:r>
              <w:rPr>
                <w:b/>
                <w:i w:val="0"/>
                <w:sz w:val="19"/>
              </w:rPr>
              <w:t xml:space="preserve">b) Tarbiyaviy: </w:t>
            </w:r>
            <w:r>
              <w:rPr>
                <w:b w:val="0"/>
                <w:i w:val="0"/>
                <w:sz w:val="19"/>
              </w:rPr>
              <w:t>Do‘stlar bilan aloqani yozma ravishda saqlash, ta’til taassurotlarini samimiy baham ko‘rish madaniyatini tarbiyalash.</w:t>
            </w:r>
          </w:p>
          <w:p>
            <w:pPr>
              <w:spacing w:after="40"/>
            </w:pPr>
            <w:r>
              <w:rPr>
                <w:b/>
                <w:i w:val="0"/>
                <w:sz w:val="19"/>
              </w:rPr>
              <w:t xml:space="preserve">c) Rivojlantiruvchi: </w:t>
            </w:r>
            <w:r>
              <w:rPr>
                <w:b w:val="0"/>
                <w:i w:val="0"/>
                <w:sz w:val="19"/>
              </w:rPr>
              <w:t>Matn qismlarini mantiqiy tartibga solish, namunadan qoida topish va reja asosida qisqa xat yozish ko‘nikmasini rivojlantirish.</w:t>
            </w:r>
          </w:p>
        </w:tc>
        <w:tc>
          <w:tcPr>
            <w:tcW w:type="dxa" w:w="5443"/>
          </w:tcPr>
          <w:p>
            <w:pPr>
              <w:spacing w:after="40"/>
            </w:pPr>
            <w:r/>
            <w:r>
              <w:rPr>
                <w:b/>
                <w:i w:val="0"/>
                <w:sz w:val="18"/>
              </w:rPr>
              <w:t xml:space="preserve">1. Lead-in (Kirish) — 4 daqiqa. </w:t>
            </w:r>
            <w:r>
              <w:rPr>
                <w:b w:val="0"/>
                <w:i w:val="0"/>
                <w:sz w:val="18"/>
              </w:rPr>
              <w:t>Suratni ko‘rsating: Where is Paul? What animals can you see?</w:t>
            </w:r>
          </w:p>
          <w:p>
            <w:pPr>
              <w:spacing w:after="40"/>
            </w:pPr>
            <w:r>
              <w:rPr>
                <w:b/>
                <w:i w:val="0"/>
                <w:sz w:val="18"/>
              </w:rPr>
              <w:t xml:space="preserve">2. Vocabulary B–C (Lug‘at B–C) — 8 daqiqa. </w:t>
            </w:r>
            <w:r>
              <w:rPr>
                <w:b w:val="0"/>
                <w:i w:val="0"/>
                <w:sz w:val="18"/>
              </w:rPr>
              <w:t>Ferma so‘zlarini (a barn, a tractor, hay, a cockerel, a turkey) va fermadagi ishlarni karnaycha bilan eshittiring.</w:t>
            </w:r>
          </w:p>
          <w:p>
            <w:pPr>
              <w:spacing w:after="40"/>
            </w:pPr>
            <w:r>
              <w:rPr>
                <w:b/>
                <w:i w:val="0"/>
                <w:sz w:val="18"/>
              </w:rPr>
              <w:t xml:space="preserve">3. Reading the email (Xatni o‘qish) — 8 daqiqa. </w:t>
            </w:r>
            <w:r>
              <w:rPr>
                <w:b w:val="0"/>
                <w:i w:val="0"/>
                <w:sz w:val="18"/>
              </w:rPr>
              <w:t>Xatni birga o‘qing; qismlarini tartiblang (ex.1).</w:t>
            </w:r>
          </w:p>
          <w:p>
            <w:pPr>
              <w:spacing w:after="40"/>
            </w:pPr>
            <w:r>
              <w:rPr>
                <w:b/>
                <w:i w:val="0"/>
                <w:sz w:val="18"/>
              </w:rPr>
              <w:t xml:space="preserve">4. Focus: four rules (Fokus: to‘rtta qoida) — 8 daqiqa. </w:t>
            </w:r>
            <w:r>
              <w:rPr>
                <w:b w:val="0"/>
                <w:i w:val="0"/>
                <w:sz w:val="18"/>
              </w:rPr>
              <w:t>To‘rtta qoidani slayddan bering; har biriga xatdan misol toping.</w:t>
            </w:r>
          </w:p>
          <w:p>
            <w:pPr>
              <w:spacing w:after="40"/>
            </w:pPr>
            <w:r>
              <w:rPr>
                <w:b/>
                <w:i w:val="0"/>
                <w:sz w:val="18"/>
              </w:rPr>
              <w:t xml:space="preserve">5. Writing (Yozish) — 12 daqiqa. </w:t>
            </w:r>
            <w:r>
              <w:rPr>
                <w:b w:val="0"/>
                <w:i w:val="0"/>
                <w:sz w:val="18"/>
              </w:rPr>
              <w:t>Reja bering: salom → qayerdaman → kunim → xayr.</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namuna matn tahlili, matn qismlarini tartiblash, reja asosida yozish, slayd bilan ishlash</w:t>
            </w:r>
          </w:p>
        </w:tc>
        <w:tc>
          <w:tcPr>
            <w:tcW w:type="dxa" w:w="2835"/>
          </w:tcPr>
          <w:p>
            <w:pPr>
              <w:spacing w:after="40"/>
            </w:pPr>
            <w:r/>
            <w:r>
              <w:rPr>
                <w:b w:val="0"/>
                <w:i w:val="0"/>
                <w:sz w:val="19"/>
              </w:rPr>
              <w:t>O‘quvchilar dars oxirida:</w:t>
            </w:r>
          </w:p>
          <w:p>
            <w:pPr>
              <w:spacing w:after="40"/>
            </w:pPr>
            <w:r>
              <w:rPr>
                <w:b w:val="0"/>
                <w:i w:val="0"/>
                <w:sz w:val="19"/>
              </w:rPr>
              <w:t>• Paul xatining sakkiz qismini to‘g‘ri tartibga sola oladi (ex. 1);</w:t>
            </w:r>
          </w:p>
          <w:p>
            <w:pPr>
              <w:spacing w:after="40"/>
            </w:pPr>
            <w:r>
              <w:rPr>
                <w:b w:val="0"/>
                <w:i w:val="0"/>
                <w:sz w:val="19"/>
              </w:rPr>
              <w:t>• xat kimga yozilgani va ohangi (do‘stona, rasmiy emas) haqida ayta oladi;</w:t>
            </w:r>
          </w:p>
          <w:p>
            <w:pPr>
              <w:spacing w:after="40"/>
            </w:pPr>
            <w:r>
              <w:rPr>
                <w:b w:val="0"/>
                <w:i w:val="0"/>
                <w:sz w:val="19"/>
              </w:rPr>
              <w:t>• xatdan to‘rtta yozish qoidasiga misol topa oladi (ex. 3);</w:t>
            </w:r>
          </w:p>
          <w:p>
            <w:pPr>
              <w:spacing w:after="40"/>
            </w:pPr>
            <w:r>
              <w:rPr>
                <w:b w:val="0"/>
                <w:i w:val="0"/>
                <w:sz w:val="19"/>
              </w:rPr>
              <w:t>• o‘z ta’tili haqida 50–70 so‘zli norasmiy email yoza oladi.</w:t>
            </w:r>
          </w:p>
        </w:tc>
        <w:tc>
          <w:tcPr>
            <w:tcW w:type="dxa" w:w="3175"/>
          </w:tcPr>
          <w:p>
            <w:pPr>
              <w:spacing w:after="40"/>
            </w:pPr>
            <w:r/>
            <w:r>
              <w:rPr>
                <w:b w:val="0"/>
                <w:i w:val="0"/>
                <w:sz w:val="18"/>
              </w:rPr>
              <w:t>Laser A1+ SB p. 20 — Project: writing an informal email (1): Paulning Markka yozgan xati (fermadagi ta’til), xat qismlarini to‘g‘ri tartibga solish (Part 1–8), xat kimga yozilgani va ohangi, hamda to‘rtta til qoidasi (familiyasiz murojaat, Present Simple, adverbs of frequency, Then / After)</w:t>
            </w:r>
          </w:p>
          <w:p>
            <w:pPr>
              <w:spacing w:after="40"/>
            </w:pPr>
            <w:r>
              <w:rPr>
                <w:b/>
                <w:i w:val="0"/>
                <w:sz w:val="18"/>
              </w:rPr>
              <w:t xml:space="preserve">Jihozlar: </w:t>
            </w:r>
            <w:r>
              <w:rPr>
                <w:b w:val="0"/>
                <w:i w:val="0"/>
                <w:sz w:val="18"/>
              </w:rPr>
              <w:t>Vocabulary sheet (27 items), slides, flashcards with audio (sozlar.com/vocab); Laser A1+ SB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15 ex. 1–2.</w:t>
            </w:r>
          </w:p>
          <w:p>
            <w:pPr>
              <w:spacing w:after="40"/>
            </w:pPr>
            <w:r>
              <w:rPr>
                <w:b w:val="0"/>
                <w:i w:val="0"/>
                <w:sz w:val="19"/>
              </w:rPr>
              <w:t>• Learn the 27 items with the flashcards: sozlar.com/vocab/cards/?set=grade7-lesson13</w:t>
            </w:r>
          </w:p>
          <w:p>
            <w:pPr>
              <w:spacing w:after="40"/>
            </w:pPr>
            <w:r>
              <w:rPr>
                <w:b w:val="0"/>
                <w:i w:val="0"/>
                <w:sz w:val="19"/>
              </w:rPr>
              <w:t>• Write an informal email (50–70 words) about your last holiday.</w:t>
            </w:r>
          </w:p>
        </w:tc>
      </w:tr>
    </w:tbl>
    <w:p>
      <w:pPr>
        <w:spacing w:after="40"/>
      </w:pPr>
      <w:r>
        <w:rPr>
          <w:b/>
          <w:sz w:val="18"/>
        </w:rPr>
        <w:t xml:space="preserve">Farqlash: </w:t>
      </w:r>
      <w:r>
        <w:rPr>
          <w:i/>
          <w:sz w:val="18"/>
        </w:rPr>
        <w:t>Kuchli o‘quvchilar xatga ikkita frequency adverb va ikkita Then/After qo‘shadi; kuchsizlarga xat rejasi bo‘sh joylar bilan beriladi.</w:t>
      </w:r>
    </w:p>
    <w:p>
      <w:r>
        <w:br w:type="page"/>
      </w:r>
    </w:p>
    <w:p>
      <w:pPr>
        <w:spacing w:before="80" w:after="60"/>
      </w:pPr>
      <w:r>
        <w:rPr>
          <w:b/>
          <w:color w:val="0B6E5F"/>
          <w:sz w:val="24"/>
        </w:rPr>
        <w:t>Daily Lesson Plan · 14-dars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BSB-1 (25 points)</w:t>
            </w:r>
            <w:r>
              <w:rPr>
                <w:b w:val="0"/>
                <w:i w:val="0"/>
                <w:sz w:val="19"/>
              </w:rPr>
              <w:t xml:space="preserve"> (1-chorak · BSB-1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1-chorakning 1–2-bo‘limlarida (Laser A1+ Units 1–2) o‘tilgan lug‘at (oila, hayvonlar, vaqt), o‘zi haqida gapirish iboralari va grammatika (Present Simple, takroriylik ravishlari, egalik shakllari) bo‘yicha o‘quvchilar bilimini 25 ballik yozma test orqali baholash.</w:t>
            </w:r>
          </w:p>
          <w:p>
            <w:pPr>
              <w:spacing w:after="40"/>
            </w:pPr>
            <w:r>
              <w:rPr>
                <w:b/>
                <w:i w:val="0"/>
                <w:sz w:val="19"/>
              </w:rPr>
              <w:t xml:space="preserve">b) Tarbiyaviy: </w:t>
            </w:r>
            <w:r>
              <w:rPr>
                <w:b w:val="0"/>
                <w:i w:val="0"/>
                <w:sz w:val="19"/>
              </w:rPr>
              <w:t>Mustaqil ishlash, halollik, vaqtni to‘g‘ri taqsimlash va o‘z bilimiga mas’uliyat bilan qarashni tarbiyalash.</w:t>
            </w:r>
          </w:p>
          <w:p>
            <w:pPr>
              <w:spacing w:after="40"/>
            </w:pPr>
            <w:r>
              <w:rPr>
                <w:b/>
                <w:i w:val="0"/>
                <w:sz w:val="19"/>
              </w:rPr>
              <w:t xml:space="preserve">c) Rivojlantiruvchi: </w:t>
            </w:r>
            <w:r>
              <w:rPr>
                <w:b w:val="0"/>
                <w:i w:val="0"/>
                <w:sz w:val="19"/>
              </w:rPr>
              <w:t>Topshiriq shartini diqqat bilan o‘qish, javobni tekshirib chiqish va o‘z xatolarini aniqlash (o‘z-o‘zini nazorat qilish) ko‘nikmasini rivojlantirish.</w:t>
            </w:r>
          </w:p>
        </w:tc>
        <w:tc>
          <w:tcPr>
            <w:tcW w:type="dxa" w:w="5443"/>
          </w:tcPr>
          <w:p>
            <w:pPr>
              <w:spacing w:after="40"/>
            </w:pPr>
            <w:r/>
            <w:r>
              <w:rPr>
                <w:b/>
                <w:i w:val="0"/>
                <w:sz w:val="18"/>
              </w:rPr>
              <w:t xml:space="preserve">1. Organisation (Tashkiliy qism) — 2 daqiqa. </w:t>
            </w:r>
            <w:r>
              <w:rPr>
                <w:b w:val="0"/>
                <w:i w:val="0"/>
                <w:sz w:val="18"/>
              </w:rPr>
              <w:t>Salomlashadi, davomatni tekshiradi, o‘quvchilarni alohida o‘tqazadi, partalarda faqat ruchka qolishini so‘raydi.</w:t>
            </w:r>
          </w:p>
          <w:p>
            <w:pPr>
              <w:spacing w:after="40"/>
            </w:pPr>
            <w:r>
              <w:rPr>
                <w:b/>
                <w:i w:val="0"/>
                <w:sz w:val="18"/>
              </w:rPr>
              <w:t xml:space="preserve">2. Instructions (Ko‘rsatma) — 3 daqiqa. </w:t>
            </w:r>
            <w:r>
              <w:rPr>
                <w:b w:val="0"/>
                <w:i w:val="0"/>
                <w:sz w:val="18"/>
              </w:rPr>
              <w:t>Test varaqlarini tarqatadi; 7 bo‘lim va 25 ball tuzilishini, vaqtni (32 daqiqa) va qoidalarni (ko‘chirmaslik, javobni aniq yozish) tushuntiradi; doskaga tugash vaqtini yozadi.</w:t>
            </w:r>
          </w:p>
          <w:p>
            <w:pPr>
              <w:spacing w:after="40"/>
            </w:pPr>
            <w:r>
              <w:rPr>
                <w:b/>
                <w:i w:val="0"/>
                <w:sz w:val="18"/>
              </w:rPr>
              <w:t xml:space="preserve">3. Test (Sections 1–7) (Test ishlash (1–7-bo‘limlar)) — 32 daqiqa. </w:t>
            </w:r>
            <w:r>
              <w:rPr>
                <w:b w:val="0"/>
                <w:i w:val="0"/>
                <w:sz w:val="18"/>
              </w:rPr>
              <w:t>Sinfni kuzatadi, mustaqil ishlashni ta’minlaydi; 10 va 5 daqiqa qolganini eslatadi; javobni aytmaydi, faqat shartni tushuntiradi.</w:t>
            </w:r>
          </w:p>
          <w:p>
            <w:pPr>
              <w:spacing w:after="40"/>
            </w:pPr>
            <w:r>
              <w:rPr>
                <w:b/>
                <w:i w:val="0"/>
                <w:sz w:val="18"/>
              </w:rPr>
              <w:t xml:space="preserve">4. Checking (Javoblarni tekshirish) — 3 daqiqa. </w:t>
            </w:r>
            <w:r>
              <w:rPr>
                <w:b w:val="0"/>
                <w:i w:val="0"/>
                <w:sz w:val="18"/>
              </w:rPr>
              <w:t>Tekshirish uchun vaqt beradi: bo‘sh qolgan savol yo‘qligini, imlo va katta harflarni ko‘rib chiqishni so‘raydi.</w:t>
            </w:r>
          </w:p>
          <w:p>
            <w:pPr>
              <w:spacing w:after="40"/>
            </w:pPr>
            <w:r>
              <w:rPr>
                <w:b/>
                <w:i w:val="0"/>
                <w:sz w:val="18"/>
              </w:rPr>
              <w:t xml:space="preserve">5. Collecting the papers (Varaqlarni yig‘ish) — 3 daqiqa. </w:t>
            </w:r>
            <w:r>
              <w:rPr>
                <w:b w:val="0"/>
                <w:i w:val="0"/>
                <w:sz w:val="18"/>
              </w:rPr>
              <w:t>Varaqlarni qatorma-qator yig‘adi, ism yozilganini tekshiradi.</w:t>
            </w:r>
          </w:p>
          <w:p>
            <w:pPr>
              <w:spacing w:after="40"/>
            </w:pPr>
            <w:r>
              <w:rPr>
                <w:b/>
                <w:i w:val="0"/>
                <w:sz w:val="18"/>
              </w:rPr>
              <w:t xml:space="preserve">6. Wrap-up and homework (Yakun va uyga vazifa) — 2 daqiqa. </w:t>
            </w:r>
            <w:r>
              <w:rPr>
                <w:b w:val="0"/>
                <w:i w:val="0"/>
                <w:sz w:val="18"/>
              </w:rPr>
              <w:t>Qaysi bo‘lim qiyin bo‘lganini so‘raydi, natijalar keyingi darsda e’lon qilinishini aytadi, uyga vazifani beradi.</w:t>
            </w:r>
          </w:p>
          <w:p>
            <w:pPr>
              <w:spacing w:after="40"/>
            </w:pPr>
            <w:r>
              <w:rPr>
                <w:b/>
                <w:i w:val="0"/>
                <w:sz w:val="18"/>
              </w:rPr>
              <w:t xml:space="preserve">Metodlar: </w:t>
            </w:r>
            <w:r>
              <w:rPr>
                <w:b w:val="0"/>
                <w:i/>
                <w:sz w:val="18"/>
              </w:rPr>
              <w:t>yozma test (BSB-1, 25 ball), mustaqil ish, o‘z-o‘zini tekshirish</w:t>
            </w:r>
          </w:p>
        </w:tc>
        <w:tc>
          <w:tcPr>
            <w:tcW w:type="dxa" w:w="2835"/>
          </w:tcPr>
          <w:p>
            <w:pPr>
              <w:spacing w:after="40"/>
            </w:pPr>
            <w:r/>
            <w:r>
              <w:rPr>
                <w:b w:val="0"/>
                <w:i w:val="0"/>
                <w:sz w:val="19"/>
              </w:rPr>
              <w:t>O‘quvchilar dars oxirida:</w:t>
            </w:r>
          </w:p>
          <w:p>
            <w:pPr>
              <w:spacing w:after="40"/>
            </w:pPr>
            <w:r>
              <w:rPr>
                <w:b w:val="0"/>
                <w:i w:val="0"/>
                <w:sz w:val="19"/>
              </w:rPr>
              <w:t>• oila, hayvonlar va vaqtga oid so‘zlarni kontekstda to‘g‘ri qo‘llay oladi (1–3-bo‘limlar, 11 ball);</w:t>
            </w:r>
          </w:p>
          <w:p>
            <w:pPr>
              <w:spacing w:after="40"/>
            </w:pPr>
            <w:r>
              <w:rPr>
                <w:b w:val="0"/>
                <w:i w:val="0"/>
                <w:sz w:val="19"/>
              </w:rPr>
              <w:t>• o‘zi haqida gapirish iboralarini to‘g‘ri tanlay oladi (4-bo‘lim, 3 ball);</w:t>
            </w:r>
          </w:p>
          <w:p>
            <w:pPr>
              <w:spacing w:after="40"/>
            </w:pPr>
            <w:r>
              <w:rPr>
                <w:b w:val="0"/>
                <w:i w:val="0"/>
                <w:sz w:val="19"/>
              </w:rPr>
              <w:t>• Present Simple shakllarini, takroriylik ravishlari o‘rnini va egalik shakllarini to‘g‘ri qo‘llay oladi (5–7-bo‘limlar, 11 ball);</w:t>
            </w:r>
          </w:p>
          <w:p>
            <w:pPr>
              <w:spacing w:after="40"/>
            </w:pPr>
            <w:r>
              <w:rPr>
                <w:b w:val="0"/>
                <w:i w:val="0"/>
                <w:sz w:val="19"/>
              </w:rPr>
              <w:t>• belgilangan vaqtda (32 daqiqa) testni mustaqil bajarib, javoblarini tekshirib chiqa oladi.</w:t>
            </w:r>
          </w:p>
        </w:tc>
        <w:tc>
          <w:tcPr>
            <w:tcW w:type="dxa" w:w="3175"/>
          </w:tcPr>
          <w:p>
            <w:pPr>
              <w:spacing w:after="40"/>
            </w:pPr>
            <w:r/>
            <w:r>
              <w:rPr>
                <w:b w:val="0"/>
                <w:i w:val="0"/>
                <w:sz w:val="18"/>
              </w:rPr>
              <w:t>BSB-1 testi: Term1_BSB1_Grade7_Test.pdf, javoblar kaliti: Term1_BSB1_Grade7_Answer_Key.pdf (asl nusxa: Term1_BSB1_Grade7.docx); Laser A1+ Units 1–2 materiali asosida.</w:t>
            </w:r>
          </w:p>
          <w:p>
            <w:pPr>
              <w:spacing w:after="40"/>
            </w:pPr>
            <w:r>
              <w:rPr>
                <w:b/>
                <w:i w:val="0"/>
                <w:sz w:val="18"/>
              </w:rPr>
              <w:t xml:space="preserve">Jihozlar: </w:t>
            </w:r>
            <w:r>
              <w:rPr>
                <w:b w:val="0"/>
                <w:i w:val="0"/>
                <w:sz w:val="18"/>
              </w:rPr>
              <w:t>Test varaqlari (Term1_BSB1_Grade7_Test.pdf) har o‘quvchiga; o‘qituvchi uchun javoblar kaliti (Term1_BSB1_Grade7_Answer_Key.pdf); soat yoki doskada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1–2 — Workbook p. 16, ex. 1–3.</w:t>
            </w:r>
          </w:p>
        </w:tc>
      </w:tr>
    </w:tbl>
    <w:p>
      <w:r>
        <w:br w:type="page"/>
      </w:r>
    </w:p>
    <w:p>
      <w:pPr>
        <w:spacing w:before="80" w:after="60"/>
      </w:pPr>
      <w:r>
        <w:rPr>
          <w:b/>
          <w:color w:val="0B6E5F"/>
          <w:sz w:val="24"/>
        </w:rPr>
        <w:t>Daily Lesson Plan · 15-dars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Reading: Going shopping</w:t>
            </w:r>
            <w:r>
              <w:rPr>
                <w:b w:val="0"/>
                <w:i w:val="0"/>
                <w:sz w:val="19"/>
              </w:rPr>
              <w:t xml:space="preserve"> (3-bo‘lim. O‘qish: Xarid qilish)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sakkizta do‘kon nomini (bookshop, butcher’s, florist’s, grocer’s…) va Grace bilan Lilyning savdo markazidagi dialogini o‘qib tushunishni, Wordpower so‘zlarini (busy, customers, expensive, cheap, get tired / bored) o‘rganadi (pp. 24–25).</w:t>
            </w:r>
          </w:p>
          <w:p>
            <w:pPr>
              <w:spacing w:after="40"/>
            </w:pPr>
            <w:r>
              <w:rPr>
                <w:b/>
                <w:i w:val="0"/>
                <w:sz w:val="19"/>
              </w:rPr>
              <w:t xml:space="preserve">b) Tarbiyaviy: </w:t>
            </w:r>
            <w:r>
              <w:rPr>
                <w:b w:val="0"/>
                <w:i w:val="0"/>
                <w:sz w:val="19"/>
              </w:rPr>
              <w:t>Tejamkorlik, xarid paytida madaniyatli bo‘lish va boshqalarning didini hurmat qilishni tarbiyalash.</w:t>
            </w:r>
          </w:p>
          <w:p>
            <w:pPr>
              <w:spacing w:after="40"/>
            </w:pPr>
            <w:r>
              <w:rPr>
                <w:b/>
                <w:i w:val="0"/>
                <w:sz w:val="19"/>
              </w:rPr>
              <w:t xml:space="preserve">c) Rivojlantiruvchi: </w:t>
            </w:r>
            <w:r>
              <w:rPr>
                <w:b w:val="0"/>
                <w:i w:val="0"/>
                <w:sz w:val="19"/>
              </w:rPr>
              <w:t>Dialogdan kim nima deganini aniqlash, to‘g‘ri/noto‘g‘ri gaplarni ajratish va o‘z fikrini asoslab aytish ko‘nikmasini rivojlantirish.</w:t>
            </w:r>
          </w:p>
        </w:tc>
        <w:tc>
          <w:tcPr>
            <w:tcW w:type="dxa" w:w="5443"/>
          </w:tcPr>
          <w:p>
            <w:pPr>
              <w:spacing w:after="40"/>
            </w:pPr>
            <w:r/>
            <w:r>
              <w:rPr>
                <w:b/>
                <w:i w:val="0"/>
                <w:sz w:val="18"/>
              </w:rPr>
              <w:t xml:space="preserve">1. Lead-in (Kirish) — 4 daqiqa. </w:t>
            </w:r>
            <w:r>
              <w:rPr>
                <w:b w:val="0"/>
                <w:i w:val="0"/>
                <w:sz w:val="18"/>
              </w:rPr>
              <w:t>So‘rang: Where do you buy bread? And shoes? Doskaga do‘kon nomlarini yozing.</w:t>
            </w:r>
          </w:p>
          <w:p>
            <w:pPr>
              <w:spacing w:after="40"/>
            </w:pPr>
            <w:r>
              <w:rPr>
                <w:b/>
                <w:i w:val="0"/>
                <w:sz w:val="18"/>
              </w:rPr>
              <w:t xml:space="preserve">2. Vocabulary A (Lug‘at A (do‘konlar)) — 8 daqiqa. </w:t>
            </w:r>
            <w:r>
              <w:rPr>
                <w:b w:val="0"/>
                <w:i w:val="0"/>
                <w:sz w:val="18"/>
              </w:rPr>
              <w:t>8 ta do‘konni rasm bilan bering; talaffuzni eshittiring.</w:t>
            </w:r>
          </w:p>
          <w:p>
            <w:pPr>
              <w:spacing w:after="40"/>
            </w:pPr>
            <w:r>
              <w:rPr>
                <w:b/>
                <w:i w:val="0"/>
                <w:sz w:val="18"/>
              </w:rPr>
              <w:t xml:space="preserve">3. Reading the dialogue (Dialogni o‘qish) — 10 daqiqa. </w:t>
            </w:r>
            <w:r>
              <w:rPr>
                <w:b w:val="0"/>
                <w:i w:val="0"/>
                <w:sz w:val="18"/>
              </w:rPr>
              <w:t>Dialogni rollarga bo‘lib o‘qiting (Grace / Lily).</w:t>
            </w:r>
          </w:p>
          <w:p>
            <w:pPr>
              <w:spacing w:after="40"/>
            </w:pPr>
            <w:r>
              <w:rPr>
                <w:b/>
                <w:i w:val="0"/>
                <w:sz w:val="18"/>
              </w:rPr>
              <w:t xml:space="preserve">4. Focus + Wordpower (Fokus + Wordpower) — 8 daqiqa. </w:t>
            </w:r>
            <w:r>
              <w:rPr>
                <w:b w:val="0"/>
                <w:i w:val="0"/>
                <w:sz w:val="18"/>
              </w:rPr>
              <w:t>get + sifat va 's qoidasini tushuntiring.</w:t>
            </w:r>
          </w:p>
          <w:p>
            <w:pPr>
              <w:spacing w:after="40"/>
            </w:pPr>
            <w:r>
              <w:rPr>
                <w:b/>
                <w:i w:val="0"/>
                <w:sz w:val="18"/>
              </w:rPr>
              <w:t xml:space="preserve">5. Talk about you (ex.3) (O‘zing haqingda (ex. 3)) — 10 daqiqa. </w:t>
            </w:r>
            <w:r>
              <w:rPr>
                <w:b w:val="0"/>
                <w:i w:val="0"/>
                <w:sz w:val="18"/>
              </w:rPr>
              <w:t>To‘rtta fikrni slayddan ko‘rsating.</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rasm bilan so‘z tanishtirish, rollarga bo‘lib o‘qish, to‘g‘ri/noto‘g‘ri topshirig‘i, fikr bildirish (gapirish)</w:t>
            </w:r>
          </w:p>
        </w:tc>
        <w:tc>
          <w:tcPr>
            <w:tcW w:type="dxa" w:w="2835"/>
          </w:tcPr>
          <w:p>
            <w:pPr>
              <w:spacing w:after="40"/>
            </w:pPr>
            <w:r/>
            <w:r>
              <w:rPr>
                <w:b w:val="0"/>
                <w:i w:val="0"/>
                <w:sz w:val="19"/>
              </w:rPr>
              <w:t>O‘quvchilar dars oxirida:</w:t>
            </w:r>
          </w:p>
          <w:p>
            <w:pPr>
              <w:spacing w:after="40"/>
            </w:pPr>
            <w:r>
              <w:rPr>
                <w:b w:val="0"/>
                <w:i w:val="0"/>
                <w:sz w:val="19"/>
              </w:rPr>
              <w:t>• sakkizta do‘konni u yerda sotiladigan narsalar bilan moslay oladi (ex. 1);</w:t>
            </w:r>
          </w:p>
          <w:p>
            <w:pPr>
              <w:spacing w:after="40"/>
            </w:pPr>
            <w:r>
              <w:rPr>
                <w:b w:val="0"/>
                <w:i w:val="0"/>
                <w:sz w:val="19"/>
              </w:rPr>
              <w:t>• dialog bo‘yicha to‘rtta «Who?» savoliga (G yoki L) javob bera oladi;</w:t>
            </w:r>
          </w:p>
          <w:p>
            <w:pPr>
              <w:spacing w:after="40"/>
            </w:pPr>
            <w:r>
              <w:rPr>
                <w:b w:val="0"/>
                <w:i w:val="0"/>
                <w:sz w:val="19"/>
              </w:rPr>
              <w:t>• dialog haqidagi oltita gapning to‘g‘ri yoki noto‘g‘riligini aniqlay oladi;</w:t>
            </w:r>
          </w:p>
          <w:p>
            <w:pPr>
              <w:spacing w:after="40"/>
            </w:pPr>
            <w:r>
              <w:rPr>
                <w:b w:val="0"/>
                <w:i w:val="0"/>
                <w:sz w:val="19"/>
              </w:rPr>
              <w:t>• xarid haqidagi qaysi fikrga qo‘shilishini sabab bilan ayta oladi (ex. 3).</w:t>
            </w:r>
          </w:p>
        </w:tc>
        <w:tc>
          <w:tcPr>
            <w:tcW w:type="dxa" w:w="3175"/>
          </w:tcPr>
          <w:p>
            <w:pPr>
              <w:spacing w:after="40"/>
            </w:pPr>
            <w:r/>
            <w:r>
              <w:rPr>
                <w:b w:val="0"/>
                <w:i w:val="0"/>
                <w:sz w:val="18"/>
              </w:rPr>
              <w:t>Laser A1+ SB pp. 24–25 — Unit 3 Going shopping: do‘kon nomlari (bookshop, butcher’s, clothes shop, florist’s, grocer’s, music shop, shoe shop, toy shop), Grace va Lily savdo markazidagi dialogi, dialogga oid G/L va T/F topshiriqlari, ex.3 «Talk about you», Wordpower! (enjoy yourself, busy, customers, expensive, cheap, get + tired/bored, lift)</w:t>
            </w:r>
          </w:p>
          <w:p>
            <w:pPr>
              <w:spacing w:after="40"/>
            </w:pPr>
            <w:r>
              <w:rPr>
                <w:b/>
                <w:i w:val="0"/>
                <w:sz w:val="18"/>
              </w:rPr>
              <w:t xml:space="preserve">Jihozlar: </w:t>
            </w:r>
            <w:r>
              <w:rPr>
                <w:b w:val="0"/>
                <w:i w:val="0"/>
                <w:sz w:val="18"/>
              </w:rPr>
              <w:t>Vocabulary sheet (31 items), slides, flashcards with audio (sozlar.com/vocab); Laser A1+ SB pp. 24–25.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17–18 ex. 1–4.</w:t>
            </w:r>
          </w:p>
          <w:p>
            <w:pPr>
              <w:spacing w:after="40"/>
            </w:pPr>
            <w:r>
              <w:rPr>
                <w:b w:val="0"/>
                <w:i w:val="0"/>
                <w:sz w:val="19"/>
              </w:rPr>
              <w:t>• Learn the 31 items with the flashcards: sozlar.com/vocab/cards/?set=grade7-lesson15</w:t>
            </w:r>
          </w:p>
          <w:p>
            <w:pPr>
              <w:spacing w:after="40"/>
            </w:pPr>
            <w:r>
              <w:rPr>
                <w:b w:val="0"/>
                <w:i w:val="0"/>
                <w:sz w:val="19"/>
              </w:rPr>
              <w:t>• Write six sentences: where you buy five things, and one sentence about how you feel when you shop.</w:t>
            </w:r>
          </w:p>
        </w:tc>
      </w:tr>
    </w:tbl>
    <w:p>
      <w:pPr>
        <w:spacing w:after="40"/>
      </w:pPr>
      <w:r>
        <w:rPr>
          <w:b/>
          <w:sz w:val="18"/>
        </w:rPr>
        <w:t xml:space="preserve">Farqlash: </w:t>
      </w:r>
      <w:r>
        <w:rPr>
          <w:i/>
          <w:sz w:val="18"/>
        </w:rPr>
        <w:t>Kuchli o‘quvchilar dialogni davom ettirib yozadi (Chicken Worldda); kuchsizlarga ex.1 da do‘kon nomlari rasm bilan beriladi.</w:t>
      </w:r>
    </w:p>
    <w:p>
      <w:r>
        <w:br w:type="page"/>
      </w:r>
    </w:p>
    <w:p>
      <w:pPr>
        <w:spacing w:before="80" w:after="60"/>
      </w:pPr>
      <w:r>
        <w:rPr>
          <w:b/>
          <w:color w:val="0B6E5F"/>
          <w:sz w:val="24"/>
        </w:rPr>
        <w:t>Daily Lesson Plan · 16-dars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Present Continuous</w:t>
            </w:r>
            <w:r>
              <w:rPr>
                <w:b w:val="0"/>
                <w:i w:val="0"/>
                <w:sz w:val="19"/>
              </w:rPr>
              <w:t xml:space="preserve"> (Grammatika: Present Continuous (hozirgi davomli zamon))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Continuous ning darak, inkor, so‘roq shakllari va qisqa javoblarini, -ing imlosini o‘rganib, odamlar hozir yoki shu kunlarda nima qilayotganini aytadi (p. 26, Grammar database 5).</w:t>
            </w:r>
          </w:p>
          <w:p>
            <w:pPr>
              <w:spacing w:after="40"/>
            </w:pPr>
            <w:r>
              <w:rPr>
                <w:b/>
                <w:i w:val="0"/>
                <w:sz w:val="17"/>
              </w:rPr>
              <w:t xml:space="preserve">b) Tarbiyaviy: </w:t>
            </w:r>
            <w:r>
              <w:rPr>
                <w:b w:val="0"/>
                <w:i w:val="0"/>
                <w:sz w:val="17"/>
              </w:rPr>
              <w:t>Atrofdagilarga e’tiborli bo‘lish, telefon orqali odobli muloqot qilish va jamoada hamjihat ishlashni tarbiyalash.</w:t>
            </w:r>
          </w:p>
          <w:p>
            <w:pPr>
              <w:spacing w:after="40"/>
            </w:pPr>
            <w:r>
              <w:rPr>
                <w:b/>
                <w:i w:val="0"/>
                <w:sz w:val="17"/>
              </w:rPr>
              <w:t xml:space="preserve">c) Rivojlantiruvchi: </w:t>
            </w:r>
            <w:r>
              <w:rPr>
                <w:b w:val="0"/>
                <w:i w:val="0"/>
                <w:sz w:val="17"/>
              </w:rPr>
              <w:t>Xatoni topib tuzatish, qoidani «nega?» savoli bilan asoslash va mimika o‘yini orqali tez savol berish ko‘nikmasini rivojlantirish.</w:t>
            </w:r>
          </w:p>
        </w:tc>
        <w:tc>
          <w:tcPr>
            <w:tcW w:type="dxa" w:w="5443"/>
          </w:tcPr>
          <w:p>
            <w:pPr>
              <w:spacing w:after="40"/>
            </w:pPr>
            <w:r/>
            <w:r>
              <w:rPr>
                <w:b/>
                <w:i w:val="0"/>
                <w:sz w:val="17"/>
              </w:rPr>
              <w:t xml:space="preserve">1. Lead-in (Kirish) — 3 daqiqa. </w:t>
            </w:r>
            <w:r>
              <w:rPr>
                <w:b w:val="0"/>
                <w:i w:val="0"/>
                <w:sz w:val="17"/>
              </w:rPr>
              <w:t>Show the boy on p.26: Where is he? What is he doing? (He’s talking on the phone.) Vocabulary sheet and flashcards stay closed.</w:t>
            </w:r>
          </w:p>
          <w:p>
            <w:pPr>
              <w:spacing w:after="40"/>
            </w:pPr>
            <w:r>
              <w:rPr>
                <w:b/>
                <w:i w:val="0"/>
                <w:sz w:val="17"/>
              </w:rPr>
              <w:t xml:space="preserve">2. Form table (Look! box) (Shakllar jadvali (Look!)) — 4 daqiqa. </w:t>
            </w:r>
            <w:r>
              <w:rPr>
                <w:b w:val="0"/>
                <w:i w:val="0"/>
                <w:sz w:val="17"/>
              </w:rPr>
              <w:t>Read the Look! box together, then show the form table slide only (+, −, ?). Do not show the focus or the vocabulary slides yet.</w:t>
            </w:r>
          </w:p>
          <w:p>
            <w:pPr>
              <w:spacing w:after="40"/>
            </w:pPr>
            <w:r>
              <w:rPr>
                <w:b/>
                <w:i w:val="0"/>
                <w:sz w:val="17"/>
              </w:rPr>
              <w:t xml:space="preserve">3. Book p.26 ex.1–2 (test) (Kitob p. 26 ex. 1–2) — 10 daqiqa. </w:t>
            </w:r>
            <w:r>
              <w:rPr>
                <w:b w:val="0"/>
                <w:i w:val="0"/>
                <w:sz w:val="17"/>
              </w:rPr>
              <w:t>Book tasks slide. ex.1 alone, then compare in pairs; ex.2 alone. Books open, word list closed; Grammar database p.147 is for checking.</w:t>
            </w:r>
          </w:p>
          <w:p>
            <w:pPr>
              <w:spacing w:after="40"/>
            </w:pPr>
            <w:r>
              <w:rPr>
                <w:b/>
                <w:i w:val="0"/>
                <w:sz w:val="17"/>
              </w:rPr>
              <w:t xml:space="preserve">4. Book p.26 ex.3 — Matt on the phone (Kitob ex. 3 — Matt telefonda) — 7 daqiqa. </w:t>
            </w:r>
            <w:r>
              <w:rPr>
                <w:b w:val="0"/>
                <w:i w:val="0"/>
                <w:sz w:val="17"/>
              </w:rPr>
              <w:t>Students complete the phone text with the nine verbs; two students read it aloud as a phone call.</w:t>
            </w:r>
          </w:p>
          <w:p>
            <w:pPr>
              <w:spacing w:after="40"/>
            </w:pPr>
            <w:r>
              <w:rPr>
                <w:b/>
                <w:i w:val="0"/>
                <w:sz w:val="17"/>
              </w:rPr>
              <w:t xml:space="preserve">5. Check and teach (Tekshirish va tushuntirish) — 8 daqiqa. </w:t>
            </w:r>
            <w:r>
              <w:rPr>
                <w:b w:val="0"/>
                <w:i w:val="0"/>
                <w:sz w:val="17"/>
              </w:rPr>
              <w:t>Answer key slide: students say WHY (now / around now; am, is or are; spelling). Then the focus slide and ONE card per section A–D (the rest at home with the flashcards); hand out the vocabulary sheet now.</w:t>
            </w:r>
          </w:p>
          <w:p>
            <w:pPr>
              <w:spacing w:after="40"/>
            </w:pPr>
            <w:r>
              <w:rPr>
                <w:b/>
                <w:i w:val="0"/>
                <w:sz w:val="17"/>
              </w:rPr>
              <w:t xml:space="preserve">6. Matching halves (Gap yarmlarini moslash) — 5 daqiqa. </w:t>
            </w:r>
            <w:r>
              <w:rPr>
                <w:b w:val="0"/>
                <w:i w:val="0"/>
                <w:sz w:val="17"/>
              </w:rPr>
              <w:t>Practice slide orally (1 min), then the match-halves worksheet (groups A and B).</w:t>
            </w:r>
          </w:p>
          <w:p>
            <w:pPr>
              <w:spacing w:after="40"/>
            </w:pPr>
            <w:r>
              <w:rPr>
                <w:b/>
                <w:i w:val="0"/>
                <w:sz w:val="17"/>
              </w:rPr>
              <w:t xml:space="preserve">7. Speaking — mime game (Gapirish — mimika o‘yini) — 4 daqiqa. </w:t>
            </w:r>
            <w:r>
              <w:rPr>
                <w:b w:val="0"/>
                <w:i w:val="0"/>
                <w:sz w:val="17"/>
              </w:rPr>
              <w:t>Solutions p.32 ex.7: one student mimes, the partner asks Are you …ing? Then three questions about the classroom.</w:t>
            </w:r>
          </w:p>
          <w:p>
            <w:pPr>
              <w:spacing w:after="40"/>
            </w:pPr>
            <w:r>
              <w:rPr>
                <w:b/>
                <w:i w:val="0"/>
                <w:sz w:val="17"/>
              </w:rPr>
              <w:t xml:space="preserve">8. Reading — Messages from the shopping centre (O‘qish — savdo markazidan xabarlar) — 2 daqiqa. </w:t>
            </w:r>
            <w:r>
              <w:rPr>
                <w:b w:val="0"/>
                <w:i w:val="0"/>
                <w:sz w:val="17"/>
              </w:rPr>
              <w:t>Students read the messages on the lesson page and answer questions 1–3 orally; the audio and questions 4–5 at home.</w:t>
            </w:r>
          </w:p>
          <w:p>
            <w:pPr>
              <w:spacing w:after="40"/>
            </w:pPr>
            <w:r>
              <w:rPr>
                <w:b/>
                <w:i w:val="0"/>
                <w:sz w:val="17"/>
              </w:rPr>
              <w:t xml:space="preserve">9. Wrap-up and homework (Yakun va uyga vazifa) — 2 daqiqa. </w:t>
            </w:r>
            <w:r>
              <w:rPr>
                <w:b w:val="0"/>
                <w:i w:val="0"/>
                <w:sz w:val="17"/>
              </w:rPr>
              <w:t>Memory check slide; correct ‘I am go’ and ‘Do you having fun?’; set homework.</w:t>
            </w:r>
          </w:p>
          <w:p>
            <w:pPr>
              <w:spacing w:after="40"/>
            </w:pPr>
            <w:r>
              <w:rPr>
                <w:b/>
                <w:i w:val="0"/>
                <w:sz w:val="17"/>
              </w:rPr>
              <w:t xml:space="preserve">Metodlar: </w:t>
            </w:r>
            <w:r>
              <w:rPr>
                <w:b w:val="0"/>
                <w:i/>
                <w:sz w:val="17"/>
              </w:rPr>
              <w:t>qoida jadvali bilan ishlash, xatolarni tuzatish, mimika o‘yini, guruhlarda ishlash (A va B)</w:t>
            </w:r>
          </w:p>
        </w:tc>
        <w:tc>
          <w:tcPr>
            <w:tcW w:type="dxa" w:w="2835"/>
          </w:tcPr>
          <w:p>
            <w:pPr>
              <w:spacing w:after="40"/>
            </w:pPr>
            <w:r/>
            <w:r>
              <w:rPr>
                <w:b w:val="0"/>
                <w:i w:val="0"/>
                <w:sz w:val="17"/>
              </w:rPr>
              <w:t>O‘quvchilar dars oxirida:</w:t>
            </w:r>
          </w:p>
          <w:p>
            <w:pPr>
              <w:spacing w:after="40"/>
            </w:pPr>
            <w:r>
              <w:rPr>
                <w:b w:val="0"/>
                <w:i w:val="0"/>
                <w:sz w:val="17"/>
              </w:rPr>
              <w:t>• sakkiz gapdagi xatolarni topib tuzata oladi (ex. 1);</w:t>
            </w:r>
          </w:p>
          <w:p>
            <w:pPr>
              <w:spacing w:after="40"/>
            </w:pPr>
            <w:r>
              <w:rPr>
                <w:b w:val="0"/>
                <w:i w:val="0"/>
                <w:sz w:val="17"/>
              </w:rPr>
              <w:t>• sakkiz gapda fe’lni Present Continuous ga qo‘ya oladi (ex. 2);</w:t>
            </w:r>
          </w:p>
          <w:p>
            <w:pPr>
              <w:spacing w:after="40"/>
            </w:pPr>
            <w:r>
              <w:rPr>
                <w:b w:val="0"/>
                <w:i w:val="0"/>
                <w:sz w:val="17"/>
              </w:rPr>
              <w:t>• Mattning telefon suhbatini to‘qqizta fe’l bilan to‘ldira oladi (ex. 3);</w:t>
            </w:r>
          </w:p>
          <w:p>
            <w:pPr>
              <w:spacing w:after="40"/>
            </w:pPr>
            <w:r>
              <w:rPr>
                <w:b w:val="0"/>
                <w:i w:val="0"/>
                <w:sz w:val="17"/>
              </w:rPr>
              <w:t>• mimika o‘yinida «Are you …ing?» deb so‘ray oladi va javob bera oladi.</w:t>
            </w:r>
          </w:p>
        </w:tc>
        <w:tc>
          <w:tcPr>
            <w:tcW w:type="dxa" w:w="3175"/>
          </w:tcPr>
          <w:p>
            <w:pPr>
              <w:spacing w:after="40"/>
            </w:pPr>
            <w:r/>
            <w:r>
              <w:rPr>
                <w:b w:val="0"/>
                <w:i w:val="0"/>
                <w:sz w:val="17"/>
              </w:rPr>
              <w:t>Laser A1+ SB p. 26 — Grammar 1: Present continuous (Look! qutisi, Use), ex.1 to‘g‘ri gaplarni belgilash va xatoni tuzatish (8 gap), ex.2 fe’lni present continuous’ga qo‘yish (8 gap), ex.3 Matt bilan telefon suhbati (come, go, stand, take, turn, wait, walk, wave, wear); Grammar database 5, p. 147 (shakl, qisqa javoblar, now / right now / at the moment); Solutions Elementary p. 32 (Learn this!: shakl va -ing imlosi, ex.7 mime game) va p. 129 (Grammar Reference 3.1–3.3); Workbook pp. 19–20 ex.1–4</w:t>
            </w:r>
          </w:p>
          <w:p>
            <w:pPr>
              <w:spacing w:after="40"/>
            </w:pPr>
            <w:r>
              <w:rPr>
                <w:b/>
                <w:i w:val="0"/>
                <w:sz w:val="17"/>
              </w:rPr>
              <w:t xml:space="preserve">Jihozlar: </w:t>
            </w:r>
            <w:r>
              <w:rPr>
                <w:b w:val="0"/>
                <w:i w:val="0"/>
                <w:sz w:val="17"/>
              </w:rPr>
              <w:t>Laser A1+ SB p. 26, Grammar database 5 p. 147; slides; vocabulary sheet (29 items), match-halves worksheet and flashcards with audio (sozlar.com/vocab) — handed out only AFTER the book tasks are checked; Workbook pp. 19–20.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pp. 19–20, ex. 1–4.</w:t>
            </w:r>
          </w:p>
          <w:p>
            <w:pPr>
              <w:spacing w:after="40"/>
            </w:pPr>
            <w:r>
              <w:rPr>
                <w:b w:val="0"/>
                <w:i w:val="0"/>
                <w:sz w:val="19"/>
              </w:rPr>
              <w:t>• Learn the 29 items with the flashcards: sozlar.com/vocab/cards/?set=grade7-lesson16</w:t>
            </w:r>
          </w:p>
          <w:p>
            <w:pPr>
              <w:spacing w:after="40"/>
            </w:pPr>
            <w:r>
              <w:rPr>
                <w:b w:val="0"/>
                <w:i w:val="0"/>
                <w:sz w:val="19"/>
              </w:rPr>
              <w:t>• Write six sentences: what three people in your family are doing right now, and what they aren’t doing.</w:t>
            </w:r>
          </w:p>
        </w:tc>
      </w:tr>
    </w:tbl>
    <w:p>
      <w:pPr>
        <w:spacing w:after="40"/>
      </w:pPr>
      <w:r>
        <w:rPr>
          <w:b/>
          <w:sz w:val="18"/>
        </w:rPr>
        <w:t xml:space="preserve">Farqlash: </w:t>
      </w:r>
      <w:r>
        <w:rPr>
          <w:i/>
          <w:sz w:val="18"/>
        </w:rPr>
        <w:t>Fast finishers write five sentences about what their family is doing right now; weaker students do ex.2 with the form table on the board.</w:t>
      </w:r>
    </w:p>
    <w:p>
      <w:r>
        <w:br w:type="page"/>
      </w:r>
    </w:p>
    <w:p>
      <w:pPr>
        <w:spacing w:before="80" w:after="60"/>
      </w:pPr>
      <w:r>
        <w:rPr>
          <w:b/>
          <w:color w:val="0B6E5F"/>
          <w:sz w:val="24"/>
        </w:rPr>
        <w:t>Daily Lesson Plan · 17-dars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Stative Verbs</w:t>
            </w:r>
            <w:r>
              <w:rPr>
                <w:b w:val="0"/>
                <w:i w:val="0"/>
                <w:sz w:val="19"/>
              </w:rPr>
              <w:t xml:space="preserve"> (Grammatika: holat fe’llari (stative verbs))</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Aralash dars (grammatika, lug‘at va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Simple va Present Continuous ni farqlashni, holat fe’llari (like, want, need, know, understand) davomli shaklda ishlatilmasligini o‘rganadi; shakl va o‘lcham so‘zlari bilan buyumni tasvirlaydi (Solutions p. 34, Laser p. 27).</w:t>
            </w:r>
          </w:p>
          <w:p>
            <w:pPr>
              <w:spacing w:after="40"/>
            </w:pPr>
            <w:r>
              <w:rPr>
                <w:b/>
                <w:i w:val="0"/>
                <w:sz w:val="17"/>
              </w:rPr>
              <w:t xml:space="preserve">b) Tarbiyaviy: </w:t>
            </w:r>
            <w:r>
              <w:rPr>
                <w:b w:val="0"/>
                <w:i w:val="0"/>
                <w:sz w:val="17"/>
              </w:rPr>
              <w:t>Xarid paytida o‘z ehtiyoji va xohishini aniq, odob bilan bildirish hamda suhbatdoshni diqqat bilan tinglashni tarbiyalash.</w:t>
            </w:r>
          </w:p>
          <w:p>
            <w:pPr>
              <w:spacing w:after="40"/>
            </w:pPr>
            <w:r>
              <w:rPr>
                <w:b/>
                <w:i w:val="0"/>
                <w:sz w:val="17"/>
              </w:rPr>
              <w:t xml:space="preserve">c) Rivojlantiruvchi: </w:t>
            </w:r>
            <w:r>
              <w:rPr>
                <w:b w:val="0"/>
                <w:i w:val="0"/>
                <w:sz w:val="17"/>
              </w:rPr>
              <w:t>Zamonni vaziyatga qarab tanlash (odat, fakt, hozir, holat), so‘zlarni guruhlash va tinglab aniq ma’lumot ilg‘ash ko‘nikmasini rivojlantirish.</w:t>
            </w:r>
          </w:p>
        </w:tc>
        <w:tc>
          <w:tcPr>
            <w:tcW w:type="dxa" w:w="5443"/>
          </w:tcPr>
          <w:p>
            <w:pPr>
              <w:spacing w:after="40"/>
            </w:pPr>
            <w:r/>
            <w:r>
              <w:rPr>
                <w:b/>
                <w:i w:val="0"/>
                <w:sz w:val="17"/>
              </w:rPr>
              <w:t xml:space="preserve">1. Lead-in (Kirish) — 3 daqiqa. </w:t>
            </w:r>
            <w:r>
              <w:rPr>
                <w:b w:val="0"/>
                <w:i w:val="0"/>
                <w:sz w:val="17"/>
              </w:rPr>
              <w:t>Ask: Do you like shopping? What birthday present do you want? Write two answers on the board (I like… / I want…). Vocabulary sheet stays closed.</w:t>
            </w:r>
          </w:p>
          <w:p>
            <w:pPr>
              <w:spacing w:after="40"/>
            </w:pPr>
            <w:r>
              <w:rPr>
                <w:b/>
                <w:i w:val="0"/>
                <w:sz w:val="17"/>
              </w:rPr>
              <w:t xml:space="preserve">2. Form table (Shakllar jadvali) — 3 daqiqa. </w:t>
            </w:r>
            <w:r>
              <w:rPr>
                <w:b w:val="0"/>
                <w:i w:val="0"/>
                <w:sz w:val="17"/>
              </w:rPr>
              <w:t>Form table slide only (present simple vs present continuous, +, −, ?). Do not show the focus or the vocabulary slides yet.</w:t>
            </w:r>
          </w:p>
          <w:p>
            <w:pPr>
              <w:spacing w:after="40"/>
            </w:pPr>
            <w:r>
              <w:rPr>
                <w:b/>
                <w:i w:val="0"/>
                <w:sz w:val="17"/>
              </w:rPr>
              <w:t xml:space="preserve">3. Book Solutions p.34 ex.2–4 (test) (Solutions p. 34 ex. 2–4) — 8 daqiqa. </w:t>
            </w:r>
            <w:r>
              <w:rPr>
                <w:b w:val="0"/>
                <w:i w:val="0"/>
                <w:sz w:val="17"/>
              </w:rPr>
              <w:t>Book tasks slide. Read the dialogue (ex.2), then ex.3 in pairs and ex.4 alone.</w:t>
            </w:r>
          </w:p>
          <w:p>
            <w:pPr>
              <w:spacing w:after="40"/>
            </w:pPr>
            <w:r>
              <w:rPr>
                <w:b/>
                <w:i w:val="0"/>
                <w:sz w:val="17"/>
              </w:rPr>
              <w:t xml:space="preserve">4. Book p.34 ex.5 (Kitob p. 34 ex. 5) — 4 daqiqa. </w:t>
            </w:r>
            <w:r>
              <w:rPr>
                <w:b w:val="0"/>
                <w:i w:val="0"/>
                <w:sz w:val="17"/>
              </w:rPr>
              <w:t>Students complete the text messages alone, then compare in pairs. Grammar Builder p.128 ex.6 is for fast finishers (or homework).</w:t>
            </w:r>
          </w:p>
          <w:p>
            <w:pPr>
              <w:spacing w:after="40"/>
            </w:pPr>
            <w:r>
              <w:rPr>
                <w:b/>
                <w:i w:val="0"/>
                <w:sz w:val="17"/>
              </w:rPr>
              <w:t xml:space="preserve">5. Check and teach (Tekshirish va tushuntirish) — 6 daqiqa. </w:t>
            </w:r>
            <w:r>
              <w:rPr>
                <w:b w:val="0"/>
                <w:i w:val="0"/>
                <w:sz w:val="17"/>
              </w:rPr>
              <w:t>Answer key slide: students say WHY (habit, fact, now, around now, state verb). Then the focus slide and two cards each from sections A–B (the rest at home with the flashcards). The vocabulary sheet stays closed until after the listening.</w:t>
            </w:r>
          </w:p>
          <w:p>
            <w:pPr>
              <w:spacing w:after="40"/>
            </w:pPr>
            <w:r>
              <w:rPr>
                <w:b/>
                <w:i w:val="0"/>
                <w:sz w:val="17"/>
              </w:rPr>
              <w:t xml:space="preserve">6. Wordpower p.27 ex.1 (Wordpower p. 27 ex. 1) — 3 daqiqa. </w:t>
            </w:r>
            <w:r>
              <w:rPr>
                <w:b w:val="0"/>
                <w:i w:val="0"/>
                <w:sz w:val="17"/>
              </w:rPr>
              <w:t>Wordpower slide first: circular, small and big are done — students sort the other 14 words into shape / size alone (ex.1); then check with the section C–D cards.</w:t>
            </w:r>
          </w:p>
          <w:p>
            <w:pPr>
              <w:spacing w:after="40"/>
            </w:pPr>
            <w:r>
              <w:rPr>
                <w:b/>
                <w:i w:val="0"/>
                <w:sz w:val="17"/>
              </w:rPr>
              <w:t xml:space="preserve">7. Listening p.27 ex.1–2 (Tinglash p. 27 ex. 1–2) — 7 daqiqa. </w:t>
            </w:r>
            <w:r>
              <w:rPr>
                <w:b w:val="0"/>
                <w:i w:val="0"/>
                <w:sz w:val="17"/>
              </w:rPr>
              <w:t>Play the three conversations (player on the lesson page, or read aloud). First ex.1 (what does the customer buy?), then ex.2 (six gaps). Check with the answer key; the script stays closed until the end. Now hand out the vocabulary sheet.</w:t>
            </w:r>
          </w:p>
          <w:p>
            <w:pPr>
              <w:spacing w:after="40"/>
            </w:pPr>
            <w:r>
              <w:rPr>
                <w:b/>
                <w:i w:val="0"/>
                <w:sz w:val="17"/>
              </w:rPr>
              <w:t xml:space="preserve">8. Matching halves (Gap yarmlarini moslash) — 4 daqiqa. </w:t>
            </w:r>
            <w:r>
              <w:rPr>
                <w:b w:val="0"/>
                <w:i w:val="0"/>
                <w:sz w:val="17"/>
              </w:rPr>
              <w:t>Practice slide orally (1 min), then the match-halves worksheet (groups A and B).</w:t>
            </w:r>
          </w:p>
          <w:p>
            <w:pPr>
              <w:spacing w:after="40"/>
            </w:pPr>
            <w:r>
              <w:rPr>
                <w:b/>
                <w:i w:val="0"/>
                <w:sz w:val="17"/>
              </w:rPr>
              <w:t xml:space="preserve">9. Speaking — guess the object (Gapirish — buyumni top) — 5 daqiqa. </w:t>
            </w:r>
            <w:r>
              <w:rPr>
                <w:b w:val="0"/>
                <w:i w:val="0"/>
                <w:sz w:val="17"/>
              </w:rPr>
              <w:t>Wordpower ex.2 in pairs (describe an object with shape, size and state verbs), then ex.3 Talk about you.</w:t>
            </w:r>
          </w:p>
          <w:p>
            <w:pPr>
              <w:spacing w:after="40"/>
            </w:pPr>
            <w:r>
              <w:rPr>
                <w:b/>
                <w:i w:val="0"/>
                <w:sz w:val="17"/>
              </w:rPr>
              <w:t xml:space="preserve">10. Wrap-up and homework (Yakun va uyga vazifa) — 2 daqiqa. </w:t>
            </w:r>
            <w:r>
              <w:rPr>
                <w:b w:val="0"/>
                <w:i w:val="0"/>
                <w:sz w:val="17"/>
              </w:rPr>
              <w:t>Memory check slide; correct ‘I’m wanting’ and ‘I’m knowing’; set homework.</w:t>
            </w:r>
          </w:p>
          <w:p>
            <w:pPr>
              <w:spacing w:after="40"/>
            </w:pPr>
            <w:r>
              <w:rPr>
                <w:b/>
                <w:i w:val="0"/>
                <w:sz w:val="17"/>
              </w:rPr>
              <w:t xml:space="preserve">Metodlar: </w:t>
            </w:r>
            <w:r>
              <w:rPr>
                <w:b w:val="0"/>
                <w:i/>
                <w:sz w:val="17"/>
              </w:rPr>
              <w:t>qiyosiy jadval (ikki zamon), so‘zlarni guruhlash, tinglash (aniq ma’lumot), «Buyumni top» o‘yini</w:t>
            </w:r>
          </w:p>
        </w:tc>
        <w:tc>
          <w:tcPr>
            <w:tcW w:type="dxa" w:w="2835"/>
          </w:tcPr>
          <w:p>
            <w:pPr>
              <w:spacing w:after="40"/>
            </w:pPr>
            <w:r/>
            <w:r>
              <w:rPr>
                <w:b w:val="0"/>
                <w:i w:val="0"/>
                <w:sz w:val="17"/>
              </w:rPr>
              <w:t>O‘quvchilar dars oxirida:</w:t>
            </w:r>
          </w:p>
          <w:p>
            <w:pPr>
              <w:spacing w:after="40"/>
            </w:pPr>
            <w:r>
              <w:rPr>
                <w:b w:val="0"/>
                <w:i w:val="0"/>
                <w:sz w:val="17"/>
              </w:rPr>
              <w:t>• Learn this! (a–e) qutisini va yetti gapni to‘g‘ri zamon bilan to‘ldira oladi (Solutions p. 34 ex. 3–4);</w:t>
            </w:r>
          </w:p>
          <w:p>
            <w:pPr>
              <w:spacing w:after="40"/>
            </w:pPr>
            <w:r>
              <w:rPr>
                <w:b w:val="0"/>
                <w:i w:val="0"/>
                <w:sz w:val="17"/>
              </w:rPr>
              <w:t>• SMS yozishmasini to‘qqizta fe’l bilan to‘ldira oladi (ex. 5);</w:t>
            </w:r>
          </w:p>
          <w:p>
            <w:pPr>
              <w:spacing w:after="40"/>
            </w:pPr>
            <w:r>
              <w:rPr>
                <w:b w:val="0"/>
                <w:i w:val="0"/>
                <w:sz w:val="17"/>
              </w:rPr>
              <w:t>• 14 ta shakl va o‘lcham so‘zini guruhlab, buyumni sherigi topishi uchun tasvirlay oladi (Laser p. 27 Wordpower);</w:t>
            </w:r>
          </w:p>
          <w:p>
            <w:pPr>
              <w:spacing w:after="40"/>
            </w:pPr>
            <w:r>
              <w:rPr>
                <w:b w:val="0"/>
                <w:i w:val="0"/>
                <w:sz w:val="17"/>
              </w:rPr>
              <w:t>• tinglab uchta xaridor nima sotib olganini aniqlay oladi va oltita gapni to‘ldira oladi (Listening ex. 1–2).</w:t>
            </w:r>
          </w:p>
        </w:tc>
        <w:tc>
          <w:tcPr>
            <w:tcW w:type="dxa" w:w="3175"/>
          </w:tcPr>
          <w:p>
            <w:pPr>
              <w:spacing w:after="40"/>
            </w:pPr>
            <w:r/>
            <w:r>
              <w:rPr>
                <w:b w:val="0"/>
                <w:i w:val="0"/>
                <w:sz w:val="17"/>
              </w:rPr>
              <w:t>Solutions Elementary SB p. 34 — 3D Contrast: present simple and present continuous (Claire va Billy telefon suhbati ex.2, Learn this! a–e ex.3, ex.4 yetti gap, ex.5 SMS: buy, do, know, look, love, get, prefer, read), Grammar Builder 3D p. 128 ex.6, Grammar Reference 3.4–3.5 p. 129 (stative verbs: believe, hate, know, like, love, mean, need, prefer, understand, want). Laser A1+ da stative verbs bo‘limi yo‘q; Laser A1+ SB p. 27 — Wordpower (shape / size, describe an object), Listening ex.1–2 (uch suhbat — kitob CD 8 o‘rniga o‘zimizning matn), ex.3 Talk about you; Workbook p. 20 ex.1–2</w:t>
            </w:r>
          </w:p>
          <w:p>
            <w:pPr>
              <w:spacing w:after="40"/>
            </w:pPr>
            <w:r>
              <w:rPr>
                <w:b/>
                <w:i w:val="0"/>
                <w:sz w:val="17"/>
              </w:rPr>
              <w:t xml:space="preserve">Jihozlar: </w:t>
            </w:r>
            <w:r>
              <w:rPr>
                <w:b w:val="0"/>
                <w:i w:val="0"/>
                <w:sz w:val="17"/>
              </w:rPr>
              <w:t>Solutions Elementary SB p. 34, Grammar Builder and Reference pp. 128–129 (photocopy or slide); Laser A1+ SB p. 27; slides; listening script with audio on the lesson page (the book CD 8 is not available); vocabulary sheet (35 items), match-halves worksheet and flashcards with audio (sozlar.com/vocab) — handed out only AFTER the listening (p. 27);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A1+ Workbook p. 20, ex. 1–2. Note: the Workbook Listening on p. 20 needs CD Track 3, which we don’t have — skip it.</w:t>
            </w:r>
          </w:p>
          <w:p>
            <w:pPr>
              <w:spacing w:after="40"/>
            </w:pPr>
            <w:r>
              <w:rPr>
                <w:b w:val="0"/>
                <w:i w:val="0"/>
                <w:sz w:val="19"/>
              </w:rPr>
              <w:t>• Grammar Builder 3D, Solutions p. 128 ex. 6 (if you didn’t do it in class).</w:t>
            </w:r>
          </w:p>
          <w:p>
            <w:pPr>
              <w:spacing w:after="40"/>
            </w:pPr>
            <w:r>
              <w:rPr>
                <w:b w:val="0"/>
                <w:i w:val="0"/>
                <w:sz w:val="19"/>
              </w:rPr>
              <w:t>• Learn the 35 items with the flashcards: sozlar.com/vocab/cards/?set=grade7-lesson17</w:t>
            </w:r>
          </w:p>
          <w:p>
            <w:pPr>
              <w:spacing w:after="40"/>
            </w:pPr>
            <w:r>
              <w:rPr>
                <w:b w:val="0"/>
                <w:i w:val="0"/>
                <w:sz w:val="19"/>
              </w:rPr>
              <w:t>• Write six sentences about you and your family: three with state verbs (I like, I need, my dad knows…) and three about what you are doing this week.</w:t>
            </w:r>
          </w:p>
        </w:tc>
      </w:tr>
    </w:tbl>
    <w:p>
      <w:pPr>
        <w:spacing w:after="40"/>
      </w:pPr>
      <w:r>
        <w:rPr>
          <w:b/>
          <w:sz w:val="18"/>
        </w:rPr>
        <w:t xml:space="preserve">Farqlash: </w:t>
      </w:r>
      <w:r>
        <w:rPr>
          <w:i/>
          <w:sz w:val="18"/>
        </w:rPr>
        <w:t>Fast finishers write three pairs like Grammar Builder ex.6 (one simple, one continuous) with think, have and look; weaker students do ex.4 with the list of state verbs on the board.</w:t>
      </w:r>
    </w:p>
    <w:p>
      <w:r>
        <w:br w:type="page"/>
      </w:r>
    </w:p>
    <w:p>
      <w:pPr>
        <w:spacing w:before="80" w:after="60"/>
      </w:pPr>
      <w:r>
        <w:rPr>
          <w:b/>
          <w:color w:val="0B6E5F"/>
          <w:sz w:val="24"/>
        </w:rPr>
        <w:t>Daily Lesson Plan · 18-dars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Talking about What People Are Doing</w:t>
            </w:r>
            <w:r>
              <w:rPr>
                <w:b w:val="0"/>
                <w:i w:val="0"/>
                <w:sz w:val="19"/>
              </w:rPr>
              <w:t xml:space="preserve"> (Odamlar hozir nima qilayotgani haqida gapirish)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tanish odamlari hozir qayerda va nima qilayotganini taxmin bilan aytishni (I think / maybe / probably), kunning boshqa vaqtlari (8 a.m. / 8 p.m.) haqida gapirishni o‘rganadi (p. 28, Phrase Bank).</w:t>
            </w:r>
          </w:p>
          <w:p>
            <w:pPr>
              <w:spacing w:after="40"/>
            </w:pPr>
            <w:r>
              <w:rPr>
                <w:b/>
                <w:i w:val="0"/>
                <w:sz w:val="17"/>
              </w:rPr>
              <w:t xml:space="preserve">b) Tarbiyaviy: </w:t>
            </w:r>
            <w:r>
              <w:rPr>
                <w:b w:val="0"/>
                <w:i w:val="0"/>
                <w:sz w:val="17"/>
              </w:rPr>
              <w:t>Oila a’zolari va yaqinlarining mehnatini qadrlash, ularga g‘amxo‘rlik bilan qarashni tarbiyalash.</w:t>
            </w:r>
          </w:p>
          <w:p>
            <w:pPr>
              <w:spacing w:after="40"/>
            </w:pPr>
            <w:r>
              <w:rPr>
                <w:b/>
                <w:i w:val="0"/>
                <w:sz w:val="17"/>
              </w:rPr>
              <w:t xml:space="preserve">c) Rivojlantiruvchi: </w:t>
            </w:r>
            <w:r>
              <w:rPr>
                <w:b w:val="0"/>
                <w:i w:val="0"/>
                <w:sz w:val="17"/>
              </w:rPr>
              <w:t>Taxmin qilish, fikrni yumshoq ifodalash va we’re, where, were, wear so‘zlarini eshitib farqlash ko‘nikmasini rivojlantirish.</w:t>
            </w:r>
          </w:p>
        </w:tc>
        <w:tc>
          <w:tcPr>
            <w:tcW w:type="dxa" w:w="5443"/>
          </w:tcPr>
          <w:p>
            <w:pPr>
              <w:spacing w:after="40"/>
            </w:pPr>
            <w:r/>
            <w:r>
              <w:rPr>
                <w:b/>
                <w:i w:val="0"/>
                <w:sz w:val="17"/>
              </w:rPr>
              <w:t xml:space="preserve">1. Lead-in (Kirish) — 3 daqiqa. </w:t>
            </w:r>
            <w:r>
              <w:rPr>
                <w:b w:val="0"/>
                <w:i w:val="0"/>
                <w:sz w:val="17"/>
              </w:rPr>
              <w:t>Show the title photo. Ask: Where are these people? What are they doing? Then: Where is your mum now?</w:t>
            </w:r>
          </w:p>
          <w:p>
            <w:pPr>
              <w:spacing w:after="40"/>
            </w:pPr>
            <w:r>
              <w:rPr>
                <w:b/>
                <w:i w:val="0"/>
                <w:sz w:val="17"/>
              </w:rPr>
              <w:t xml:space="preserve">2. Book ex.1 — Where are they now? (Kitob ex. 1 — ular hozir qayerda?) — 5 daqiqa. </w:t>
            </w:r>
            <w:r>
              <w:rPr>
                <w:b w:val="0"/>
                <w:i w:val="0"/>
                <w:sz w:val="17"/>
              </w:rPr>
              <w:t>Book task slide: students write five names and a place for each. Not people from the English class.</w:t>
            </w:r>
          </w:p>
          <w:p>
            <w:pPr>
              <w:spacing w:after="40"/>
            </w:pPr>
            <w:r>
              <w:rPr>
                <w:b/>
                <w:i w:val="0"/>
                <w:sz w:val="17"/>
              </w:rPr>
              <w:t xml:space="preserve">3. Vocabulary A–C (Lug‘at A–C) — 7 daqiqa. </w:t>
            </w:r>
            <w:r>
              <w:rPr>
                <w:b w:val="0"/>
                <w:i w:val="0"/>
                <w:sz w:val="17"/>
              </w:rPr>
              <w:t>Present sections A (places), B (what are they doing?) and C (jobs at home) with audio; students mime the actions in B and C.</w:t>
            </w:r>
          </w:p>
          <w:p>
            <w:pPr>
              <w:spacing w:after="40"/>
            </w:pPr>
            <w:r>
              <w:rPr>
                <w:b/>
                <w:i w:val="0"/>
                <w:sz w:val="17"/>
              </w:rPr>
              <w:t xml:space="preserve">4. Book ex.2 + Phrase Bank (Kitob ex. 2 + Phrase Bank) — 7 daqiqa. </w:t>
            </w:r>
            <w:r>
              <w:rPr>
                <w:b w:val="0"/>
                <w:i w:val="0"/>
                <w:sz w:val="17"/>
              </w:rPr>
              <w:t>Book task slide, then the Phrase Bank slide. Model: My mum is working. I think she’s writing an email. Pairs talk about their five people.</w:t>
            </w:r>
          </w:p>
          <w:p>
            <w:pPr>
              <w:spacing w:after="40"/>
            </w:pPr>
            <w:r>
              <w:rPr>
                <w:b/>
                <w:i w:val="0"/>
                <w:sz w:val="17"/>
              </w:rPr>
              <w:t xml:space="preserve">5. SoundSpot (p.28) (SoundSpot (p. 28)) — 5 daqiqa. </w:t>
            </w:r>
            <w:r>
              <w:rPr>
                <w:b w:val="0"/>
                <w:i w:val="0"/>
                <w:sz w:val="17"/>
              </w:rPr>
              <w:t>Pronunciation slide: say we’re, where, were, wear; students tick the two that sound the same. Check with the key slide, then drill the two sentences (ex.2).</w:t>
            </w:r>
          </w:p>
          <w:p>
            <w:pPr>
              <w:spacing w:after="40"/>
            </w:pPr>
            <w:r>
              <w:rPr>
                <w:b/>
                <w:i w:val="0"/>
                <w:sz w:val="17"/>
              </w:rPr>
              <w:t xml:space="preserve">6. Matching halves (Gap yarmlarini moslash) — 6 daqiqa. </w:t>
            </w:r>
            <w:r>
              <w:rPr>
                <w:b w:val="0"/>
                <w:i w:val="0"/>
                <w:sz w:val="17"/>
              </w:rPr>
              <w:t>Practice slide orally (2 min), then the match-halves worksheet (Group A and B, then swap).</w:t>
            </w:r>
          </w:p>
          <w:p>
            <w:pPr>
              <w:spacing w:after="40"/>
            </w:pPr>
            <w:r>
              <w:rPr>
                <w:b/>
                <w:i w:val="0"/>
                <w:sz w:val="17"/>
              </w:rPr>
              <w:t xml:space="preserve">7. Speaking — ex.3: a different time of day (Gapirish — kunning boshqa vaqti (ex. 3)) — 7 daqiqa. </w:t>
            </w:r>
            <w:r>
              <w:rPr>
                <w:b w:val="0"/>
                <w:i w:val="0"/>
                <w:sz w:val="17"/>
              </w:rPr>
              <w:t>Speaking slide: first 8 a.m., then 8 p.m. The partner guesses before the speaker tells. Monitor ‘My mum working’ and ‘at the work’.</w:t>
            </w:r>
          </w:p>
          <w:p>
            <w:pPr>
              <w:spacing w:after="40"/>
            </w:pPr>
            <w:r>
              <w:rPr>
                <w:b/>
                <w:i w:val="0"/>
                <w:sz w:val="17"/>
              </w:rPr>
              <w:t xml:space="preserve">8. Reading — Madina’s evening (O‘qish — Madinaning oqshomi) — 3 daqiqa. </w:t>
            </w:r>
            <w:r>
              <w:rPr>
                <w:b w:val="0"/>
                <w:i w:val="0"/>
                <w:sz w:val="17"/>
              </w:rPr>
              <w:t>Students read (or listen to) Madina’s text on the lesson page and answer the five questions. It is the model for the homework.</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Phrase Bank bilan ishlash, juftlikda gapirish, talaffuz mashqi (SoundSpot), mimika, guruhlarda ishlash (A va B)</w:t>
            </w:r>
          </w:p>
        </w:tc>
        <w:tc>
          <w:tcPr>
            <w:tcW w:type="dxa" w:w="2835"/>
          </w:tcPr>
          <w:p>
            <w:pPr>
              <w:spacing w:after="40"/>
            </w:pPr>
            <w:r/>
            <w:r>
              <w:rPr>
                <w:b w:val="0"/>
                <w:i w:val="0"/>
                <w:sz w:val="17"/>
              </w:rPr>
              <w:t>O‘quvchilar dars oxirida:</w:t>
            </w:r>
          </w:p>
          <w:p>
            <w:pPr>
              <w:spacing w:after="40"/>
            </w:pPr>
            <w:r>
              <w:rPr>
                <w:b w:val="0"/>
                <w:i w:val="0"/>
                <w:sz w:val="17"/>
              </w:rPr>
              <w:t>• beshta tanish odamni va ular hozir qayerdaligini yoza oladi (p. 28 ex. 1);</w:t>
            </w:r>
          </w:p>
          <w:p>
            <w:pPr>
              <w:spacing w:after="40"/>
            </w:pPr>
            <w:r>
              <w:rPr>
                <w:b w:val="0"/>
                <w:i w:val="0"/>
                <w:sz w:val="17"/>
              </w:rPr>
              <w:t>• sherigiga har biri nima qilayotganini I think / maybe / probably bilan ayta oladi (ex. 2);</w:t>
            </w:r>
          </w:p>
          <w:p>
            <w:pPr>
              <w:spacing w:after="40"/>
            </w:pPr>
            <w:r>
              <w:rPr>
                <w:b w:val="0"/>
                <w:i w:val="0"/>
                <w:sz w:val="17"/>
              </w:rPr>
              <w:t>• o‘zi va oilasi soat 8 da ertalab va kechqurun nima qilayotganini ayta oladi (ex. 3);</w:t>
            </w:r>
          </w:p>
          <w:p>
            <w:pPr>
              <w:spacing w:after="40"/>
            </w:pPr>
            <w:r>
              <w:rPr>
                <w:b w:val="0"/>
                <w:i w:val="0"/>
                <w:sz w:val="17"/>
              </w:rPr>
              <w:t>• we’re, where, were, wear dan bir xil eshitiladigan ikkitasini topa oladi (SoundSpot).</w:t>
            </w:r>
          </w:p>
        </w:tc>
        <w:tc>
          <w:tcPr>
            <w:tcW w:type="dxa" w:w="3175"/>
          </w:tcPr>
          <w:p>
            <w:pPr>
              <w:spacing w:after="40"/>
            </w:pPr>
            <w:r/>
            <w:r>
              <w:rPr>
                <w:b w:val="0"/>
                <w:i w:val="0"/>
                <w:sz w:val="17"/>
              </w:rPr>
              <w:t>Laser A1+ SB p. 28 — Speaking: ex.1 besh tanish kishining ismi va ular hozir qayerda (namuna: Mum — At work), ex.2 juftingizga har biri hozir nima qilayotganini ayting (My mum is working. She’s writing an email.), ex.3 boshqa vaqt: soat 8 ertalab / 8 kechqurun; Phrase Bank «Talking about what people are doing»; SoundSpot ex.1 (we’re · where · were · wear — qaysi ikkitasi bir xil eshitiladi), ex.2 (We’re wearing the same clothes! / Where were you?). Kitob audiosi (9–10) yo‘q — o‘qituvchi aytadi yoki kartalar audiosi. Grammar database 5 p. 147 (now, right now, at the moment — kartalari 16-darsda); Solutions Elementary p. 11 (1C Housework, ex.4/10), p. 35 ex.1 (Describe the photo: What are they doing?). Uyga: oila a’zolari hozir nima qilayotgani haqida 6–8 gap</w:t>
            </w:r>
          </w:p>
          <w:p>
            <w:pPr>
              <w:spacing w:after="40"/>
            </w:pPr>
            <w:r>
              <w:rPr>
                <w:b/>
                <w:i w:val="0"/>
                <w:sz w:val="17"/>
              </w:rPr>
              <w:t xml:space="preserve">Jihozlar: </w:t>
            </w:r>
            <w:r>
              <w:rPr>
                <w:b w:val="0"/>
                <w:i w:val="0"/>
                <w:sz w:val="17"/>
              </w:rPr>
              <w:t>Vocabulary sheet (28 items), matching worksheet (Groups A and B), slides, flashcards with audio (sozlar.com/vocab); Madina’s text with audio on the lesson page; Laser A1+ SB p. 28 (the book CD tracks 9–10 are not available — the teacher models the SoundSpot words).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6–8 sentences about what your family members are doing now (kalendar reja).</w:t>
            </w:r>
          </w:p>
          <w:p>
            <w:pPr>
              <w:spacing w:after="40"/>
            </w:pPr>
            <w:r>
              <w:rPr>
                <w:b w:val="0"/>
                <w:i w:val="0"/>
                <w:sz w:val="19"/>
              </w:rPr>
              <w:t>• Learn the 28 items with the flashcards: sozlar.com/vocab/cards/?set=grade7-lesson18</w:t>
            </w:r>
          </w:p>
          <w:p>
            <w:pPr>
              <w:spacing w:after="40"/>
            </w:pPr>
            <w:r>
              <w:rPr>
                <w:b w:val="0"/>
                <w:i w:val="0"/>
                <w:sz w:val="19"/>
              </w:rPr>
              <w:t>• Read Madina’s text again and listen to the audio on the lesson page.</w:t>
            </w:r>
          </w:p>
        </w:tc>
      </w:tr>
    </w:tbl>
    <w:p>
      <w:pPr>
        <w:spacing w:after="40"/>
      </w:pPr>
      <w:r>
        <w:rPr>
          <w:b/>
          <w:sz w:val="18"/>
        </w:rPr>
        <w:t xml:space="preserve">Farqlash: </w:t>
      </w:r>
      <w:r>
        <w:rPr>
          <w:i/>
          <w:sz w:val="18"/>
        </w:rPr>
        <w:t>Kuchli o‘quvchilar ex.3 ga uchinchi vaqt qo‘shadi (soat 2 kunduzi) va har kishi haqida ikki gap aytadi; kuchsizlarga Phrase Bank kartochkasi va A bo‘limidagi joylar ro‘yxati beriladi.</w:t>
      </w:r>
    </w:p>
    <w:p>
      <w:r>
        <w:br w:type="page"/>
      </w:r>
    </w:p>
    <w:p>
      <w:pPr>
        <w:spacing w:before="80" w:after="60"/>
      </w:pPr>
      <w:r>
        <w:rPr>
          <w:b/>
          <w:color w:val="0B6E5F"/>
          <w:sz w:val="24"/>
        </w:rPr>
        <w:t>Daily Lesson Plan · 19-dars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Pronouns</w:t>
            </w:r>
            <w:r>
              <w:rPr>
                <w:b w:val="0"/>
                <w:i w:val="0"/>
                <w:sz w:val="19"/>
              </w:rPr>
              <w:t xml:space="preserve"> (Olmoshlar: me, myself, this, those)</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otni takrorlamaslik uchun to‘ldiruvchi olmoshlar (me, him, us), o‘zlik olmoshlari (myself, yourself) va ko‘rsatish olmoshlarini (this / that / these / those) qo‘llashni o‘rganadi (p. 29, Grammar database 6).</w:t>
            </w:r>
          </w:p>
          <w:p>
            <w:pPr>
              <w:spacing w:after="40"/>
            </w:pPr>
            <w:r>
              <w:rPr>
                <w:b/>
                <w:i w:val="0"/>
                <w:sz w:val="17"/>
              </w:rPr>
              <w:t xml:space="preserve">b) Tarbiyaviy: </w:t>
            </w:r>
            <w:r>
              <w:rPr>
                <w:b w:val="0"/>
                <w:i w:val="0"/>
                <w:sz w:val="17"/>
              </w:rPr>
              <w:t>Do‘konda sotuvchi va xaridor sifatida xushmuomala bo‘lish, kattalarga yordam berish odobini tarbiyalash.</w:t>
            </w:r>
          </w:p>
          <w:p>
            <w:pPr>
              <w:spacing w:after="40"/>
            </w:pPr>
            <w:r>
              <w:rPr>
                <w:b/>
                <w:i w:val="0"/>
                <w:sz w:val="17"/>
              </w:rPr>
              <w:t xml:space="preserve">c) Rivojlantiruvchi: </w:t>
            </w:r>
            <w:r>
              <w:rPr>
                <w:b w:val="0"/>
                <w:i w:val="0"/>
                <w:sz w:val="17"/>
              </w:rPr>
              <w:t>Olmoshni ot bilan son va shaxsda moslashtirish, yaqin va uzoqni farqlash hamda rolli dialog orqali og‘zaki nutqni rivojlantirish.</w:t>
            </w:r>
          </w:p>
        </w:tc>
        <w:tc>
          <w:tcPr>
            <w:tcW w:type="dxa" w:w="5443"/>
          </w:tcPr>
          <w:p>
            <w:pPr>
              <w:spacing w:after="40"/>
            </w:pPr>
            <w:r/>
            <w:r>
              <w:rPr>
                <w:b/>
                <w:i w:val="0"/>
                <w:sz w:val="17"/>
              </w:rPr>
              <w:t xml:space="preserve">1. Lead-in (Kirish) — 3 daqiqa. </w:t>
            </w:r>
            <w:r>
              <w:rPr>
                <w:b w:val="0"/>
                <w:i w:val="0"/>
                <w:sz w:val="17"/>
              </w:rPr>
              <w:t>Hold up an exercise book and point at a shopping bag far away: Is this your exercise book? Is that your shopping bag? Write the Look! box sentences on the board. Vocabulary sheet and flashcards stay closed.</w:t>
            </w:r>
          </w:p>
          <w:p>
            <w:pPr>
              <w:spacing w:after="40"/>
            </w:pPr>
            <w:r>
              <w:rPr>
                <w:b/>
                <w:i w:val="0"/>
                <w:sz w:val="17"/>
              </w:rPr>
              <w:t xml:space="preserve">2. Form table (Shakllar jadvali) — 4 daqiqa. </w:t>
            </w:r>
            <w:r>
              <w:rPr>
                <w:b w:val="0"/>
                <w:i w:val="0"/>
                <w:sz w:val="17"/>
              </w:rPr>
              <w:t>Form table slide only (object, reflexive, this / that / these / those). Do not show the focus or vocabulary slides yet.</w:t>
            </w:r>
          </w:p>
          <w:p>
            <w:pPr>
              <w:spacing w:after="40"/>
            </w:pPr>
            <w:r>
              <w:rPr>
                <w:b/>
                <w:i w:val="0"/>
                <w:sz w:val="17"/>
              </w:rPr>
              <w:t xml:space="preserve">3. Book p.29 Look! + ex.1–3 (test) (Kitob p. 29 Look! + ex. 1–3) — 14 daqiqa. </w:t>
            </w:r>
            <w:r>
              <w:rPr>
                <w:b w:val="0"/>
                <w:i w:val="0"/>
                <w:sz w:val="17"/>
              </w:rPr>
              <w:t>Book tasks slide. Look! box together, then ex.1 and ex.2 alone, ex.3 in pairs. The Grammar database is for checking.</w:t>
            </w:r>
          </w:p>
          <w:p>
            <w:pPr>
              <w:spacing w:after="40"/>
            </w:pPr>
            <w:r>
              <w:rPr>
                <w:b/>
                <w:i w:val="0"/>
                <w:sz w:val="17"/>
              </w:rPr>
              <w:t xml:space="preserve">4. Check and teach (Tekshirish va tushuntirish) — 7 daqiqa. </w:t>
            </w:r>
            <w:r>
              <w:rPr>
                <w:b w:val="0"/>
                <w:i w:val="0"/>
                <w:sz w:val="17"/>
              </w:rPr>
              <w:t>Answer key slide: students say WHY for each answer. Then the focus slide and card sections A–C with audio; hand out the vocabulary sheet now.</w:t>
            </w:r>
          </w:p>
          <w:p>
            <w:pPr>
              <w:spacing w:after="40"/>
            </w:pPr>
            <w:r>
              <w:rPr>
                <w:b/>
                <w:i w:val="0"/>
                <w:sz w:val="17"/>
              </w:rPr>
              <w:t xml:space="preserve">5. Practice + Matching halves (Mashq + gap yarmlarini moslash) — 6 daqiqa. </w:t>
            </w:r>
            <w:r>
              <w:rPr>
                <w:b w:val="0"/>
                <w:i w:val="0"/>
                <w:sz w:val="17"/>
              </w:rPr>
              <w:t>Practice slide orally (2 min), then the match-halves worksheet (Group A and B, then swap). Each ending fits only one beginning — the pronoun must agree.</w:t>
            </w:r>
          </w:p>
          <w:p>
            <w:pPr>
              <w:spacing w:after="40"/>
            </w:pPr>
            <w:r>
              <w:rPr>
                <w:b/>
                <w:i w:val="0"/>
                <w:sz w:val="17"/>
              </w:rPr>
              <w:t xml:space="preserve">6. Speaking — in the shop (Gapirish — do‘konda) — 6 daqiqa. </w:t>
            </w:r>
            <w:r>
              <w:rPr>
                <w:b w:val="0"/>
                <w:i w:val="0"/>
                <w:sz w:val="17"/>
              </w:rPr>
              <w:t>Pairs act out the shop dialogue (customer / shop assistant) with this / that / these / those; then the ‘Whose is it?’ round.</w:t>
            </w:r>
          </w:p>
          <w:p>
            <w:pPr>
              <w:spacing w:after="40"/>
            </w:pPr>
            <w:r>
              <w:rPr>
                <w:b/>
                <w:i w:val="0"/>
                <w:sz w:val="17"/>
              </w:rPr>
              <w:t xml:space="preserve">7. Reading — At the market with Grandma (O‘qish — buvim bilan bozorda) — 3 daqiqa. </w:t>
            </w:r>
            <w:r>
              <w:rPr>
                <w:b w:val="0"/>
                <w:i w:val="0"/>
                <w:sz w:val="17"/>
              </w:rPr>
              <w:t>Students read (or listen to) the text on the lesson page and answer the five questions.</w:t>
            </w:r>
          </w:p>
          <w:p>
            <w:pPr>
              <w:spacing w:after="40"/>
            </w:pPr>
            <w:r>
              <w:rPr>
                <w:b/>
                <w:i w:val="0"/>
                <w:sz w:val="17"/>
              </w:rPr>
              <w:t xml:space="preserve">8.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qoida jadvali bilan ishlash, real buyumlar bilan ko‘rsatish, rolli o‘yin (do‘konda), guruhlarda ishlash (A va B)</w:t>
            </w:r>
          </w:p>
        </w:tc>
        <w:tc>
          <w:tcPr>
            <w:tcW w:type="dxa" w:w="2835"/>
          </w:tcPr>
          <w:p>
            <w:pPr>
              <w:spacing w:after="40"/>
            </w:pPr>
            <w:r/>
            <w:r>
              <w:rPr>
                <w:b w:val="0"/>
                <w:i w:val="0"/>
                <w:sz w:val="17"/>
              </w:rPr>
              <w:t>O‘quvchilar dars oxirida:</w:t>
            </w:r>
          </w:p>
          <w:p>
            <w:pPr>
              <w:spacing w:after="40"/>
            </w:pPr>
            <w:r>
              <w:rPr>
                <w:b w:val="0"/>
                <w:i w:val="0"/>
                <w:sz w:val="17"/>
              </w:rPr>
              <w:t>• Look! qutisidagi olmoshlarni topib, A, B yoki C dan to‘g‘risini tanlay oladi (p. 29 ex. 1);</w:t>
            </w:r>
          </w:p>
          <w:p>
            <w:pPr>
              <w:spacing w:after="40"/>
            </w:pPr>
            <w:r>
              <w:rPr>
                <w:b w:val="0"/>
                <w:i w:val="0"/>
                <w:sz w:val="17"/>
              </w:rPr>
              <w:t>• sakkiz gapga to‘g‘ri to‘ldiruvchi yoki o‘zlik olmoshini yoza oladi (ex. 2);</w:t>
            </w:r>
          </w:p>
          <w:p>
            <w:pPr>
              <w:spacing w:after="40"/>
            </w:pPr>
            <w:r>
              <w:rPr>
                <w:b w:val="0"/>
                <w:i w:val="0"/>
                <w:sz w:val="17"/>
              </w:rPr>
              <w:t>• do‘kondagi dialogni yettita olmosh bilan to‘ldira oladi (ex. 3);</w:t>
            </w:r>
          </w:p>
          <w:p>
            <w:pPr>
              <w:spacing w:after="40"/>
            </w:pPr>
            <w:r>
              <w:rPr>
                <w:b w:val="0"/>
                <w:i w:val="0"/>
                <w:sz w:val="17"/>
              </w:rPr>
              <w:t>• this / that / these / those bilan qisqa xarid dialogini ijro eta oladi.</w:t>
            </w:r>
          </w:p>
        </w:tc>
        <w:tc>
          <w:tcPr>
            <w:tcW w:type="dxa" w:w="3175"/>
          </w:tcPr>
          <w:p>
            <w:pPr>
              <w:spacing w:after="40"/>
            </w:pPr>
            <w:r/>
            <w:r>
              <w:rPr>
                <w:b w:val="0"/>
                <w:i w:val="0"/>
                <w:sz w:val="17"/>
              </w:rPr>
              <w:t>Laser A1+ SB p. 29 — Grammar 2: Pronouns: Look! (I need a new paintbrush. Can you show us some more? How much is this? I like those! How much are they? Are you enjoying yourself?), Use (otni takrorlamaslik uchun olmosh), ex.1 A/B/C tanlash (6 gap), ex.2 qalin so‘z asosida olmosh yozish (8 gap), ex.3 do‘kondagi dialog (me · yourself · I · those · you · this · myself); Grammar database 6 p. 147 (subject / object / reflexive / demonstrative jadvali, Quick check); Solutions Elementary p. 7 (Learn this! this / that / these / those, ex.8), p. 123 (Grammar Reference I.11), p. 133 (Grammar Reference 5.4: object pronoun after than); Workbook pp. 21–22 ex. 1–4</w:t>
            </w:r>
          </w:p>
          <w:p>
            <w:pPr>
              <w:spacing w:after="40"/>
            </w:pPr>
            <w:r>
              <w:rPr>
                <w:b/>
                <w:i w:val="0"/>
                <w:sz w:val="17"/>
              </w:rPr>
              <w:t xml:space="preserve">Jihozlar: </w:t>
            </w:r>
            <w:r>
              <w:rPr>
                <w:b w:val="0"/>
                <w:i w:val="0"/>
                <w:sz w:val="17"/>
              </w:rPr>
              <w:t>Laser A1+ SB p. 29, Grammar database 6 p. 147; slides; vocabulary sheet (26 items) and flashcards with audio (sozlar.com/vocab) — handed out only AFTER the book tasks are checked; matching worksheet (Groups A and B); Workbook pp. 21–22.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21–22, ex. 1–4 (kalendar reja).</w:t>
            </w:r>
          </w:p>
          <w:p>
            <w:pPr>
              <w:spacing w:after="40"/>
            </w:pPr>
            <w:r>
              <w:rPr>
                <w:b w:val="0"/>
                <w:i w:val="0"/>
                <w:sz w:val="19"/>
              </w:rPr>
              <w:t>• Learn the 26 items with the flashcards: sozlar.com/vocab/cards/?set=grade7-lesson19</w:t>
            </w:r>
          </w:p>
          <w:p>
            <w:pPr>
              <w:spacing w:after="40"/>
            </w:pPr>
            <w:r>
              <w:rPr>
                <w:b w:val="0"/>
                <w:i w:val="0"/>
                <w:sz w:val="19"/>
              </w:rPr>
              <w:t>• Write six sentences about your family with me / him / her / us / them and two with -self (for example: teach yourself, hurt yourself).</w:t>
            </w:r>
          </w:p>
        </w:tc>
      </w:tr>
    </w:tbl>
    <w:p>
      <w:pPr>
        <w:spacing w:after="40"/>
      </w:pPr>
      <w:r>
        <w:rPr>
          <w:b/>
          <w:sz w:val="18"/>
        </w:rPr>
        <w:t xml:space="preserve">Farqlash: </w:t>
      </w:r>
      <w:r>
        <w:rPr>
          <w:i/>
          <w:sz w:val="18"/>
        </w:rPr>
        <w:t>Kuchli o‘quvchilar Quick check (p. 147) ni bajaradi va ex.3 dialogini davom ettirib yozadi; kuchsizlarga forma jadvali doskada qoladi va ex.2 da qalin so‘zga qarab jadvaldan topadi.</w:t>
      </w:r>
    </w:p>
    <w:p>
      <w:r>
        <w:br w:type="page"/>
      </w:r>
    </w:p>
    <w:p>
      <w:pPr>
        <w:spacing w:before="80" w:after="60"/>
      </w:pPr>
      <w:r>
        <w:rPr>
          <w:b/>
          <w:color w:val="0B6E5F"/>
          <w:sz w:val="24"/>
        </w:rPr>
        <w:t>Daily Lesson Plan · 20-dars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Describing a Picture of People</w:t>
            </w:r>
            <w:r>
              <w:rPr>
                <w:b w:val="0"/>
                <w:i w:val="0"/>
                <w:sz w:val="19"/>
              </w:rPr>
              <w:t xml:space="preserve"> (Odamlar tasvirlangan rasmni yozma tasvirlash)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odamlar tasvirlangan rasmni to‘rt xatboshida yozma tasvirlashni o‘rganadi: present continuous, joy iboralari (near the door, in the middle of) va fikr bildirish (I think, It looks like).</w:t>
            </w:r>
          </w:p>
          <w:p>
            <w:pPr>
              <w:spacing w:after="40"/>
            </w:pPr>
            <w:r>
              <w:rPr>
                <w:b/>
                <w:i w:val="0"/>
                <w:sz w:val="17"/>
              </w:rPr>
              <w:t xml:space="preserve">b) Tarbiyaviy: </w:t>
            </w:r>
            <w:r>
              <w:rPr>
                <w:b w:val="0"/>
                <w:i w:val="0"/>
                <w:sz w:val="17"/>
              </w:rPr>
              <w:t>Atrofdagi odamlarga e’tiborli bo‘lish, ularni hurmat bilan tasvirlash va guruhda hamjihat ishlashga o‘rgatish.</w:t>
            </w:r>
          </w:p>
          <w:p>
            <w:pPr>
              <w:spacing w:after="40"/>
            </w:pPr>
            <w:r>
              <w:rPr>
                <w:b/>
                <w:i w:val="0"/>
                <w:sz w:val="17"/>
              </w:rPr>
              <w:t xml:space="preserve">c) Rivojlantiruvchi: </w:t>
            </w:r>
            <w:r>
              <w:rPr>
                <w:b w:val="0"/>
                <w:i w:val="0"/>
                <w:sz w:val="17"/>
              </w:rPr>
              <w:t>Kuzatuvchanlik, matnni rejalashtirish (xatboshilarga bo‘lish) va yozma nutqni izchil tuzish ko‘nikmasini rivojlantirish.</w:t>
            </w:r>
          </w:p>
        </w:tc>
        <w:tc>
          <w:tcPr>
            <w:tcW w:type="dxa" w:w="5443"/>
          </w:tcPr>
          <w:p>
            <w:pPr>
              <w:spacing w:after="40"/>
            </w:pPr>
            <w:r/>
            <w:r>
              <w:rPr>
                <w:b/>
                <w:i w:val="0"/>
                <w:sz w:val="17"/>
              </w:rPr>
              <w:t xml:space="preserve">1. Lead-in (Kirish) — 3 daqiqa. </w:t>
            </w:r>
            <w:r>
              <w:rPr>
                <w:b w:val="0"/>
                <w:i w:val="0"/>
                <w:sz w:val="17"/>
              </w:rPr>
              <w:t>Show the title photo. Ask: Where are these people? What’s the weather like? What are they wearing?</w:t>
            </w:r>
          </w:p>
          <w:p>
            <w:pPr>
              <w:spacing w:after="40"/>
            </w:pPr>
            <w:r>
              <w:rPr>
                <w:b/>
                <w:i w:val="0"/>
                <w:sz w:val="17"/>
              </w:rPr>
              <w:t xml:space="preserve">2. Book ex.1 — describe the picture (Kitob ex.1 — rasmni tasvirlash) — 5 daqiqa. </w:t>
            </w:r>
            <w:r>
              <w:rPr>
                <w:b w:val="0"/>
                <w:i w:val="0"/>
                <w:sz w:val="17"/>
              </w:rPr>
              <w:t>Book task slide: students look at the p. 30 picture (text covered) and say what is happening. Model: A man is carrying a boy on his shoulders.</w:t>
            </w:r>
          </w:p>
          <w:p>
            <w:pPr>
              <w:spacing w:after="40"/>
            </w:pPr>
            <w:r>
              <w:rPr>
                <w:b/>
                <w:i w:val="0"/>
                <w:sz w:val="17"/>
              </w:rPr>
              <w:t xml:space="preserve">3. Vocabulary A–D (Lug‘at A–D) — 6 daqiqa. </w:t>
            </w:r>
            <w:r>
              <w:rPr>
                <w:b w:val="0"/>
                <w:i w:val="0"/>
                <w:sz w:val="17"/>
              </w:rPr>
              <w:t>Present the four sections with audio; for B, students point to places in the book picture (near the door, in the middle, on the left, behind …).</w:t>
            </w:r>
          </w:p>
          <w:p>
            <w:pPr>
              <w:spacing w:after="40"/>
            </w:pPr>
            <w:r>
              <w:rPr>
                <w:b/>
                <w:i w:val="0"/>
                <w:sz w:val="17"/>
              </w:rPr>
              <w:t xml:space="preserve">4. Book ex.2–3 + Language Lab (Kitob ex.2–3 + Language Lab) — 7 daqiqa. </w:t>
            </w:r>
            <w:r>
              <w:rPr>
                <w:b w:val="0"/>
                <w:i w:val="0"/>
                <w:sz w:val="17"/>
              </w:rPr>
              <w:t>Students read «A busy shopping centre», do ex.2 and ex.3, then underline Language Lab examples. Check with the answer key slide.</w:t>
            </w:r>
          </w:p>
          <w:p>
            <w:pPr>
              <w:spacing w:after="40"/>
            </w:pPr>
            <w:r>
              <w:rPr>
                <w:b/>
                <w:i w:val="0"/>
                <w:sz w:val="17"/>
              </w:rPr>
              <w:t xml:space="preserve">5. Focus — four tools, four paragraphs (To‘rt vosita — to‘rt xatboshi) — 4 daqiqa. </w:t>
            </w:r>
            <w:r>
              <w:rPr>
                <w:b w:val="0"/>
                <w:i w:val="0"/>
                <w:sz w:val="17"/>
              </w:rPr>
              <w:t>Language Lab focus slide, then the strategy slide (four paragraphs). Ask: which paragraph talks about the weather?</w:t>
            </w:r>
          </w:p>
          <w:p>
            <w:pPr>
              <w:spacing w:after="40"/>
            </w:pPr>
            <w:r>
              <w:rPr>
                <w:b/>
                <w:i w:val="0"/>
                <w:sz w:val="17"/>
              </w:rPr>
              <w:t xml:space="preserve">6. Matching halves (Yarim gaplarni moslash) — 5 daqiqa. </w:t>
            </w:r>
            <w:r>
              <w:rPr>
                <w:b w:val="0"/>
                <w:i w:val="0"/>
                <w:sz w:val="17"/>
              </w:rPr>
              <w:t>Practice slide orally (2 min), then the match-halves worksheet (Group A and B, then swap).</w:t>
            </w:r>
          </w:p>
          <w:p>
            <w:pPr>
              <w:spacing w:after="40"/>
            </w:pPr>
            <w:r>
              <w:rPr>
                <w:b/>
                <w:i w:val="0"/>
                <w:sz w:val="17"/>
              </w:rPr>
              <w:t xml:space="preserve">7. Speaking — picture talk (Gapirish — rasm haqida suhbat) — 5 daqiqa. </w:t>
            </w:r>
            <w:r>
              <w:rPr>
                <w:b w:val="0"/>
                <w:i w:val="0"/>
                <w:sz w:val="17"/>
              </w:rPr>
              <w:t>Speaking slide: pairs describe a picture to each other with place phrases and I think. Monitor ‘He sneezing’ and ‘next to they’.</w:t>
            </w:r>
          </w:p>
          <w:p>
            <w:pPr>
              <w:spacing w:after="40"/>
            </w:pPr>
            <w:r>
              <w:rPr>
                <w:b/>
                <w:i w:val="0"/>
                <w:sz w:val="17"/>
              </w:rPr>
              <w:t xml:space="preserve">8. Writing — paragraphs 1 and 2 (Yozish — 1–2-xatboshi) — 8 daqiqa. </w:t>
            </w:r>
            <w:r>
              <w:rPr>
                <w:b w:val="0"/>
                <w:i w:val="0"/>
                <w:sz w:val="17"/>
              </w:rPr>
              <w:t>Students start their own description of the title photo (not the p. 30 picture — its description is in the book): paragraph 1 and paragraph 2. Show the model text on the lesson page as an example.</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rasm bilan ishlash, guruhlarda ishlash (A va B), juftlikda gapirish, yozma ish</w:t>
            </w:r>
          </w:p>
        </w:tc>
        <w:tc>
          <w:tcPr>
            <w:tcW w:type="dxa" w:w="2835"/>
          </w:tcPr>
          <w:p>
            <w:pPr>
              <w:spacing w:after="40"/>
            </w:pPr>
            <w:r/>
            <w:r>
              <w:rPr>
                <w:b w:val="0"/>
                <w:i w:val="0"/>
                <w:sz w:val="17"/>
              </w:rPr>
              <w:t>O‘quvchilar dars oxirida:</w:t>
            </w:r>
          </w:p>
          <w:p>
            <w:pPr>
              <w:spacing w:after="40"/>
            </w:pPr>
            <w:r>
              <w:rPr>
                <w:b w:val="0"/>
                <w:i w:val="0"/>
                <w:sz w:val="17"/>
              </w:rPr>
              <w:t>• rasmda nima bo‘layotganini bir nechta gap bilan ayta oladi (p. 30, ex. 1);</w:t>
            </w:r>
          </w:p>
          <w:p>
            <w:pPr>
              <w:spacing w:after="40"/>
            </w:pPr>
            <w:r>
              <w:rPr>
                <w:b w:val="0"/>
                <w:i w:val="0"/>
                <w:sz w:val="17"/>
              </w:rPr>
              <w:t>• namuna matn haqidagi to‘rtta gapning to‘g‘ri yoki noto‘g‘riligini aniqlay oladi (ex. 2);</w:t>
            </w:r>
          </w:p>
          <w:p>
            <w:pPr>
              <w:spacing w:after="40"/>
            </w:pPr>
            <w:r>
              <w:rPr>
                <w:b w:val="0"/>
                <w:i w:val="0"/>
                <w:sz w:val="17"/>
              </w:rPr>
              <w:t>• har bir xatboshini u tasvirlaydigan narsa bilan moslay oladi (ex. 3);</w:t>
            </w:r>
          </w:p>
          <w:p>
            <w:pPr>
              <w:spacing w:after="40"/>
            </w:pPr>
            <w:r>
              <w:rPr>
                <w:b w:val="0"/>
                <w:i w:val="0"/>
                <w:sz w:val="17"/>
              </w:rPr>
              <w:t>• Language Lab’ning to‘rt qoidasiga misol topib, o‘z gaplarida qo‘llay oladi.</w:t>
            </w:r>
          </w:p>
        </w:tc>
        <w:tc>
          <w:tcPr>
            <w:tcW w:type="dxa" w:w="3175"/>
          </w:tcPr>
          <w:p>
            <w:pPr>
              <w:spacing w:after="40"/>
            </w:pPr>
            <w:r/>
            <w:r>
              <w:rPr>
                <w:b w:val="0"/>
                <w:i w:val="0"/>
                <w:sz w:val="17"/>
              </w:rPr>
              <w:t>Laser A1+ SB p. 30 — Writing. Project: writing a description of a picture of people: ex.1 rasmni ko‘rib, nima bo‘layotganini ayting (namuna: A man is carrying a boy on his shoulders.); «A busy shopping centre» namuna matni (4 xatboshi); ex.2 to‘rtta gap — true yoki false; ex.3 xatboshini a / b / c mazmuni bilan moslash (bittasi ikki marta); Language Lab: present continuous, I think, Next to them, It looks like — matndan misol topib tagiga chizish. Uyga: Workbook p. 22 ex. 1–2 (kiyim do‘koni rasmi: 4 savol + fe’llarni qo‘yish)</w:t>
            </w:r>
          </w:p>
          <w:p>
            <w:pPr>
              <w:spacing w:after="40"/>
            </w:pPr>
            <w:r>
              <w:rPr>
                <w:b/>
                <w:i w:val="0"/>
                <w:sz w:val="17"/>
              </w:rPr>
              <w:t xml:space="preserve">Jihozlar: </w:t>
            </w:r>
            <w:r>
              <w:rPr>
                <w:b w:val="0"/>
                <w:i w:val="0"/>
                <w:sz w:val="17"/>
              </w:rPr>
              <w:t>Vocabulary sheet (31 items), matching worksheet (Groups A and B), slides, flashcards with audio (sozlar.com/vocab); the model text «A rainy day at the bus station» on the lesson page; Laser A1+ SB p. 30; Workbook p. 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22, ex. 1–2 (kalendar reja).</w:t>
            </w:r>
          </w:p>
          <w:p>
            <w:pPr>
              <w:spacing w:after="40"/>
            </w:pPr>
            <w:r>
              <w:rPr>
                <w:b w:val="0"/>
                <w:i w:val="0"/>
                <w:sz w:val="19"/>
              </w:rPr>
              <w:t>• Learn the 31 items with the flashcards: sozlar.com/vocab/cards/?set=grade7-lesson20</w:t>
            </w:r>
          </w:p>
          <w:p>
            <w:pPr>
              <w:spacing w:after="40"/>
            </w:pPr>
            <w:r>
              <w:rPr>
                <w:b w:val="0"/>
                <w:i w:val="0"/>
                <w:sz w:val="19"/>
              </w:rPr>
              <w:t>• Finish your description (paragraphs 3–4) and read the model text on the lesson page.</w:t>
            </w:r>
          </w:p>
        </w:tc>
      </w:tr>
    </w:tbl>
    <w:p>
      <w:pPr>
        <w:spacing w:after="40"/>
      </w:pPr>
      <w:r>
        <w:rPr>
          <w:b/>
          <w:sz w:val="18"/>
        </w:rPr>
        <w:t xml:space="preserve">Farqlash: </w:t>
      </w:r>
      <w:r>
        <w:rPr>
          <w:i/>
          <w:sz w:val="18"/>
        </w:rPr>
        <w:t>Kuchli o‘quvchilar to‘rtala xatboshini yozadi va har birida I think yoki It looks like ishlatadi; kuchsizlarga to‘rt xatboshi uchun gap boshlari (This is a picture of … / Near the door, … / In the middle of … / Everyone’s …) kartochkada beriladi — 1–2-xatboshi yetarli.</w:t>
      </w:r>
    </w:p>
    <w:p>
      <w:r>
        <w:br w:type="page"/>
      </w:r>
    </w:p>
    <w:p>
      <w:pPr>
        <w:spacing w:before="80" w:after="60"/>
      </w:pPr>
      <w:r>
        <w:rPr>
          <w:b/>
          <w:color w:val="0B6E5F"/>
          <w:sz w:val="24"/>
        </w:rPr>
        <w:t>Daily Lesson Plan · 21-dars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Plan Your Project</w:t>
            </w:r>
            <w:r>
              <w:rPr>
                <w:b w:val="0"/>
                <w:i w:val="0"/>
                <w:sz w:val="19"/>
              </w:rPr>
              <w:t xml:space="preserve"> (Loyihani rejalashtirish: yozgi rasm tavsifi)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 loyiha)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yozgi savdo markazi rasmi bo‘yicha qayd yozishni, ularni to‘rt xatboshili rejaga (PLANNER) joylashni va tavsifni yozishni boshlaydi; «O‘z shahrimda xarid» loyihasini rejalashtiradi (p. 31).</w:t>
            </w:r>
          </w:p>
          <w:p>
            <w:pPr>
              <w:spacing w:after="40"/>
            </w:pPr>
            <w:r>
              <w:rPr>
                <w:b/>
                <w:i w:val="0"/>
                <w:sz w:val="19"/>
              </w:rPr>
              <w:t xml:space="preserve">b) Tarbiyaviy: </w:t>
            </w:r>
            <w:r>
              <w:rPr>
                <w:b w:val="0"/>
                <w:i w:val="0"/>
                <w:sz w:val="19"/>
              </w:rPr>
              <w:t>Ona shahriga muhabbat, atrofdagi hayotga qiziqish va loyiha ustida mas’uliyat bilan ishlashni tarbiyalash.</w:t>
            </w:r>
          </w:p>
          <w:p>
            <w:pPr>
              <w:spacing w:after="40"/>
            </w:pPr>
            <w:r>
              <w:rPr>
                <w:b/>
                <w:i w:val="0"/>
                <w:sz w:val="19"/>
              </w:rPr>
              <w:t xml:space="preserve">c) Rivojlantiruvchi: </w:t>
            </w:r>
            <w:r>
              <w:rPr>
                <w:b w:val="0"/>
                <w:i w:val="0"/>
                <w:sz w:val="19"/>
              </w:rPr>
              <w:t>Qaydni gapga aylantirish, matnni oldindan rejalashtirish va ishni bosqichlarga bo‘lib bajarish ko‘nikmasini rivojlantirish.</w:t>
            </w:r>
          </w:p>
        </w:tc>
        <w:tc>
          <w:tcPr>
            <w:tcW w:type="dxa" w:w="5443"/>
          </w:tcPr>
          <w:p>
            <w:pPr>
              <w:spacing w:after="40"/>
            </w:pPr>
            <w:r/>
            <w:r>
              <w:rPr>
                <w:b/>
                <w:i w:val="0"/>
                <w:sz w:val="18"/>
              </w:rPr>
              <w:t xml:space="preserve">1. Lead-in (Kirish) — 3 daqiqa. </w:t>
            </w:r>
            <w:r>
              <w:rPr>
                <w:b w:val="0"/>
                <w:i w:val="0"/>
                <w:sz w:val="18"/>
              </w:rPr>
              <w:t>Show p. 30 and p. 31 side by side: What’s different? (winter / summer, snowballs / sunshine).</w:t>
            </w:r>
          </w:p>
          <w:p>
            <w:pPr>
              <w:spacing w:after="40"/>
            </w:pPr>
            <w:r>
              <w:rPr>
                <w:b/>
                <w:i w:val="0"/>
                <w:sz w:val="18"/>
              </w:rPr>
              <w:t xml:space="preserve">2. Book ex.1 — the summer picture (Kitob ex. 1 — yozgi rasm) — 6 daqiqa. </w:t>
            </w:r>
            <w:r>
              <w:rPr>
                <w:b w:val="0"/>
                <w:i w:val="0"/>
                <w:sz w:val="18"/>
              </w:rPr>
              <w:t>Book task slide: students describe what is happening in the summer picture.</w:t>
            </w:r>
          </w:p>
          <w:p>
            <w:pPr>
              <w:spacing w:after="40"/>
            </w:pPr>
            <w:r>
              <w:rPr>
                <w:b/>
                <w:i w:val="0"/>
                <w:sz w:val="18"/>
              </w:rPr>
              <w:t xml:space="preserve">3. Vocabulary A–C (Lug‘at A–C) — 6 daqiqa. </w:t>
            </w:r>
            <w:r>
              <w:rPr>
                <w:b w:val="0"/>
                <w:i w:val="0"/>
                <w:sz w:val="18"/>
              </w:rPr>
              <w:t>Present sections A (planning), B (summer picture) and C (feelings) with audio; students find B items in the picture and mime C.</w:t>
            </w:r>
          </w:p>
          <w:p>
            <w:pPr>
              <w:spacing w:after="40"/>
            </w:pPr>
            <w:r>
              <w:rPr>
                <w:b/>
                <w:i w:val="0"/>
                <w:sz w:val="18"/>
              </w:rPr>
              <w:t xml:space="preserve">4. Book ex.2 — notes (Kitob ex. 2 — qaydlar) — 7 daqiqa. </w:t>
            </w:r>
            <w:r>
              <w:rPr>
                <w:b w:val="0"/>
                <w:i w:val="0"/>
                <w:sz w:val="18"/>
              </w:rPr>
              <w:t>Book tasks slide: students answer the ten questions with short notes; pairs ask and answer the ex. 2 questions. Check with the possible-notes key.</w:t>
            </w:r>
          </w:p>
          <w:p>
            <w:pPr>
              <w:spacing w:after="40"/>
            </w:pPr>
            <w:r>
              <w:rPr>
                <w:b/>
                <w:i w:val="0"/>
                <w:sz w:val="18"/>
              </w:rPr>
              <w:t xml:space="preserve">5. Book ex.3 — the planner (Kitob ex. 3 — reja (PLANNER)) — 8 daqiqa. </w:t>
            </w:r>
            <w:r>
              <w:rPr>
                <w:b w:val="0"/>
                <w:i w:val="0"/>
                <w:sz w:val="18"/>
              </w:rPr>
              <w:t>Focus slide (notes to sentences) and strategy slide; students complete the planner for paragraphs 1–4.</w:t>
            </w:r>
          </w:p>
          <w:p>
            <w:pPr>
              <w:spacing w:after="40"/>
            </w:pPr>
            <w:r>
              <w:rPr>
                <w:b/>
                <w:i w:val="0"/>
                <w:sz w:val="18"/>
              </w:rPr>
              <w:t xml:space="preserve">6. Matching halves (Gap yarmlarini moslash) — 4 daqiqa. </w:t>
            </w:r>
            <w:r>
              <w:rPr>
                <w:b w:val="0"/>
                <w:i w:val="0"/>
                <w:sz w:val="18"/>
              </w:rPr>
              <w:t>Practice slide orally, then the match-halves worksheet (Group A and B).</w:t>
            </w:r>
          </w:p>
          <w:p>
            <w:pPr>
              <w:spacing w:after="40"/>
            </w:pPr>
            <w:r>
              <w:rPr>
                <w:b/>
                <w:i w:val="0"/>
                <w:sz w:val="18"/>
              </w:rPr>
              <w:t xml:space="preserve">7. Book ex.4 — start writing (Kitob ex. 4 — yozishni boshlash) — 7 daqiqa. </w:t>
            </w:r>
            <w:r>
              <w:rPr>
                <w:b w:val="0"/>
                <w:i w:val="0"/>
                <w:sz w:val="18"/>
              </w:rPr>
              <w:t>Students write paragraphs 1 and 2 from their planner. Monitor present continuous and I think.</w:t>
            </w:r>
          </w:p>
          <w:p>
            <w:pPr>
              <w:spacing w:after="40"/>
            </w:pPr>
            <w:r>
              <w:rPr>
                <w:b/>
                <w:i w:val="0"/>
                <w:sz w:val="18"/>
              </w:rPr>
              <w:t xml:space="preserve">8. Project brief — shopping in my town (Loyiha topshirig‘i — shahrimdagi xarid) — 2 daqiqa. </w:t>
            </w:r>
            <w:r>
              <w:rPr>
                <w:b w:val="0"/>
                <w:i w:val="0"/>
                <w:sz w:val="18"/>
              </w:rPr>
              <w:t>Show section D and the model project on the lesson page: 8–10 sentences, 3–4 photos or drawings with captions.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rasm bilan ishlash, qayd yozish va reja tuzish, yozma ish, loyiha metodi</w:t>
            </w:r>
          </w:p>
        </w:tc>
        <w:tc>
          <w:tcPr>
            <w:tcW w:type="dxa" w:w="2835"/>
          </w:tcPr>
          <w:p>
            <w:pPr>
              <w:spacing w:after="40"/>
            </w:pPr>
            <w:r/>
            <w:r>
              <w:rPr>
                <w:b w:val="0"/>
                <w:i w:val="0"/>
                <w:sz w:val="19"/>
              </w:rPr>
              <w:t>O‘quvchilar dars oxirida:</w:t>
            </w:r>
          </w:p>
          <w:p>
            <w:pPr>
              <w:spacing w:after="40"/>
            </w:pPr>
            <w:r>
              <w:rPr>
                <w:b w:val="0"/>
                <w:i w:val="0"/>
                <w:sz w:val="19"/>
              </w:rPr>
              <w:t>• yozgi rasmda nima bo‘layotganini bir nechta gap bilan ayta oladi (p. 31 ex. 1);</w:t>
            </w:r>
          </w:p>
          <w:p>
            <w:pPr>
              <w:spacing w:after="40"/>
            </w:pPr>
            <w:r>
              <w:rPr>
                <w:b w:val="0"/>
                <w:i w:val="0"/>
                <w:sz w:val="19"/>
              </w:rPr>
              <w:t>• o‘nta savolga qisqa qaydlar bilan javob bera oladi (ex. 2);</w:t>
            </w:r>
          </w:p>
          <w:p>
            <w:pPr>
              <w:spacing w:after="40"/>
            </w:pPr>
            <w:r>
              <w:rPr>
                <w:b w:val="0"/>
                <w:i w:val="0"/>
                <w:sz w:val="19"/>
              </w:rPr>
              <w:t>• 1–4-xatboshilar uchun rejani to‘ldira oladi (ex. 3);</w:t>
            </w:r>
          </w:p>
          <w:p>
            <w:pPr>
              <w:spacing w:after="40"/>
            </w:pPr>
            <w:r>
              <w:rPr>
                <w:b w:val="0"/>
                <w:i w:val="0"/>
                <w:sz w:val="19"/>
              </w:rPr>
              <w:t>• tavsifning birinchi ikki xatboshisini yoza oladi (ex. 4) va shahar haqidagi loyihani rejalashtira oladi.</w:t>
            </w:r>
          </w:p>
        </w:tc>
        <w:tc>
          <w:tcPr>
            <w:tcW w:type="dxa" w:w="3175"/>
          </w:tcPr>
          <w:p>
            <w:pPr>
              <w:spacing w:after="40"/>
            </w:pPr>
            <w:r/>
            <w:r>
              <w:rPr>
                <w:b w:val="0"/>
                <w:i w:val="0"/>
                <w:sz w:val="18"/>
              </w:rPr>
              <w:t>Laser A1+ SB p. 31 — Plan your project!: ex.1 xuddi shu savdo markazi YOZDA — rasmni ko‘rib nima bo‘layotganini ayting (namuna: A man is carrying a girl on his shoulders.); ex.2 o‘nta savol bo‘yicha qisqa qaydlar (Where are these people? What is the weather like outside the building? … How do you think they feel?); ex.3 PLANNER — 4 xatboshi (Useful information + Your notes); ex.4 rasm tavsifini yozing. Uyga (kalendar reja): loyiha — o‘z shahringizda xarid haqida 8–10 gap va rasmlar</w:t>
            </w:r>
          </w:p>
          <w:p>
            <w:pPr>
              <w:spacing w:after="40"/>
            </w:pPr>
            <w:r>
              <w:rPr>
                <w:b/>
                <w:i w:val="0"/>
                <w:sz w:val="18"/>
              </w:rPr>
              <w:t xml:space="preserve">Jihozlar: </w:t>
            </w:r>
            <w:r>
              <w:rPr>
                <w:b w:val="0"/>
                <w:i w:val="0"/>
                <w:sz w:val="18"/>
              </w:rPr>
              <w:t>Vocabulary sheet (28 items), matching worksheet (Groups A and B), slides, flashcards with audio (sozlar.com/vocab); Laser A1+ SB p. 31 (and p. 30 for the model); the model project «Shopping in my town»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Project (kalendar reja): 8–10 sentences and pictures about shopping in your town — use the model on the lesson page.</w:t>
            </w:r>
          </w:p>
          <w:p>
            <w:pPr>
              <w:spacing w:after="40"/>
            </w:pPr>
            <w:r>
              <w:rPr>
                <w:b w:val="0"/>
                <w:i w:val="0"/>
                <w:sz w:val="19"/>
              </w:rPr>
              <w:t>• Finish your description of the summer picture (p. 31 ex. 4), paragraphs 3–4.</w:t>
            </w:r>
          </w:p>
          <w:p>
            <w:pPr>
              <w:spacing w:after="40"/>
            </w:pPr>
            <w:r>
              <w:rPr>
                <w:b w:val="0"/>
                <w:i w:val="0"/>
                <w:sz w:val="19"/>
              </w:rPr>
              <w:t>• Learn the 28 items with the flashcards: sozlar.com/vocab/cards/?set=grade7-lesson21</w:t>
            </w:r>
          </w:p>
        </w:tc>
      </w:tr>
    </w:tbl>
    <w:p>
      <w:pPr>
        <w:spacing w:after="40"/>
      </w:pPr>
      <w:r>
        <w:rPr>
          <w:b/>
          <w:sz w:val="18"/>
        </w:rPr>
        <w:t xml:space="preserve">Farqlash: </w:t>
      </w:r>
      <w:r>
        <w:rPr>
          <w:i/>
          <w:sz w:val="18"/>
        </w:rPr>
        <w:t>Kuchli o‘quvchilar to‘rtala xatboshini darsda tugatadi va har biriga his-tuyg‘u sifatini qo‘shadi; kuchsizlar ex.2 ning 1–5-savollari va Planner dagi tayyor gap boshlari bilan ishlaydi.</w:t>
      </w:r>
    </w:p>
    <w:p>
      <w:r>
        <w:br w:type="page"/>
      </w:r>
    </w:p>
    <w:p>
      <w:pPr>
        <w:spacing w:before="80" w:after="60"/>
      </w:pPr>
      <w:r>
        <w:rPr>
          <w:b/>
          <w:color w:val="0B6E5F"/>
          <w:sz w:val="24"/>
        </w:rPr>
        <w:t>Daily Lesson Plan · 22-dars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Reading: Linton School Website</w:t>
            </w:r>
            <w:r>
              <w:rPr>
                <w:b w:val="0"/>
                <w:i w:val="0"/>
                <w:sz w:val="19"/>
              </w:rPr>
              <w:t xml:space="preserve"> (4-bo‘lim. O‘qish: Linton maktabi sayti)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(o‘qish)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o‘qiladigan narsalar nomlarini (article, magazine, review, blog, poem…) va Linton maktabi o‘quvchilar saytidagi ma’lumotni topishni, editor, reporter, calendar, review, opinion, view so‘zlarini o‘rganadi (pp. 32–33).</w:t>
            </w:r>
          </w:p>
          <w:p>
            <w:pPr>
              <w:spacing w:after="40"/>
            </w:pPr>
            <w:r>
              <w:rPr>
                <w:b/>
                <w:i w:val="0"/>
                <w:sz w:val="17"/>
              </w:rPr>
              <w:t xml:space="preserve">b) Tarbiyaviy: </w:t>
            </w:r>
            <w:r>
              <w:rPr>
                <w:b w:val="0"/>
                <w:i w:val="0"/>
                <w:sz w:val="17"/>
              </w:rPr>
              <w:t>Kitob va matbuot o‘qishga qiziqish, maktab hayotida faol ishtirok etish va o‘z fikrini xushmuomala bildirishni tarbiyalash.</w:t>
            </w:r>
          </w:p>
          <w:p>
            <w:pPr>
              <w:spacing w:after="40"/>
            </w:pPr>
            <w:r>
              <w:rPr>
                <w:b/>
                <w:i w:val="0"/>
                <w:sz w:val="17"/>
              </w:rPr>
              <w:t xml:space="preserve">c) Rivojlantiruvchi: </w:t>
            </w:r>
            <w:r>
              <w:rPr>
                <w:b w:val="0"/>
                <w:i w:val="0"/>
                <w:sz w:val="17"/>
              </w:rPr>
              <w:t>Sayt bo‘limlari bo‘ylab kerakli ma’lumotni topish, savol va javobni moslash hamda fikrni sabab bilan asoslash ko‘nikmasini rivojlantirish.</w:t>
            </w:r>
          </w:p>
        </w:tc>
        <w:tc>
          <w:tcPr>
            <w:tcW w:type="dxa" w:w="5443"/>
          </w:tcPr>
          <w:p>
            <w:pPr>
              <w:spacing w:after="40"/>
            </w:pPr>
            <w:r/>
            <w:r>
              <w:rPr>
                <w:b/>
                <w:i w:val="0"/>
                <w:sz w:val="17"/>
              </w:rPr>
              <w:t xml:space="preserve">1. Lead-in — Unit 4 opener + Get ready! (Kirish — 4-bo‘lim va Get ready!) — 4 daqiqa. </w:t>
            </w:r>
            <w:r>
              <w:rPr>
                <w:b w:val="0"/>
                <w:i w:val="0"/>
                <w:sz w:val="17"/>
              </w:rPr>
              <w:t>Show a newspaper or a magazine. Ask: What do you read? Do you read news online? Get ready! slide: students tick and cross the 12 words, then compare in pairs.</w:t>
            </w:r>
          </w:p>
          <w:p>
            <w:pPr>
              <w:spacing w:after="40"/>
            </w:pPr>
            <w:r>
              <w:rPr>
                <w:b/>
                <w:i w:val="0"/>
                <w:sz w:val="17"/>
              </w:rPr>
              <w:t xml:space="preserve">2. Book p.32 ex.1 (test) (Kitob p. 32 ex. 1) — 7 daqiqa. </w:t>
            </w:r>
            <w:r>
              <w:rPr>
                <w:b w:val="0"/>
                <w:i w:val="0"/>
                <w:sz w:val="17"/>
              </w:rPr>
              <w:t>Book task slide: tabs first, then fast reading; T/F alone. Vocabulary sheet and flashcards stay closed.</w:t>
            </w:r>
          </w:p>
          <w:p>
            <w:pPr>
              <w:spacing w:after="40"/>
            </w:pPr>
            <w:r>
              <w:rPr>
                <w:b/>
                <w:i w:val="0"/>
                <w:sz w:val="17"/>
              </w:rPr>
              <w:t xml:space="preserve">3. Book p.33 ex.2, ex.3, Wordpower (Kitob p. 33 ex. 2–3, Wordpower) — 9 daqiqa. </w:t>
            </w:r>
            <w:r>
              <w:rPr>
                <w:b w:val="0"/>
                <w:i w:val="0"/>
                <w:sz w:val="17"/>
              </w:rPr>
              <w:t>Second book task slide: students read the poem and the Mr Jennings box, then do ex.2 and ex.3 in pairs and Wordpower alone. Do not teach question words here — that is the next lesson (p.34).</w:t>
            </w:r>
          </w:p>
          <w:p>
            <w:pPr>
              <w:spacing w:after="40"/>
            </w:pPr>
            <w:r>
              <w:rPr>
                <w:b/>
                <w:i w:val="0"/>
                <w:sz w:val="17"/>
              </w:rPr>
              <w:t xml:space="preserve">4. Check and teach (Tekshirish va tushuntirish) — 4 daqiqa. </w:t>
            </w:r>
            <w:r>
              <w:rPr>
                <w:b w:val="0"/>
                <w:i w:val="0"/>
                <w:sz w:val="17"/>
              </w:rPr>
              <w:t>Answer key slide: for each answer a student reads out the line from the text.</w:t>
            </w:r>
          </w:p>
          <w:p>
            <w:pPr>
              <w:spacing w:after="40"/>
            </w:pPr>
            <w:r>
              <w:rPr>
                <w:b/>
                <w:i w:val="0"/>
                <w:sz w:val="17"/>
              </w:rPr>
              <w:t xml:space="preserve">5. Vocabulary A–D + focus (Lug‘at A–D + fokus) — 7 daqiqa. </w:t>
            </w:r>
            <w:r>
              <w:rPr>
                <w:b w:val="0"/>
                <w:i w:val="0"/>
                <w:sz w:val="17"/>
              </w:rPr>
              <w:t>Present card sections A–D with audio; hand out the vocabulary sheet now. Then the focus slide (tabs, who is who, giving an opinion). Word-stress slide only if time allows.</w:t>
            </w:r>
          </w:p>
          <w:p>
            <w:pPr>
              <w:spacing w:after="40"/>
            </w:pPr>
            <w:r>
              <w:rPr>
                <w:b/>
                <w:i w:val="0"/>
                <w:sz w:val="17"/>
              </w:rPr>
              <w:t xml:space="preserve">6. Practice + Matching halves (Mashq + gap yarmlarini moslash) — 5 daqiqa. </w:t>
            </w:r>
            <w:r>
              <w:rPr>
                <w:b w:val="0"/>
                <w:i w:val="0"/>
                <w:sz w:val="17"/>
              </w:rPr>
              <w:t>Practice slide orally (2 min), then the match-halves worksheet (Group A and B, then swap).</w:t>
            </w:r>
          </w:p>
          <w:p>
            <w:pPr>
              <w:spacing w:after="40"/>
            </w:pPr>
            <w:r>
              <w:rPr>
                <w:b/>
                <w:i w:val="0"/>
                <w:sz w:val="17"/>
              </w:rPr>
              <w:t xml:space="preserve">7. Speaking — ex.4: What do you like about the website? (Gapirish — saytda nima yoqdi? (ex. 4)) — 4 daqiqa. </w:t>
            </w:r>
            <w:r>
              <w:rPr>
                <w:b w:val="0"/>
                <w:i w:val="0"/>
                <w:sz w:val="17"/>
              </w:rPr>
              <w:t>Speaking slide. Model: I like the welcome poem because it rhymes. Then pairs plan their own school website.</w:t>
            </w:r>
          </w:p>
          <w:p>
            <w:pPr>
              <w:spacing w:after="40"/>
            </w:pPr>
            <w:r>
              <w:rPr>
                <w:b/>
                <w:i w:val="0"/>
                <w:sz w:val="17"/>
              </w:rPr>
              <w:t xml:space="preserve">8. Reading — the Bilim School website (O‘qish — Bilim maktabi sayti) — 3 daqiqa. </w:t>
            </w:r>
            <w:r>
              <w:rPr>
                <w:b w:val="0"/>
                <w:i w:val="0"/>
                <w:sz w:val="17"/>
              </w:rPr>
              <w:t>Students read (or listen to) the text on the lesson page and answer the six questions. It recycles today’s words.</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o‘qib tushunish (aniq ma’lumot), to‘g‘ri/noto‘g‘ri topshirig‘i, juftlikda ishlash, guruhlarda ishlash (A va B)</w:t>
            </w:r>
          </w:p>
        </w:tc>
        <w:tc>
          <w:tcPr>
            <w:tcW w:type="dxa" w:w="2835"/>
          </w:tcPr>
          <w:p>
            <w:pPr>
              <w:spacing w:after="40"/>
            </w:pPr>
            <w:r/>
            <w:r>
              <w:rPr>
                <w:b w:val="0"/>
                <w:i w:val="0"/>
                <w:sz w:val="17"/>
              </w:rPr>
              <w:t>O‘quvchilar dars oxirida:</w:t>
            </w:r>
          </w:p>
          <w:p>
            <w:pPr>
              <w:spacing w:after="40"/>
            </w:pPr>
            <w:r>
              <w:rPr>
                <w:b w:val="0"/>
                <w:i w:val="0"/>
                <w:sz w:val="17"/>
              </w:rPr>
              <w:t>• 12 ta so‘zni (Get ready!) belgilab, notanishlarini o‘rganib ola oladi;</w:t>
            </w:r>
          </w:p>
          <w:p>
            <w:pPr>
              <w:spacing w:after="40"/>
            </w:pPr>
            <w:r>
              <w:rPr>
                <w:b w:val="0"/>
                <w:i w:val="0"/>
                <w:sz w:val="17"/>
              </w:rPr>
              <w:t>• Linton maktabi saytini o‘qib, beshta gapning to‘g‘ri yoki noto‘g‘riligini aniqlay oladi (p. 32 ex. 1);</w:t>
            </w:r>
          </w:p>
          <w:p>
            <w:pPr>
              <w:spacing w:after="40"/>
            </w:pPr>
            <w:r>
              <w:rPr>
                <w:b w:val="0"/>
                <w:i w:val="0"/>
                <w:sz w:val="17"/>
              </w:rPr>
              <w:t>• oltita savolni javoblar bilan moslay oladi va xulosa matnini to‘qqizta so‘z bilan to‘ldira oladi (p. 33 ex. 2–3);</w:t>
            </w:r>
          </w:p>
          <w:p>
            <w:pPr>
              <w:spacing w:after="40"/>
            </w:pPr>
            <w:r>
              <w:rPr>
                <w:b w:val="0"/>
                <w:i w:val="0"/>
                <w:sz w:val="17"/>
              </w:rPr>
              <w:t>• oltita ta’rifni to‘ldira oladi (Wordpower) va saytda nima yoqqanini ayta oladi (ex. 4).</w:t>
            </w:r>
          </w:p>
        </w:tc>
        <w:tc>
          <w:tcPr>
            <w:tcW w:type="dxa" w:w="3175"/>
          </w:tcPr>
          <w:p>
            <w:pPr>
              <w:spacing w:after="40"/>
            </w:pPr>
            <w:r/>
            <w:r>
              <w:rPr>
                <w:b w:val="0"/>
                <w:i w:val="0"/>
                <w:sz w:val="17"/>
              </w:rPr>
              <w:t>Laser A1+ SB pp. 32–33 — Unit 4 «Read All About It!» ochilishi. Get ready!: 12 so‘zni belgilash (article, book, email, letter, magazine, newspaper, poem, review, story, website, blog, postcard). Reading: «Linton School Pupil Website» — Angela Barker (editor), uch reporter, bo‘limlar (News, Sport, Calendar, Short stories and poems, Interesting articles and reviews, Links), «A welcome poem!», Mr Jennings (the Head) bilan intervyu; ex.1 T/F (5), ex.2 savol–javob moslash (6), ex.3 so‘z qutisi bilan matn (9 bo‘shliq), ex.4 What do you like about the website?; Wordpower! (editor, reporter, calendar, opinion / view, programme, review). Kitob audiosi yo‘q. Uyga: Workbook pp. 23–24 ex. 1–4</w:t>
            </w:r>
          </w:p>
          <w:p>
            <w:pPr>
              <w:spacing w:after="40"/>
            </w:pPr>
            <w:r>
              <w:rPr>
                <w:b/>
                <w:i w:val="0"/>
                <w:sz w:val="17"/>
              </w:rPr>
              <w:t xml:space="preserve">Jihozlar: </w:t>
            </w:r>
            <w:r>
              <w:rPr>
                <w:b w:val="0"/>
                <w:i w:val="0"/>
                <w:sz w:val="17"/>
              </w:rPr>
              <w:t>Laser A1+ SB pp. 32–33; slides; vocabulary sheet (33 items) and flashcards with audio (sozlar.com/vocab) — handed out AFTER the book tasks are checked; matching worksheet (Groups A and B); the Bilim School text with audio on the lesson page; Workbook pp. 23–24.</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23–24, ex. 1–4 (kalendar reja).</w:t>
            </w:r>
          </w:p>
          <w:p>
            <w:pPr>
              <w:spacing w:after="40"/>
            </w:pPr>
            <w:r>
              <w:rPr>
                <w:b w:val="0"/>
                <w:i w:val="0"/>
                <w:sz w:val="19"/>
              </w:rPr>
              <w:t>• Learn the 33 items with the flashcards: sozlar.com/vocab/cards/?set=grade7-lesson22</w:t>
            </w:r>
          </w:p>
          <w:p>
            <w:pPr>
              <w:spacing w:after="40"/>
            </w:pPr>
            <w:r>
              <w:rPr>
                <w:b w:val="0"/>
                <w:i w:val="0"/>
                <w:sz w:val="19"/>
              </w:rPr>
              <w:t>• Read the Bilim School text again with the audio and answer the six questions.</w:t>
            </w:r>
          </w:p>
        </w:tc>
      </w:tr>
    </w:tbl>
    <w:p>
      <w:pPr>
        <w:spacing w:after="40"/>
      </w:pPr>
      <w:r>
        <w:rPr>
          <w:b/>
          <w:sz w:val="18"/>
        </w:rPr>
        <w:t xml:space="preserve">Farqlash: </w:t>
      </w:r>
      <w:r>
        <w:rPr>
          <w:i/>
          <w:sz w:val="18"/>
        </w:rPr>
        <w:t>Kuchli o‘quvchilar o‘z maktab sayti uchun 4–5 gaplik «Welcome» xabarini yozadi (Angela namunasida); kuchsizlarga ex.3 so‘z qutisi va «Kim kim?» jadvali (editor, reporters, the Head) doskada qoladi.</w:t>
      </w:r>
    </w:p>
    <w:p>
      <w:r>
        <w:br w:type="page"/>
      </w:r>
    </w:p>
    <w:p>
      <w:pPr>
        <w:spacing w:before="80" w:after="60"/>
      </w:pPr>
      <w:r>
        <w:rPr>
          <w:b/>
          <w:color w:val="0B6E5F"/>
          <w:sz w:val="24"/>
        </w:rPr>
        <w:t>Daily Lesson Plan · 23-dars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Question Words</w:t>
            </w:r>
            <w:r>
              <w:rPr>
                <w:b w:val="0"/>
                <w:i w:val="0"/>
                <w:sz w:val="19"/>
              </w:rPr>
              <w:t xml:space="preserve"> (So‘roq so‘zlari: who, which, why, how …)</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so‘roq so‘zlarini (who, what, which, where, when, what time, why, how, how old, how many, how much) to‘g‘ri tanlashni va savolni to‘g‘ri so‘z tartibida tuzishni o‘rganadi (p. 34, Grammar database 7).</w:t>
            </w:r>
          </w:p>
          <w:p>
            <w:pPr>
              <w:spacing w:after="40"/>
            </w:pPr>
            <w:r>
              <w:rPr>
                <w:b/>
                <w:i w:val="0"/>
                <w:sz w:val="19"/>
              </w:rPr>
              <w:t xml:space="preserve">b) Tarbiyaviy: </w:t>
            </w:r>
            <w:r>
              <w:rPr>
                <w:b w:val="0"/>
                <w:i w:val="0"/>
                <w:sz w:val="19"/>
              </w:rPr>
              <w:t>Suhbatdoshga hurmat bilan savol berish, uning javobini diqqat bilan tinglash madaniyatini tarbiyalash.</w:t>
            </w:r>
          </w:p>
          <w:p>
            <w:pPr>
              <w:spacing w:after="40"/>
            </w:pPr>
            <w:r>
              <w:rPr>
                <w:b/>
                <w:i w:val="0"/>
                <w:sz w:val="19"/>
              </w:rPr>
              <w:t xml:space="preserve">c) Rivojlantiruvchi: </w:t>
            </w:r>
            <w:r>
              <w:rPr>
                <w:b w:val="0"/>
                <w:i w:val="0"/>
                <w:sz w:val="19"/>
              </w:rPr>
              <w:t>Javobga qarab savolni aniqlash, so‘z tartibini tahlil qilish va intervyu orqali og‘zaki nutqni rivojlantirish.</w:t>
            </w:r>
          </w:p>
        </w:tc>
        <w:tc>
          <w:tcPr>
            <w:tcW w:type="dxa" w:w="5443"/>
          </w:tcPr>
          <w:p>
            <w:pPr>
              <w:spacing w:after="40"/>
            </w:pPr>
            <w:r/>
            <w:r>
              <w:rPr>
                <w:b/>
                <w:i w:val="0"/>
                <w:sz w:val="18"/>
              </w:rPr>
              <w:t xml:space="preserve">1. Lead-in (Kirish) — 3 daqiqa. </w:t>
            </w:r>
            <w:r>
              <w:rPr>
                <w:b w:val="0"/>
                <w:i w:val="0"/>
                <w:sz w:val="18"/>
              </w:rPr>
              <w:t>Write answers on the board: 12. / In Chilonzor. / Because I like it. Students guess the questions. Vocabulary sheet and flashcards stay closed.</w:t>
            </w:r>
          </w:p>
          <w:p>
            <w:pPr>
              <w:spacing w:after="40"/>
            </w:pPr>
            <w:r>
              <w:rPr>
                <w:b/>
                <w:i w:val="0"/>
                <w:sz w:val="18"/>
              </w:rPr>
              <w:t xml:space="preserve">2. Form table (Shakllar jadvali) — 4 daqiqa. </w:t>
            </w:r>
            <w:r>
              <w:rPr>
                <w:b w:val="0"/>
                <w:i w:val="0"/>
                <w:sz w:val="18"/>
              </w:rPr>
              <w:t>Form table slide only (seven question words + how old / how many / how much / what time). Do not show the focus or vocabulary slides yet.</w:t>
            </w:r>
          </w:p>
          <w:p>
            <w:pPr>
              <w:spacing w:after="40"/>
            </w:pPr>
            <w:r>
              <w:rPr>
                <w:b/>
                <w:i w:val="0"/>
                <w:sz w:val="18"/>
              </w:rPr>
              <w:t xml:space="preserve">3. Book p.34 Look! + ex.1–2 (test) (Kitob p. 34 Look! + ex. 1–2) — 11 daqiqa. </w:t>
            </w:r>
            <w:r>
              <w:rPr>
                <w:b w:val="0"/>
                <w:i w:val="0"/>
                <w:sz w:val="18"/>
              </w:rPr>
              <w:t>Book tasks slide. Look! box together, then ex.1 in pairs and ex.2 alone. The Grammar database is for checking.</w:t>
            </w:r>
          </w:p>
          <w:p>
            <w:pPr>
              <w:spacing w:after="40"/>
            </w:pPr>
            <w:r>
              <w:rPr>
                <w:b/>
                <w:i w:val="0"/>
                <w:sz w:val="18"/>
              </w:rPr>
              <w:t xml:space="preserve">4. Check and teach (Tekshirish va tushuntirish) — 9 daqiqa. </w:t>
            </w:r>
            <w:r>
              <w:rPr>
                <w:b w:val="0"/>
                <w:i w:val="0"/>
                <w:sz w:val="18"/>
              </w:rPr>
              <w:t>Answer key slide: students say WHY for each answer. Then the focus slide and card sections A–D with audio;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interview your partner (Gapirish — sherigingdan intervyu) — 7 daqiqa. </w:t>
            </w:r>
            <w:r>
              <w:rPr>
                <w:b w:val="0"/>
                <w:i w:val="0"/>
                <w:sz w:val="18"/>
              </w:rPr>
              <w:t>Speaking slide: six questions, six question words; then the ‘guess the question’ round. Monitor word order (Where you live?).</w:t>
            </w:r>
          </w:p>
          <w:p>
            <w:pPr>
              <w:spacing w:after="40"/>
            </w:pPr>
            <w:r>
              <w:rPr>
                <w:b/>
                <w:i w:val="0"/>
                <w:sz w:val="18"/>
              </w:rPr>
              <w:t xml:space="preserve">7. Reading — Five questions for our school cook (O‘qish — maktab oshpaziga beshta savol) — 3 daqiqa. </w:t>
            </w:r>
            <w:r>
              <w:rPr>
                <w:b w:val="0"/>
                <w:i w:val="0"/>
                <w:sz w:val="18"/>
              </w:rPr>
              <w:t>Students read (or listen to) the interview on the lesson page and answer the five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qoida jadvali bilan ishlash, «Savolni top» o‘yini, intervyu, guruhlarda ishlash (A va B)</w:t>
            </w:r>
          </w:p>
        </w:tc>
        <w:tc>
          <w:tcPr>
            <w:tcW w:type="dxa" w:w="2835"/>
          </w:tcPr>
          <w:p>
            <w:pPr>
              <w:spacing w:after="40"/>
            </w:pPr>
            <w:r/>
            <w:r>
              <w:rPr>
                <w:b w:val="0"/>
                <w:i w:val="0"/>
                <w:sz w:val="19"/>
              </w:rPr>
              <w:t>O‘quvchilar dars oxirida:</w:t>
            </w:r>
          </w:p>
          <w:p>
            <w:pPr>
              <w:spacing w:after="40"/>
            </w:pPr>
            <w:r>
              <w:rPr>
                <w:b w:val="0"/>
                <w:i w:val="0"/>
                <w:sz w:val="19"/>
              </w:rPr>
              <w:t>• Look! qutisidagi har bir so‘roq so‘zi nimani so‘rashini ayta oladi (p. 34);</w:t>
            </w:r>
          </w:p>
          <w:p>
            <w:pPr>
              <w:spacing w:after="40"/>
            </w:pPr>
            <w:r>
              <w:rPr>
                <w:b w:val="0"/>
                <w:i w:val="0"/>
                <w:sz w:val="19"/>
              </w:rPr>
              <w:t>• Mr Jennings intervyusidagi o‘nta savolni javoblari bilan moslay oladi (ex. 1);</w:t>
            </w:r>
          </w:p>
          <w:p>
            <w:pPr>
              <w:spacing w:after="40"/>
            </w:pPr>
            <w:r>
              <w:rPr>
                <w:b w:val="0"/>
                <w:i w:val="0"/>
                <w:sz w:val="19"/>
              </w:rPr>
              <w:t>• o‘nta gapda to‘g‘ri so‘roq so‘zini A, B yoki C dan tanlay oladi (ex. 2);</w:t>
            </w:r>
          </w:p>
          <w:p>
            <w:pPr>
              <w:spacing w:after="40"/>
            </w:pPr>
            <w:r>
              <w:rPr>
                <w:b w:val="0"/>
                <w:i w:val="0"/>
                <w:sz w:val="19"/>
              </w:rPr>
              <w:t>• oltita turli so‘roq so‘zi bilan sherigidan intervyu ola oladi.</w:t>
            </w:r>
          </w:p>
        </w:tc>
        <w:tc>
          <w:tcPr>
            <w:tcW w:type="dxa" w:w="3175"/>
          </w:tcPr>
          <w:p>
            <w:pPr>
              <w:spacing w:after="40"/>
            </w:pPr>
            <w:r/>
            <w:r>
              <w:rPr>
                <w:b w:val="0"/>
                <w:i w:val="0"/>
                <w:sz w:val="18"/>
              </w:rPr>
              <w:t>Laser A1+ SB p. 34 — Grammar 1: Question words: Look! (Who / Where / What / Which / When / What time / Why / How / How old / How many — o‘nta savol), Use (javobi yes yoki no bo‘lmagan savollar); ex.1 Mr Jennings intervyusi — 10 savolni a–j javoblar bilan moslash; ex.2 A, B yoki C ni tanlash (10 gap). Grammar database 7 p. 148 (kim / nima / qaysi … nimani so‘raydi; savol tartibi; BE CAREFUL! Who knows the answer? — Who do you know here?; Quick check 1–5). Solutions Elementary p. 22 (2D Learn this! Question words, ex.10), p. 126 (Grammar Builder 2D ex.7). Uyga: Workbook pp. 24–25 ex. 1–4</w:t>
            </w:r>
          </w:p>
          <w:p>
            <w:pPr>
              <w:spacing w:after="40"/>
            </w:pPr>
            <w:r>
              <w:rPr>
                <w:b/>
                <w:i w:val="0"/>
                <w:sz w:val="18"/>
              </w:rPr>
              <w:t xml:space="preserve">Jihozlar: </w:t>
            </w:r>
            <w:r>
              <w:rPr>
                <w:b w:val="0"/>
                <w:i w:val="0"/>
                <w:sz w:val="18"/>
              </w:rPr>
              <w:t>Laser A1+ SB p. 34, Grammar database 7 p. 148; slides; vocabulary sheet (28 items) and flashcards with audio (sozlar.com/vocab) — handed out only AFTER the book tasks are checked; matching worksheet (Groups A and B); Workbook pp. 24–25.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pp. 24–25, ex. 1–4 (kalendar reja).</w:t>
            </w:r>
          </w:p>
          <w:p>
            <w:pPr>
              <w:spacing w:after="40"/>
            </w:pPr>
            <w:r>
              <w:rPr>
                <w:b w:val="0"/>
                <w:i w:val="0"/>
                <w:sz w:val="19"/>
              </w:rPr>
              <w:t>• Learn the 28 items with the flashcards: sozlar.com/vocab/cards/?set=grade7-lesson23</w:t>
            </w:r>
          </w:p>
          <w:p>
            <w:pPr>
              <w:spacing w:after="40"/>
            </w:pPr>
            <w:r>
              <w:rPr>
                <w:b w:val="0"/>
                <w:i w:val="0"/>
                <w:sz w:val="19"/>
              </w:rPr>
              <w:t>• Write five questions for an interview with a person at your school (use five different question words and words from the cards: a hobby, get to school, keep fit …).</w:t>
            </w:r>
          </w:p>
        </w:tc>
      </w:tr>
    </w:tbl>
    <w:p>
      <w:pPr>
        <w:spacing w:after="40"/>
      </w:pPr>
      <w:r>
        <w:rPr>
          <w:b/>
          <w:sz w:val="18"/>
        </w:rPr>
        <w:t xml:space="preserve">Farqlash: </w:t>
      </w:r>
      <w:r>
        <w:rPr>
          <w:i/>
          <w:sz w:val="18"/>
        </w:rPr>
        <w:t>Kuchli o‘quvchilar Quick check (p. 148) ni bajaradi va o‘z intervyusiga sakkizta savol yozadi; kuchsizlarga forma jadvali doskada qoladi va ex.2 da avval «javobi nima haqida?» deb so‘raladi.</w:t>
      </w:r>
    </w:p>
    <w:p>
      <w:r>
        <w:br w:type="page"/>
      </w:r>
    </w:p>
    <w:p>
      <w:pPr>
        <w:spacing w:before="80" w:after="60"/>
      </w:pPr>
      <w:r>
        <w:rPr>
          <w:b/>
          <w:color w:val="0B6E5F"/>
          <w:sz w:val="24"/>
        </w:rPr>
        <w:t>Daily Lesson Plan · 24-dars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The Imperative</w:t>
            </w:r>
            <w:r>
              <w:rPr>
                <w:b w:val="0"/>
                <w:i w:val="0"/>
                <w:sz w:val="19"/>
              </w:rPr>
              <w:t xml:space="preserve"> (Buyruq mayli: Open! Don’t run!)</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buyruq maylining bo‘lishli va bo‘lishsiz shakllarini (Open… / Don’t… / Never…), uni please bilan muloyim qilishni o‘rganadi va sinf qoidalarini yozadi (Solutions p. 27, p. 126; Laser pp. 34–35).</w:t>
            </w:r>
          </w:p>
          <w:p>
            <w:pPr>
              <w:spacing w:after="40"/>
            </w:pPr>
            <w:r>
              <w:rPr>
                <w:b/>
                <w:i w:val="0"/>
                <w:sz w:val="19"/>
              </w:rPr>
              <w:t xml:space="preserve">b) Tarbiyaviy: </w:t>
            </w:r>
            <w:r>
              <w:rPr>
                <w:b w:val="0"/>
                <w:i w:val="0"/>
                <w:sz w:val="19"/>
              </w:rPr>
              <w:t>Sinf va maktab qoidalariga rioya qilish, muloyim so‘rash va boshqalarga hurmat bilan ko‘rsatma berish odobini tarbiyalash.</w:t>
            </w:r>
          </w:p>
          <w:p>
            <w:pPr>
              <w:spacing w:after="40"/>
            </w:pPr>
            <w:r>
              <w:rPr>
                <w:b/>
                <w:i w:val="0"/>
                <w:sz w:val="19"/>
              </w:rPr>
              <w:t xml:space="preserve">c) Rivojlantiruvchi: </w:t>
            </w:r>
            <w:r>
              <w:rPr>
                <w:b w:val="0"/>
                <w:i w:val="0"/>
                <w:sz w:val="19"/>
              </w:rPr>
              <w:t>Ko‘rsatmani tinglab tez bajarish, darak gapni buyruq gapga aylantirish va guruhda kelishib qoida tuzish ko‘nikmasini rivojlantirish.</w:t>
            </w:r>
          </w:p>
        </w:tc>
        <w:tc>
          <w:tcPr>
            <w:tcW w:type="dxa" w:w="5443"/>
          </w:tcPr>
          <w:p>
            <w:pPr>
              <w:spacing w:after="40"/>
            </w:pPr>
            <w:r/>
            <w:r>
              <w:rPr>
                <w:b/>
                <w:i w:val="0"/>
                <w:sz w:val="18"/>
              </w:rPr>
              <w:t xml:space="preserve">1. Lead-in — The teacher says (Kirish — «The teacher says») — 3 daqiqa. </w:t>
            </w:r>
            <w:r>
              <w:rPr>
                <w:b w:val="0"/>
                <w:i w:val="0"/>
                <w:sz w:val="18"/>
              </w:rPr>
              <w:t>Give quick instructions: Stand up! Sit down! Put your hand up! Look at the board! Don’t shout out! Students do them. Then ask: what is the first word in each sentence?</w:t>
            </w:r>
          </w:p>
          <w:p>
            <w:pPr>
              <w:spacing w:after="40"/>
            </w:pPr>
            <w:r>
              <w:rPr>
                <w:b/>
                <w:i w:val="0"/>
                <w:sz w:val="18"/>
              </w:rPr>
              <w:t xml:space="preserve">2. Form table (Shakllar jadvali) — 4 daqiqa. </w:t>
            </w:r>
            <w:r>
              <w:rPr>
                <w:b w:val="0"/>
                <w:i w:val="0"/>
                <w:sz w:val="18"/>
              </w:rPr>
              <w:t>Form table slide only (+, −, never, please). Do not show the focus or vocabulary slides yet.</w:t>
            </w:r>
          </w:p>
          <w:p>
            <w:pPr>
              <w:spacing w:after="40"/>
            </w:pPr>
            <w:r>
              <w:rPr>
                <w:b/>
                <w:i w:val="0"/>
                <w:sz w:val="18"/>
              </w:rPr>
              <w:t xml:space="preserve">3. Book tasks (test) (Kitob topshiriqlari) — 10 daqiqa. </w:t>
            </w:r>
            <w:r>
              <w:rPr>
                <w:b w:val="0"/>
                <w:i w:val="0"/>
                <w:sz w:val="18"/>
              </w:rPr>
              <w:t>Book tasks slide: Laser pp. 34–35 instructions, Solutions p. 126 ex.1, then ‘Change it’.</w:t>
            </w:r>
          </w:p>
          <w:p>
            <w:pPr>
              <w:spacing w:after="40"/>
            </w:pPr>
            <w:r>
              <w:rPr>
                <w:b/>
                <w:i w:val="0"/>
                <w:sz w:val="18"/>
              </w:rPr>
              <w:t xml:space="preserve">4. Check and teach (Tekshirish va tushuntirish) — 9 daqiqa. </w:t>
            </w:r>
            <w:r>
              <w:rPr>
                <w:b w:val="0"/>
                <w:i w:val="0"/>
                <w:sz w:val="18"/>
              </w:rPr>
              <w:t>Answer key slide: students say WHY. Then the focus slide and card sections A–C with audio;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instructions and rules (Gapirish — ko‘rsatmalar va qoidalar) — 8 daqiqa. </w:t>
            </w:r>
            <w:r>
              <w:rPr>
                <w:b w:val="0"/>
                <w:i w:val="0"/>
                <w:sz w:val="18"/>
              </w:rPr>
              <w:t>Speaking slide: ‘The teacher says’ in pairs, then group rules (three do’s, three don’ts). Monitor ‘Don’t to run’ and ‘You don’t run’.</w:t>
            </w:r>
          </w:p>
          <w:p>
            <w:pPr>
              <w:spacing w:after="40"/>
            </w:pPr>
            <w:r>
              <w:rPr>
                <w:b/>
                <w:i w:val="0"/>
                <w:sz w:val="18"/>
              </w:rPr>
              <w:t xml:space="preserve">7. Reading — Our classroom rules (O‘qish — sinfimiz qoidalari) — 3 daqiqa. </w:t>
            </w:r>
            <w:r>
              <w:rPr>
                <w:b w:val="0"/>
                <w:i w:val="0"/>
                <w:sz w:val="18"/>
              </w:rPr>
              <w:t>Students read (or listen to) the poster on the lesson page and answer the five questions. It is the model for the homework.</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TPR («&lt;i&gt;The teacher says&lt;/i&gt;» o‘yini), qoida jadvali bilan ishlash, guruhda qoida tuzish, guruhlarda ishlash (A va B)</w:t>
            </w:r>
          </w:p>
        </w:tc>
        <w:tc>
          <w:tcPr>
            <w:tcW w:type="dxa" w:w="2835"/>
          </w:tcPr>
          <w:p>
            <w:pPr>
              <w:spacing w:after="40"/>
            </w:pPr>
            <w:r/>
            <w:r>
              <w:rPr>
                <w:b w:val="0"/>
                <w:i w:val="0"/>
                <w:sz w:val="19"/>
              </w:rPr>
              <w:t>O‘quvchilar dars oxirida:</w:t>
            </w:r>
          </w:p>
          <w:p>
            <w:pPr>
              <w:spacing w:after="40"/>
            </w:pPr>
            <w:r>
              <w:rPr>
                <w:b w:val="0"/>
                <w:i w:val="0"/>
                <w:sz w:val="19"/>
              </w:rPr>
              <w:t>• buyruq va inkor buyruq gap qanday yasalishini ayta oladi (shakllar jadvali);</w:t>
            </w:r>
          </w:p>
          <w:p>
            <w:pPr>
              <w:spacing w:after="40"/>
            </w:pPr>
            <w:r>
              <w:rPr>
                <w:b w:val="0"/>
                <w:i w:val="0"/>
                <w:sz w:val="19"/>
              </w:rPr>
              <w:t>• ko‘rsatmalarni to‘g‘ri fe’l bilan, bo‘lishli yoki bo‘lishsiz to‘ldira oladi (Solutions p. 126 ex. 1);</w:t>
            </w:r>
          </w:p>
          <w:p>
            <w:pPr>
              <w:spacing w:after="40"/>
            </w:pPr>
            <w:r>
              <w:rPr>
                <w:b w:val="0"/>
                <w:i w:val="0"/>
                <w:sz w:val="19"/>
              </w:rPr>
              <w:t>• darak gapni buyruq gapga aylantira oladi (You open your books → Open your books.);</w:t>
            </w:r>
          </w:p>
          <w:p>
            <w:pPr>
              <w:spacing w:after="40"/>
            </w:pPr>
            <w:r>
              <w:rPr>
                <w:b w:val="0"/>
                <w:i w:val="0"/>
                <w:sz w:val="19"/>
              </w:rPr>
              <w:t>• oltita sinf qoidasini — uchta «qil» va uchta «qilma» — yoza oladi.</w:t>
            </w:r>
          </w:p>
        </w:tc>
        <w:tc>
          <w:tcPr>
            <w:tcW w:type="dxa" w:w="3175"/>
          </w:tcPr>
          <w:p>
            <w:pPr>
              <w:spacing w:after="40"/>
            </w:pPr>
            <w:r/>
            <w:r>
              <w:rPr>
                <w:b w:val="0"/>
                <w:i w:val="0"/>
                <w:sz w:val="18"/>
              </w:rPr>
              <w:t>Kalendar reja: «Doing grammar exercises». Laser A1+ da imperative alohida grammatika bo‘limi yo‘q — Unit 4 betlaridagi buyruq gaplar (p. 34–35 topshiriq sarlavhalari: Match … / Choose … / Write …; p. 35 «Be quiet. The baby is sleeping.»), Unit 6 qoliplari (p. 53 Phrase Bank «Giving instructions»: Make sure … / Never … / Don’t forget to …; p. 55 Language Lab: You can …). Grammatika: Solutions Elementary p. 27 (2H Learn this! Imperatives), p. 126 (Grammar Builder 2H ex.1), p. 127 (Grammar Reference 2.8). Uyga (kalendar reja): sinf qoidalari — 6 ta buyruq gap (do’s and don’ts)</w:t>
            </w:r>
          </w:p>
          <w:p>
            <w:pPr>
              <w:spacing w:after="40"/>
            </w:pPr>
            <w:r>
              <w:rPr>
                <w:b/>
                <w:i w:val="0"/>
                <w:sz w:val="18"/>
              </w:rPr>
              <w:t xml:space="preserve">Jihozlar: </w:t>
            </w:r>
            <w:r>
              <w:rPr>
                <w:b w:val="0"/>
                <w:i w:val="0"/>
                <w:sz w:val="18"/>
              </w:rPr>
              <w:t>Slides; Solutions Elementary p. 126 (Grammar Builder 2H) on the book-task slide; Laser A1+ SB pp. 34–35 (the task instructions); vocabulary sheet (29 items) and flashcards with audio (sozlar.com/vocab) — handed out only AFTER the book tasks are checked; matching worksheet (Groups A and B).</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6 imperative sentences: classroom rules — three do’s and three don’ts (kalendar reja). Use the poster on the lesson page as a model and at least three words from the cards.</w:t>
            </w:r>
          </w:p>
          <w:p>
            <w:pPr>
              <w:spacing w:after="40"/>
            </w:pPr>
            <w:r>
              <w:rPr>
                <w:b w:val="0"/>
                <w:i w:val="0"/>
                <w:sz w:val="19"/>
              </w:rPr>
              <w:t>• Learn the 29 items with the flashcards: sozlar.com/vocab/cards/?set=grade7-lesson24</w:t>
            </w:r>
          </w:p>
          <w:p>
            <w:pPr>
              <w:spacing w:after="40"/>
            </w:pPr>
            <w:r>
              <w:rPr>
                <w:b w:val="0"/>
                <w:i w:val="0"/>
                <w:sz w:val="19"/>
              </w:rPr>
              <w:t>• Read «Our classroom rules» again and listen to the audio on the lesson page.</w:t>
            </w:r>
          </w:p>
        </w:tc>
      </w:tr>
    </w:tbl>
    <w:p>
      <w:pPr>
        <w:spacing w:after="40"/>
      </w:pPr>
      <w:r>
        <w:rPr>
          <w:b/>
          <w:sz w:val="18"/>
        </w:rPr>
        <w:t xml:space="preserve">Farqlash: </w:t>
      </w:r>
      <w:r>
        <w:rPr>
          <w:i/>
          <w:sz w:val="18"/>
        </w:rPr>
        <w:t>Kuchli o‘quvchilar qoidalar plakatiga Never … va Make sure … bilan ikkita qo‘shimcha qoida yozadi; kuchsizlarga forma jadvali doskada qoladi va kartalardan iboralar ro‘yxati (open your book, sit down, listen carefully, run in the corridor, shout out, bring) beriladi.</w:t>
      </w:r>
    </w:p>
    <w:p>
      <w:r>
        <w:br w:type="page"/>
      </w:r>
    </w:p>
    <w:p>
      <w:pPr>
        <w:spacing w:before="80" w:after="60"/>
      </w:pPr>
      <w:r>
        <w:rPr>
          <w:b/>
          <w:color w:val="0B6E5F"/>
          <w:sz w:val="24"/>
        </w:rPr>
        <w:t>Daily Lesson Plan · 25-dars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Ways of Talking</w:t>
            </w:r>
            <w:r>
              <w:rPr>
                <w:b w:val="0"/>
                <w:i w:val="0"/>
                <w:sz w:val="19"/>
              </w:rPr>
              <w:t xml:space="preserve"> (Gapirish usullari: say, tell, speak, talk)</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say, tell, speak, talk ni farqlashni, gapirish usullarini (whisper, shout, scream) va turg‘un birikmalarni (tell the time, tell the truth / a lie, speak a language, talk about) o‘rganadi (p. 35 Wordpower).</w:t>
            </w:r>
          </w:p>
          <w:p>
            <w:pPr>
              <w:spacing w:after="40"/>
            </w:pPr>
            <w:r>
              <w:rPr>
                <w:b/>
                <w:i w:val="0"/>
                <w:sz w:val="19"/>
              </w:rPr>
              <w:t xml:space="preserve">b) Tarbiyaviy: </w:t>
            </w:r>
            <w:r>
              <w:rPr>
                <w:b w:val="0"/>
                <w:i w:val="0"/>
                <w:sz w:val="19"/>
              </w:rPr>
              <w:t>Rostgo‘ylik, boshqalar bilan ovozni ko‘tarmay, muloyim gaplashish madaniyatini tarbiyalash.</w:t>
            </w:r>
          </w:p>
          <w:p>
            <w:pPr>
              <w:spacing w:after="40"/>
            </w:pPr>
            <w:r>
              <w:rPr>
                <w:b/>
                <w:i w:val="0"/>
                <w:sz w:val="19"/>
              </w:rPr>
              <w:t xml:space="preserve">c) Rivojlantiruvchi: </w:t>
            </w:r>
            <w:r>
              <w:rPr>
                <w:b w:val="0"/>
                <w:i w:val="0"/>
                <w:sz w:val="19"/>
              </w:rPr>
              <w:t>Ma’nodosh fe’llarni farqlash, birikmalarni eslab qolish va ovoz ohangini o‘zgartirib ifodali gapirish ko‘nikmasini rivojlantirish.</w:t>
            </w:r>
          </w:p>
        </w:tc>
        <w:tc>
          <w:tcPr>
            <w:tcW w:type="dxa" w:w="5443"/>
          </w:tcPr>
          <w:p>
            <w:pPr>
              <w:spacing w:after="40"/>
            </w:pPr>
            <w:r/>
            <w:r>
              <w:rPr>
                <w:b/>
                <w:i w:val="0"/>
                <w:sz w:val="18"/>
              </w:rPr>
              <w:t xml:space="preserve">1. Lead-in (Kirish) — 3 daqiqa. </w:t>
            </w:r>
            <w:r>
              <w:rPr>
                <w:b w:val="0"/>
                <w:i w:val="0"/>
                <w:sz w:val="18"/>
              </w:rPr>
              <w:t>Whisper ‘Good morning’, then say it, then shout it. Ask: What am I doing? Show the title photo: What is she doing?</w:t>
            </w:r>
          </w:p>
          <w:p>
            <w:pPr>
              <w:spacing w:after="40"/>
            </w:pPr>
            <w:r>
              <w:rPr>
                <w:b/>
                <w:i w:val="0"/>
                <w:sz w:val="18"/>
              </w:rPr>
              <w:t xml:space="preserve">2. Book ex.1 (test) (Kitob ex. 1) — 7 daqiqa. </w:t>
            </w:r>
            <w:r>
              <w:rPr>
                <w:b w:val="0"/>
                <w:i w:val="0"/>
                <w:sz w:val="18"/>
              </w:rPr>
              <w:t>Book tasks slide: students complete the ten definitions alone, then compare.</w:t>
            </w:r>
          </w:p>
          <w:p>
            <w:pPr>
              <w:spacing w:after="40"/>
            </w:pPr>
            <w:r>
              <w:rPr>
                <w:b/>
                <w:i w:val="0"/>
                <w:sz w:val="18"/>
              </w:rPr>
              <w:t xml:space="preserve">3. Book ex.2 — speech bubbles (Kitob ex. 2 — pufakchalar) — 5 daqiqa. </w:t>
            </w:r>
            <w:r>
              <w:rPr>
                <w:b w:val="0"/>
                <w:i w:val="0"/>
                <w:sz w:val="18"/>
              </w:rPr>
              <w:t>Read the eight bubbles aloud in the right voice (whisper bubble 2, scream bubble 3, shout bubble 4). Students choose.</w:t>
            </w:r>
          </w:p>
          <w:p>
            <w:pPr>
              <w:spacing w:after="40"/>
            </w:pPr>
            <w:r>
              <w:rPr>
                <w:b/>
                <w:i w:val="0"/>
                <w:sz w:val="18"/>
              </w:rPr>
              <w:t xml:space="preserve">4. Check (Tekshirish) — 3 daqiqa. </w:t>
            </w:r>
            <w:r>
              <w:rPr>
                <w:b w:val="0"/>
                <w:i w:val="0"/>
                <w:sz w:val="18"/>
              </w:rPr>
              <w:t>Answer key slide; ask WHY: tell the time (not speak), speak French (not say).</w:t>
            </w:r>
          </w:p>
          <w:p>
            <w:pPr>
              <w:spacing w:after="40"/>
            </w:pPr>
            <w:r>
              <w:rPr>
                <w:b/>
                <w:i w:val="0"/>
                <w:sz w:val="18"/>
              </w:rPr>
              <w:t xml:space="preserve">5. Vocabulary A–D + focus (Lug‘at A–D + fokus) — 8 daqiqa. </w:t>
            </w:r>
            <w:r>
              <w:rPr>
                <w:b w:val="0"/>
                <w:i w:val="0"/>
                <w:sz w:val="18"/>
              </w:rPr>
              <w:t>Present the four sections with audio; then the focus slide (say / tell / speak / talk). Hand out the vocabulary sheet now.</w:t>
            </w:r>
          </w:p>
          <w:p>
            <w:pPr>
              <w:spacing w:after="40"/>
            </w:pPr>
            <w:r>
              <w:rPr>
                <w:b/>
                <w:i w:val="0"/>
                <w:sz w:val="18"/>
              </w:rPr>
              <w:t xml:space="preserve">6.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7. Speaking — find someone who (Gapirish — «Find someone who») — 8 daqiqa. </w:t>
            </w:r>
            <w:r>
              <w:rPr>
                <w:b w:val="0"/>
                <w:i w:val="0"/>
                <w:sz w:val="18"/>
              </w:rPr>
              <w:t>Speaking slide: ‘Find someone who’ mingle, then the whisper–talk–shout chain. Monitor ‘say me’ and ‘talk English’.</w:t>
            </w:r>
          </w:p>
          <w:p>
            <w:pPr>
              <w:spacing w:after="40"/>
            </w:pPr>
            <w:r>
              <w:rPr>
                <w:b/>
                <w:i w:val="0"/>
                <w:sz w:val="18"/>
              </w:rPr>
              <w:t xml:space="preserve">8. Reading — A noisy evening (O‘qish — shovqinli oqshom) — 3 daqiqa. </w:t>
            </w:r>
            <w:r>
              <w:rPr>
                <w:b w:val="0"/>
                <w:i w:val="0"/>
                <w:sz w:val="18"/>
              </w:rPr>
              <w:t>Students read (or listen to) the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ovoz bilan ko‘rsatish (pichirlash, baqirish), ta’rif bilan ishlash, «&lt;i&gt;Find someone who&lt;/i&gt;» o‘yini, guruhlarda ishlash (A va B)</w:t>
            </w:r>
          </w:p>
        </w:tc>
        <w:tc>
          <w:tcPr>
            <w:tcW w:type="dxa" w:w="2835"/>
          </w:tcPr>
          <w:p>
            <w:pPr>
              <w:spacing w:after="40"/>
            </w:pPr>
            <w:r/>
            <w:r>
              <w:rPr>
                <w:b w:val="0"/>
                <w:i w:val="0"/>
                <w:sz w:val="19"/>
              </w:rPr>
              <w:t>O‘quvchilar dars oxirida:</w:t>
            </w:r>
          </w:p>
          <w:p>
            <w:pPr>
              <w:spacing w:after="40"/>
            </w:pPr>
            <w:r>
              <w:rPr>
                <w:b w:val="0"/>
                <w:i w:val="0"/>
                <w:sz w:val="19"/>
              </w:rPr>
              <w:t>• o‘nta ta’rifni lie, say, scream, shout, speak, talk, tell, whisper bilan to‘ldira oladi (p. 35 ex. 1);</w:t>
            </w:r>
          </w:p>
          <w:p>
            <w:pPr>
              <w:spacing w:after="40"/>
            </w:pPr>
            <w:r>
              <w:rPr>
                <w:b w:val="0"/>
                <w:i w:val="0"/>
                <w:sz w:val="19"/>
              </w:rPr>
              <w:t>• sakkizta pufakchada to‘g‘ri so‘z yoki iborani tanlay oladi (ex. 2);</w:t>
            </w:r>
          </w:p>
          <w:p>
            <w:pPr>
              <w:spacing w:after="40"/>
            </w:pPr>
            <w:r>
              <w:rPr>
                <w:b w:val="0"/>
                <w:i w:val="0"/>
                <w:sz w:val="19"/>
              </w:rPr>
              <w:t>• say / tell va speak / talk farqini tushuntira oladi;</w:t>
            </w:r>
          </w:p>
          <w:p>
            <w:pPr>
              <w:spacing w:after="40"/>
            </w:pPr>
            <w:r>
              <w:rPr>
                <w:b w:val="0"/>
                <w:i w:val="0"/>
                <w:sz w:val="19"/>
              </w:rPr>
              <w:t>• yangi so‘zlar bilan oltita haqqoniy gap yoza oladi.</w:t>
            </w:r>
          </w:p>
        </w:tc>
        <w:tc>
          <w:tcPr>
            <w:tcW w:type="dxa" w:w="3175"/>
          </w:tcPr>
          <w:p>
            <w:pPr>
              <w:spacing w:after="40"/>
            </w:pPr>
            <w:r/>
            <w:r>
              <w:rPr>
                <w:b w:val="0"/>
                <w:i w:val="0"/>
                <w:sz w:val="18"/>
              </w:rPr>
              <w:t>Laser A1+ SB p. 35 — Wordpower!: ex.1 qutidagi so‘zlar (lie · say · scream · shout · speak · talk · tell · whisper) bilan 10 ta ta’rifni to‘ldirish (ba’zi so‘zlar ikki marta); ex.2 sakkizta pufakcha — juftlikdan to‘g‘risini tanlash (tell the time / speak the time, shout / whisper, scream / talk, say / shout, speak French / say French, talk about the weather / say the weather, say a lie / tell a lie, tell the truth / talk the truth). Kitob audiosi (CD 11) yo‘q — pufakchalarni o‘qituvchi ovoz bilan o‘qiydi. Shu betdagi Listening 26-darsniki. Solutions Elementary p. 29 (shout at). Uyga: Unit 4 «ways of talking» so‘zlari + ular bilan 6 ta gap</w:t>
            </w:r>
          </w:p>
          <w:p>
            <w:pPr>
              <w:spacing w:after="40"/>
            </w:pPr>
            <w:r>
              <w:rPr>
                <w:b/>
                <w:i w:val="0"/>
                <w:sz w:val="18"/>
              </w:rPr>
              <w:t xml:space="preserve">Jihozlar: </w:t>
            </w:r>
            <w:r>
              <w:rPr>
                <w:b w:val="0"/>
                <w:i w:val="0"/>
                <w:sz w:val="18"/>
              </w:rPr>
              <w:t>Laser A1+ SB p. 35 (Wordpower!); slides; vocabulary sheet (30 items) and flashcards with audio (sozlar.com/vocab) — handed out only AFTER the book tasks are checked; matching worksheet (Groups A and B); the text «A noisy evening at our house»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4 «ways of talking» words; write 6 sentences with them (kalendar reja).</w:t>
            </w:r>
          </w:p>
          <w:p>
            <w:pPr>
              <w:spacing w:after="40"/>
            </w:pPr>
            <w:r>
              <w:rPr>
                <w:b w:val="0"/>
                <w:i w:val="0"/>
                <w:sz w:val="19"/>
              </w:rPr>
              <w:t>• Learn the 30 items with the flashcards: sozlar.com/vocab/cards/?set=grade7-lesson25</w:t>
            </w:r>
          </w:p>
          <w:p>
            <w:pPr>
              <w:spacing w:after="40"/>
            </w:pPr>
            <w:r>
              <w:rPr>
                <w:b w:val="0"/>
                <w:i w:val="0"/>
                <w:sz w:val="19"/>
              </w:rPr>
              <w:t>• Read «A noisy evening at our house» again and listen to the audio on the lesson page.</w:t>
            </w:r>
          </w:p>
        </w:tc>
      </w:tr>
    </w:tbl>
    <w:p>
      <w:pPr>
        <w:spacing w:after="40"/>
      </w:pPr>
      <w:r>
        <w:rPr>
          <w:b/>
          <w:sz w:val="18"/>
        </w:rPr>
        <w:t xml:space="preserve">Farqlash: </w:t>
      </w:r>
      <w:r>
        <w:rPr>
          <w:i/>
          <w:sz w:val="18"/>
        </w:rPr>
        <w:t>Kuchli o‘quvchilar matndagi har bir gapirish fe’lini topib, o‘rniga boshqasini qo‘yadi (whispers → shouts) va ma’no qanday o‘zgarishini aytadi; kuchsizlarga say / tell / speak / talk jadvali kartochkada beriladi.</w:t>
      </w:r>
    </w:p>
    <w:p>
      <w:r>
        <w:br w:type="page"/>
      </w:r>
    </w:p>
    <w:p>
      <w:pPr>
        <w:spacing w:before="80" w:after="60"/>
      </w:pPr>
      <w:r>
        <w:rPr>
          <w:b/>
          <w:color w:val="0B6E5F"/>
          <w:sz w:val="24"/>
        </w:rPr>
        <w:t>Daily Lesson Plan · 26-dars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for Gist and Specific Information</w:t>
            </w:r>
            <w:r>
              <w:rPr>
                <w:b w:val="0"/>
                <w:i w:val="0"/>
                <w:sz w:val="19"/>
              </w:rPr>
              <w:t xml:space="preserve"> (Tinglash: umumiy ma’no va aniq ma’lumot)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qisqa yig‘ilish yozuvini avval umumiy ma’no, so‘ng aniq ma’lumot (ismlar, kunlar, vaqt, sonlar) uchun tinglashni o‘rganadi va maktab sayti haqida gapiradi (p. 35 Listening).</w:t>
            </w:r>
          </w:p>
          <w:p>
            <w:pPr>
              <w:spacing w:after="40"/>
            </w:pPr>
            <w:r>
              <w:rPr>
                <w:b/>
                <w:i w:val="0"/>
                <w:sz w:val="17"/>
              </w:rPr>
              <w:t xml:space="preserve">b) Tarbiyaviy: </w:t>
            </w:r>
            <w:r>
              <w:rPr>
                <w:b w:val="0"/>
                <w:i w:val="0"/>
                <w:sz w:val="17"/>
              </w:rPr>
              <w:t>Jamoaviy ishda (yig‘ilishda) faol ishtirok etish, boshqalarning taklifini tinglash va mas’uliyatni o‘z zimmasiga olishni (I’ll…) tarbiyalash.</w:t>
            </w:r>
          </w:p>
          <w:p>
            <w:pPr>
              <w:spacing w:after="40"/>
            </w:pPr>
            <w:r>
              <w:rPr>
                <w:b/>
                <w:i w:val="0"/>
                <w:sz w:val="17"/>
              </w:rPr>
              <w:t xml:space="preserve">c) Rivojlantiruvchi: </w:t>
            </w:r>
            <w:r>
              <w:rPr>
                <w:b w:val="0"/>
                <w:i w:val="0"/>
                <w:sz w:val="17"/>
              </w:rPr>
              <w:t>Tinglashdan oldin bo‘shliqdagi so‘z turini taxmin qilish, chalg‘ituvchi variantlarni ajratish va aniq ma’lumotni yozib olish ko‘nikmasini rivojlantirish.</w:t>
            </w:r>
          </w:p>
        </w:tc>
        <w:tc>
          <w:tcPr>
            <w:tcW w:type="dxa" w:w="5443"/>
          </w:tcPr>
          <w:p>
            <w:pPr>
              <w:spacing w:after="40"/>
            </w:pPr>
            <w:r/>
            <w:r>
              <w:rPr>
                <w:b/>
                <w:i w:val="0"/>
                <w:sz w:val="17"/>
              </w:rPr>
              <w:t xml:space="preserve">1. Lead-in (Kirish) — 3 daqiqa. </w:t>
            </w:r>
            <w:r>
              <w:rPr>
                <w:b w:val="0"/>
                <w:i w:val="0"/>
                <w:sz w:val="17"/>
              </w:rPr>
              <w:t>Ask: Does our school have a website? Do you read any websites in English? Remember Linton School (p. 32): what sections has their website got?</w:t>
            </w:r>
          </w:p>
          <w:p>
            <w:pPr>
              <w:spacing w:after="40"/>
            </w:pPr>
            <w:r>
              <w:rPr>
                <w:b/>
                <w:i w:val="0"/>
                <w:sz w:val="17"/>
              </w:rPr>
              <w:t xml:space="preserve">2. Before you listen (p.35) (Tinglashdan oldin (p. 35)) — 3 daqiqa. </w:t>
            </w:r>
            <w:r>
              <w:rPr>
                <w:b w:val="0"/>
                <w:i w:val="0"/>
                <w:sz w:val="17"/>
              </w:rPr>
              <w:t>‘Before you listen’ slide: students read ex.1–2 and predict the kind of word for each gap.</w:t>
            </w:r>
          </w:p>
          <w:p>
            <w:pPr>
              <w:spacing w:after="40"/>
            </w:pPr>
            <w:r>
              <w:rPr>
                <w:b/>
                <w:i w:val="0"/>
                <w:sz w:val="17"/>
              </w:rPr>
              <w:t xml:space="preserve">3. Vocabulary A–C (pre-teaching) (Lug‘at A–D (oldindan tanishtirish)) — 6 daqiqa. </w:t>
            </w:r>
            <w:r>
              <w:rPr>
                <w:b w:val="0"/>
                <w:i w:val="0"/>
                <w:sz w:val="17"/>
              </w:rPr>
              <w:t>Present the three sections with audio (A meeting words, B website words: post, upload, log in …, C media words). The cards do not contain the answers. Hand out the vocabulary sheet.</w:t>
            </w:r>
          </w:p>
          <w:p>
            <w:pPr>
              <w:spacing w:after="40"/>
            </w:pPr>
            <w:r>
              <w:rPr>
                <w:b/>
                <w:i w:val="0"/>
                <w:sz w:val="17"/>
              </w:rPr>
              <w:t xml:space="preserve">4. Focus — listening strategy (Fokus — tinglash strategiyasi) — 2 daqiqa. </w:t>
            </w:r>
            <w:r>
              <w:rPr>
                <w:b w:val="0"/>
                <w:i w:val="0"/>
                <w:sz w:val="17"/>
              </w:rPr>
              <w:t>Focus slide: gist first, details second; the options can all be mentioned.</w:t>
            </w:r>
          </w:p>
          <w:p>
            <w:pPr>
              <w:spacing w:after="40"/>
            </w:pPr>
            <w:r>
              <w:rPr>
                <w:b/>
                <w:i w:val="0"/>
                <w:sz w:val="17"/>
              </w:rPr>
              <w:t xml:space="preserve">5. Listening ex.1 — gist (Tinglash ex. 1 — umumiy ma’no) — 4 daqiqa. </w:t>
            </w:r>
            <w:r>
              <w:rPr>
                <w:b w:val="0"/>
                <w:i w:val="0"/>
                <w:sz w:val="17"/>
              </w:rPr>
              <w:t>Play the BEGINNING of the meeting only (to ‘… on the bus’). Students choose A, B or C. Compare in pairs.</w:t>
            </w:r>
          </w:p>
          <w:p>
            <w:pPr>
              <w:spacing w:after="40"/>
            </w:pPr>
            <w:r>
              <w:rPr>
                <w:b/>
                <w:i w:val="0"/>
                <w:sz w:val="17"/>
              </w:rPr>
              <w:t xml:space="preserve">6. Listening ex.2 — specific information (Tinglash ex. 2 — aniq ma’lumot) — 8 daqiqa. </w:t>
            </w:r>
            <w:r>
              <w:rPr>
                <w:b w:val="0"/>
                <w:i w:val="0"/>
                <w:sz w:val="17"/>
              </w:rPr>
              <w:t>Play the complete meeting twice. First time: students write; second time: they check. Item 1 is the example.</w:t>
            </w:r>
          </w:p>
          <w:p>
            <w:pPr>
              <w:spacing w:after="40"/>
            </w:pPr>
            <w:r>
              <w:rPr>
                <w:b/>
                <w:i w:val="0"/>
                <w:sz w:val="17"/>
              </w:rPr>
              <w:t xml:space="preserve">7. Check (Tekshirish) — 3 daqiqa. </w:t>
            </w:r>
            <w:r>
              <w:rPr>
                <w:b w:val="0"/>
                <w:i w:val="0"/>
                <w:sz w:val="17"/>
              </w:rPr>
              <w:t>Answer key slide. Ask: which words in the recording gave you the answer? Keep the script closed.</w:t>
            </w:r>
          </w:p>
          <w:p>
            <w:pPr>
              <w:spacing w:after="40"/>
            </w:pPr>
            <w:r>
              <w:rPr>
                <w:b/>
                <w:i w:val="0"/>
                <w:sz w:val="17"/>
              </w:rPr>
              <w:t xml:space="preserve">8. Matching halves (Gap yarmlarini moslash) — 5 daqiqa. </w:t>
            </w:r>
            <w:r>
              <w:rPr>
                <w:b w:val="0"/>
                <w:i w:val="0"/>
                <w:sz w:val="17"/>
              </w:rPr>
              <w:t>Practice slide orally (1 min), then the match-halves worksheet (Group A and B, then swap).</w:t>
            </w:r>
          </w:p>
          <w:p>
            <w:pPr>
              <w:spacing w:after="40"/>
            </w:pPr>
            <w:r>
              <w:rPr>
                <w:b/>
                <w:i w:val="0"/>
                <w:sz w:val="17"/>
              </w:rPr>
              <w:t xml:space="preserve">9. Speaking — ex.3 Talk about you (Gapirish — ex. 3) — 6 daqiqa. </w:t>
            </w:r>
            <w:r>
              <w:rPr>
                <w:b w:val="0"/>
                <w:i w:val="0"/>
                <w:sz w:val="17"/>
              </w:rPr>
              <w:t>Speaking slide: ex.3 in groups, then the ‘website meeting’ role-play. Monitor offers with I’ll.</w:t>
            </w:r>
          </w:p>
          <w:p>
            <w:pPr>
              <w:spacing w:after="40"/>
            </w:pPr>
            <w:r>
              <w:rPr>
                <w:b/>
                <w:i w:val="0"/>
                <w:sz w:val="17"/>
              </w:rPr>
              <w:t xml:space="preserve">10. Listening script (Tinglash matni bilan ishlash) — 3 daqiqa. </w:t>
            </w:r>
            <w:r>
              <w:rPr>
                <w:b w:val="0"/>
                <w:i w:val="0"/>
                <w:sz w:val="17"/>
              </w:rPr>
              <w:t>Now open the script on the lesson page (or the script slides). Students read and listen once more and answer the five questions.</w:t>
            </w:r>
          </w:p>
          <w:p>
            <w:pPr>
              <w:spacing w:after="40"/>
            </w:pPr>
            <w:r>
              <w:rPr>
                <w:b/>
                <w:i w:val="0"/>
                <w:sz w:val="17"/>
              </w:rPr>
              <w:t xml:space="preserve">11.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tinglashdan oldin taxmin qilish, ikki bosqichli tinglash, rolli o‘yin (sayt yig‘ilishi), guruhlarda ishlash (A va B)</w:t>
            </w:r>
          </w:p>
        </w:tc>
        <w:tc>
          <w:tcPr>
            <w:tcW w:type="dxa" w:w="2835"/>
          </w:tcPr>
          <w:p>
            <w:pPr>
              <w:spacing w:after="40"/>
            </w:pPr>
            <w:r/>
            <w:r>
              <w:rPr>
                <w:b w:val="0"/>
                <w:i w:val="0"/>
                <w:sz w:val="17"/>
              </w:rPr>
              <w:t>O‘quvchilar dars oxirida:</w:t>
            </w:r>
          </w:p>
          <w:p>
            <w:pPr>
              <w:spacing w:after="40"/>
            </w:pPr>
            <w:r>
              <w:rPr>
                <w:b w:val="0"/>
                <w:i w:val="0"/>
                <w:sz w:val="17"/>
              </w:rPr>
              <w:t>• har bir bo‘shliqqa qanday so‘z kelishini (kun? vaqt? son?) oldindan taxmin qila oladi;</w:t>
            </w:r>
          </w:p>
          <w:p>
            <w:pPr>
              <w:spacing w:after="40"/>
            </w:pPr>
            <w:r>
              <w:rPr>
                <w:b w:val="0"/>
                <w:i w:val="0"/>
                <w:sz w:val="17"/>
              </w:rPr>
              <w:t>• yig‘ilish boshini tinglab A, B yoki C ni tanlay oladi (p. 35 ex. 1);</w:t>
            </w:r>
          </w:p>
          <w:p>
            <w:pPr>
              <w:spacing w:after="40"/>
            </w:pPr>
            <w:r>
              <w:rPr>
                <w:b w:val="0"/>
                <w:i w:val="0"/>
                <w:sz w:val="17"/>
              </w:rPr>
              <w:t>• sakkizta gapni so‘z yoki qisqa ibora bilan to‘ldira oladi (ex. 2);</w:t>
            </w:r>
          </w:p>
          <w:p>
            <w:pPr>
              <w:spacing w:after="40"/>
            </w:pPr>
            <w:r>
              <w:rPr>
                <w:b w:val="0"/>
                <w:i w:val="0"/>
                <w:sz w:val="17"/>
              </w:rPr>
              <w:t>• maktab sayti va unda nimani o‘qishni xohlashi haqida gapira oladi (ex. 3).</w:t>
            </w:r>
          </w:p>
        </w:tc>
        <w:tc>
          <w:tcPr>
            <w:tcW w:type="dxa" w:w="3175"/>
          </w:tcPr>
          <w:p>
            <w:pPr>
              <w:spacing w:after="40"/>
            </w:pPr>
            <w:r/>
            <w:r>
              <w:rPr>
                <w:b w:val="0"/>
                <w:i w:val="0"/>
                <w:sz w:val="17"/>
              </w:rPr>
              <w:t>Laser A1+ SB p. 35 — Listening: ex.1 «Listen to the beginning of a meeting» (2 savol, A/B/C: nima haqida gaplashyapti — TV programme / magazine / website; ular kim — teachers / pupils / parents); ex.2 «Listen to the complete meeting» — 9 ta bo‘shliq (Tony, Paula, Tariq, Mr Jennings, Mr Bennett, school concert); ex.3 Talk about you (maktab veb-sayti). Qahramonlar pp. 32–33 (Linton School Pupil Website) dan. Kitob audiosi (CD 12–13) yo‘q — tinglash matni o‘zimizniki, kalit faqat shu matnga mos. Uyga: Workbook p. 26 ex. 1–2</w:t>
            </w:r>
          </w:p>
          <w:p>
            <w:pPr>
              <w:spacing w:after="40"/>
            </w:pPr>
            <w:r>
              <w:rPr>
                <w:b/>
                <w:i w:val="0"/>
                <w:sz w:val="17"/>
              </w:rPr>
              <w:t xml:space="preserve">Jihozlar: </w:t>
            </w:r>
            <w:r>
              <w:rPr>
                <w:b w:val="0"/>
                <w:i w:val="0"/>
                <w:sz w:val="17"/>
              </w:rPr>
              <w:t>Laser A1+ SB p. 35 (Listening); slides; the listening audio and script on the lesson page (our own recording — the book CD 12–13 is not available); vocabulary sheet (30 items), match-halves worksheet and flashcards with audio (sozlar.com/vocab); Workbook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26, ex. 1–2 (Wordpower).</w:t>
            </w:r>
          </w:p>
          <w:p>
            <w:pPr>
              <w:spacing w:after="40"/>
            </w:pPr>
            <w:r>
              <w:rPr>
                <w:b w:val="0"/>
                <w:i w:val="0"/>
                <w:sz w:val="19"/>
              </w:rPr>
              <w:t>• Learn the 30 items with the flashcards: sozlar.com/vocab/cards/?set=grade7-lesson26</w:t>
            </w:r>
          </w:p>
          <w:p>
            <w:pPr>
              <w:spacing w:after="40"/>
            </w:pPr>
            <w:r>
              <w:rPr>
                <w:b w:val="0"/>
                <w:i w:val="0"/>
                <w:sz w:val="19"/>
              </w:rPr>
              <w:t>• Listen to the meeting again on the lesson page. Write one sentence about each person: Tariq will … / Paula will … / Tony will …</w:t>
            </w:r>
          </w:p>
        </w:tc>
      </w:tr>
    </w:tbl>
    <w:p>
      <w:pPr>
        <w:spacing w:after="40"/>
      </w:pPr>
      <w:r>
        <w:rPr>
          <w:b/>
          <w:sz w:val="18"/>
        </w:rPr>
        <w:t xml:space="preserve">Farqlash: </w:t>
      </w:r>
      <w:r>
        <w:rPr>
          <w:i/>
          <w:sz w:val="18"/>
        </w:rPr>
        <w:t>Kuchli o‘quvchilar ikkinchi tinglashda har bir qahramon (Angela, Tony, Paula, Tariq) nima qilishini bitta gap bilan yozadi (Tariq will …); kuchsizlarga ex.2 uchun javoblar ro‘yxati aralash holda beriladi (Thursday, ill, review …) — ular faqat joyini topadi.</w:t>
      </w:r>
    </w:p>
    <w:p>
      <w:r>
        <w:br w:type="page"/>
      </w:r>
    </w:p>
    <w:p>
      <w:pPr>
        <w:spacing w:before="80" w:after="60"/>
      </w:pPr>
      <w:r>
        <w:rPr>
          <w:b/>
          <w:color w:val="0B6E5F"/>
          <w:sz w:val="24"/>
        </w:rPr>
        <w:t>Daily Lesson Plan · 27-dars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Speaking: Asking and Answering Questions</w:t>
            </w:r>
            <w:r>
              <w:rPr>
                <w:b w:val="0"/>
                <w:i w:val="0"/>
                <w:sz w:val="19"/>
              </w:rPr>
              <w:t xml:space="preserve"> (Gapirish: savol berish va javob qaytarish)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Wh- savollar bilan sherigidan intervyu olishni, avval qisqa tabiiy javob berib, so‘ng qo‘shimcha ma’lumot qo‘shishni va suhbatni davom ettirishni (Really? Me too!) o‘rganadi (p. 36, Phrase Bank).</w:t>
            </w:r>
          </w:p>
          <w:p>
            <w:pPr>
              <w:spacing w:after="40"/>
            </w:pPr>
            <w:r>
              <w:rPr>
                <w:b/>
                <w:i w:val="0"/>
                <w:sz w:val="17"/>
              </w:rPr>
              <w:t xml:space="preserve">b) Tarbiyaviy: </w:t>
            </w:r>
            <w:r>
              <w:rPr>
                <w:b w:val="0"/>
                <w:i w:val="0"/>
                <w:sz w:val="17"/>
              </w:rPr>
              <w:t>Suhbatdoshga samimiy qiziqish bildirish, gapini bo‘lmasdan tinglash va muloqot odobini tarbiyalash.</w:t>
            </w:r>
          </w:p>
          <w:p>
            <w:pPr>
              <w:spacing w:after="40"/>
            </w:pPr>
            <w:r>
              <w:rPr>
                <w:b/>
                <w:i w:val="0"/>
                <w:sz w:val="17"/>
              </w:rPr>
              <w:t xml:space="preserve">c) Rivojlantiruvchi: </w:t>
            </w:r>
            <w:r>
              <w:rPr>
                <w:b w:val="0"/>
                <w:i w:val="0"/>
                <w:sz w:val="17"/>
              </w:rPr>
              <w:t>Ortiqcha so‘zlarni olib tashlab ixcham javob berish, savolni tez tuzish va so‘roq so‘zlarini tez talaffuz qilish ko‘nikmasini rivojlantirish.</w:t>
            </w:r>
          </w:p>
        </w:tc>
        <w:tc>
          <w:tcPr>
            <w:tcW w:type="dxa" w:w="5443"/>
          </w:tcPr>
          <w:p>
            <w:pPr>
              <w:spacing w:after="40"/>
            </w:pPr>
            <w:r/>
            <w:r>
              <w:rPr>
                <w:b/>
                <w:i w:val="0"/>
                <w:sz w:val="17"/>
              </w:rPr>
              <w:t xml:space="preserve">1. Lead-in (Kirish) — 3 daqiqa. </w:t>
            </w:r>
            <w:r>
              <w:rPr>
                <w:b w:val="0"/>
                <w:i w:val="0"/>
                <w:sz w:val="17"/>
              </w:rPr>
              <w:t>Ask two students: How old are you? Where do you live? Then answer the same questions yourself twice — with a full sentence and with a short answer. Which sounds more natural?</w:t>
            </w:r>
          </w:p>
          <w:p>
            <w:pPr>
              <w:spacing w:after="40"/>
            </w:pPr>
            <w:r>
              <w:rPr>
                <w:b/>
                <w:i w:val="0"/>
                <w:sz w:val="17"/>
              </w:rPr>
              <w:t xml:space="preserve">2. Book ex.1 (test) (Kitob ex. 1) — 5 daqiqa. </w:t>
            </w:r>
            <w:r>
              <w:rPr>
                <w:b w:val="0"/>
                <w:i w:val="0"/>
                <w:sz w:val="17"/>
              </w:rPr>
              <w:t>Book tasks slide: students complete the two questions with gaps and write three questions of their own.</w:t>
            </w:r>
          </w:p>
          <w:p>
            <w:pPr>
              <w:spacing w:after="40"/>
            </w:pPr>
            <w:r>
              <w:rPr>
                <w:b/>
                <w:i w:val="0"/>
                <w:sz w:val="17"/>
              </w:rPr>
              <w:t xml:space="preserve">3. Book ex.2 + Phrase Bank (Kitob ex. 2 + Phrase Bank) — 4 daqiqa. </w:t>
            </w:r>
            <w:r>
              <w:rPr>
                <w:b w:val="0"/>
                <w:i w:val="0"/>
                <w:sz w:val="17"/>
              </w:rPr>
              <w:t>Students cross out the words in ex.2 alone; then read the Phrase Bank.</w:t>
            </w:r>
          </w:p>
          <w:p>
            <w:pPr>
              <w:spacing w:after="40"/>
            </w:pPr>
            <w:r>
              <w:rPr>
                <w:b/>
                <w:i w:val="0"/>
                <w:sz w:val="17"/>
              </w:rPr>
              <w:t xml:space="preserve">4. Check and teach (Tekshirish va tushuntirish) — 4 daqiqa. </w:t>
            </w:r>
            <w:r>
              <w:rPr>
                <w:b w:val="0"/>
                <w:i w:val="0"/>
                <w:sz w:val="17"/>
              </w:rPr>
              <w:t>Answer key slide: students say WHY. Then hand out the vocabulary sheet.</w:t>
            </w:r>
          </w:p>
          <w:p>
            <w:pPr>
              <w:spacing w:after="40"/>
            </w:pPr>
            <w:r>
              <w:rPr>
                <w:b/>
                <w:i w:val="0"/>
                <w:sz w:val="17"/>
              </w:rPr>
              <w:t xml:space="preserve">5. Vocabulary A–D + focus (Lug‘at A–D + fokus) — 7 daqiqa. </w:t>
            </w:r>
            <w:r>
              <w:rPr>
                <w:b w:val="0"/>
                <w:i w:val="0"/>
                <w:sz w:val="17"/>
              </w:rPr>
              <w:t>Present the four sections with audio; then the focus slide (short answer + extra information).</w:t>
            </w:r>
          </w:p>
          <w:p>
            <w:pPr>
              <w:spacing w:after="40"/>
            </w:pPr>
            <w:r>
              <w:rPr>
                <w:b/>
                <w:i w:val="0"/>
                <w:sz w:val="17"/>
              </w:rPr>
              <w:t xml:space="preserve">6. SoundSpot (p.36) (SoundSpot (p. 36)) — 4 daqiqa. </w:t>
            </w:r>
            <w:r>
              <w:rPr>
                <w:b w:val="0"/>
                <w:i w:val="0"/>
                <w:sz w:val="17"/>
              </w:rPr>
              <w:t>Pronunciation slide: say the seven words, faster each time (the book CD 14 is not available). Then ex.2: whisper — say — shout, as fast as you can.</w:t>
            </w:r>
          </w:p>
          <w:p>
            <w:pPr>
              <w:spacing w:after="40"/>
            </w:pPr>
            <w:r>
              <w:rPr>
                <w:b/>
                <w:i w:val="0"/>
                <w:sz w:val="17"/>
              </w:rPr>
              <w:t xml:space="preserve">7. Matching halves (Gap yarmlarini moslash) — 5 daqiqa. </w:t>
            </w:r>
            <w:r>
              <w:rPr>
                <w:b w:val="0"/>
                <w:i w:val="0"/>
                <w:sz w:val="17"/>
              </w:rPr>
              <w:t>Practice slide orally (1 min), then the match-halves worksheet (Group A and B, then swap).</w:t>
            </w:r>
          </w:p>
          <w:p>
            <w:pPr>
              <w:spacing w:after="40"/>
            </w:pPr>
            <w:r>
              <w:rPr>
                <w:b/>
                <w:i w:val="0"/>
                <w:sz w:val="17"/>
              </w:rPr>
              <w:t xml:space="preserve">8. Speaking — ex.3 interview (Gapirish — intervyu (ex. 3)) — 8 daqiqa. </w:t>
            </w:r>
            <w:r>
              <w:rPr>
                <w:b w:val="0"/>
                <w:i w:val="0"/>
                <w:sz w:val="17"/>
              </w:rPr>
              <w:t>Speaking slide: pairs ask and answer their ex.1 questions; B gives a short answer + extra information; A reacts (Really? Me too!). Swap. Two pairs perform.</w:t>
            </w:r>
          </w:p>
          <w:p>
            <w:pPr>
              <w:spacing w:after="40"/>
            </w:pPr>
            <w:r>
              <w:rPr>
                <w:b/>
                <w:i w:val="0"/>
                <w:sz w:val="17"/>
              </w:rPr>
              <w:t xml:space="preserve">9. Reading — Meet Diyora (O‘qish — Diyora bilan tanishuv) — 3 daqiqa. </w:t>
            </w:r>
            <w:r>
              <w:rPr>
                <w:b w:val="0"/>
                <w:i w:val="0"/>
                <w:sz w:val="17"/>
              </w:rPr>
              <w:t>Students read (or listen to) the interview on the lesson page and answer the five questions.</w:t>
            </w:r>
          </w:p>
          <w:p>
            <w:pPr>
              <w:spacing w:after="40"/>
            </w:pPr>
            <w:r>
              <w:rPr>
                <w:b/>
                <w:i w:val="0"/>
                <w:sz w:val="17"/>
              </w:rPr>
              <w:t xml:space="preserve">10.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Phrase Bank bilan ishlash, intervyu (juftlikda), talaffuz mashqi (SoundSpot), guruhlarda ishlash (A va B)</w:t>
            </w:r>
          </w:p>
        </w:tc>
        <w:tc>
          <w:tcPr>
            <w:tcW w:type="dxa" w:w="2835"/>
          </w:tcPr>
          <w:p>
            <w:pPr>
              <w:spacing w:after="40"/>
            </w:pPr>
            <w:r/>
            <w:r>
              <w:rPr>
                <w:b w:val="0"/>
                <w:i w:val="0"/>
                <w:sz w:val="17"/>
              </w:rPr>
              <w:t>O‘quvchilar dars oxirida:</w:t>
            </w:r>
          </w:p>
          <w:p>
            <w:pPr>
              <w:spacing w:after="40"/>
            </w:pPr>
            <w:r>
              <w:rPr>
                <w:b w:val="0"/>
                <w:i w:val="0"/>
                <w:sz w:val="17"/>
              </w:rPr>
              <w:t>• intervyu savollarini to‘ldirib, o‘zining uchta savolini yoza oladi (p. 36 ex. 1);</w:t>
            </w:r>
          </w:p>
          <w:p>
            <w:pPr>
              <w:spacing w:after="40"/>
            </w:pPr>
            <w:r>
              <w:rPr>
                <w:b w:val="0"/>
                <w:i w:val="0"/>
                <w:sz w:val="17"/>
              </w:rPr>
              <w:t>• oltita javobdagi ortiqcha so‘zlarni o‘chira oladi (ex. 2);</w:t>
            </w:r>
          </w:p>
          <w:p>
            <w:pPr>
              <w:spacing w:after="40"/>
            </w:pPr>
            <w:r>
              <w:rPr>
                <w:b w:val="0"/>
                <w:i w:val="0"/>
                <w:sz w:val="17"/>
              </w:rPr>
              <w:t>• Phrase Bank javoblarini qo‘llay oladi: (At) eight o’clock. / In a little village. / Because I love…;</w:t>
            </w:r>
          </w:p>
          <w:p>
            <w:pPr>
              <w:spacing w:after="40"/>
            </w:pPr>
            <w:r>
              <w:rPr>
                <w:b w:val="0"/>
                <w:i w:val="0"/>
                <w:sz w:val="17"/>
              </w:rPr>
              <w:t>• sherigidan intervyu ola oladi: qisqa birinchi javob + qo‘shimcha ma’lumot (ex. 3).</w:t>
            </w:r>
          </w:p>
        </w:tc>
        <w:tc>
          <w:tcPr>
            <w:tcW w:type="dxa" w:w="3175"/>
          </w:tcPr>
          <w:p>
            <w:pPr>
              <w:spacing w:after="40"/>
            </w:pPr>
            <w:r/>
            <w:r>
              <w:rPr>
                <w:b w:val="0"/>
                <w:i w:val="0"/>
                <w:sz w:val="17"/>
              </w:rPr>
              <w:t>Laser A1+ SB p. 36 — Speaking: ex.1 daftardagi intervyu savollari (How old … / How many brothers and sisters … / Who is your favourite actor? / Where … / What do you like doing in your free time? / What time … / When … / Why do you ___? / Which programme do you prefer – ___ or ___?) + uchta o‘z savoli; ex.2 javoblardan ortiqcha so‘zlarni o‘chirish (6 ta); ex.3 juftlikda so‘rash: birinchi gap qisqa, keyin qo‘shimcha ma’lumot; Phrase Bank «Asking and answering questions»; SoundSpot (Who? Where? What? Why? When? How? Which? — tez, pichirlab, baqirib). Kitob audiosi (CD 14) yo‘q — o‘qituvchi aytadi. Uyga: Workbook p. 26, ex. 1–2</w:t>
            </w:r>
          </w:p>
          <w:p>
            <w:pPr>
              <w:spacing w:after="40"/>
            </w:pPr>
            <w:r>
              <w:rPr>
                <w:b/>
                <w:i w:val="0"/>
                <w:sz w:val="17"/>
              </w:rPr>
              <w:t xml:space="preserve">Jihozlar: </w:t>
            </w:r>
            <w:r>
              <w:rPr>
                <w:b w:val="0"/>
                <w:i w:val="0"/>
                <w:sz w:val="17"/>
              </w:rPr>
              <w:t>Laser A1+ SB p. 36 (Speaking, Phrase Bank, SoundSpot); slides; vocabulary sheet (28 items), match-halves worksheet and flashcards with audio (sozlar.com/vocab) — handed out only AFTER the book tasks are checked; the interview «Meet Diyora»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26, ex. 1–2 (Wordpower). Read the ex. 2 dialogues aloud with a partner.</w:t>
            </w:r>
          </w:p>
          <w:p>
            <w:pPr>
              <w:spacing w:after="40"/>
            </w:pPr>
            <w:r>
              <w:rPr>
                <w:b w:val="0"/>
                <w:i w:val="0"/>
                <w:sz w:val="19"/>
              </w:rPr>
              <w:t>• Learn the 28 items with the flashcards: sozlar.com/vocab/cards/?set=grade7-lesson27</w:t>
            </w:r>
          </w:p>
          <w:p>
            <w:pPr>
              <w:spacing w:after="40"/>
            </w:pPr>
            <w:r>
              <w:rPr>
                <w:b w:val="0"/>
                <w:i w:val="0"/>
                <w:sz w:val="19"/>
              </w:rPr>
              <w:t>• Interview a family member with six questions from p. 36. Write their short answers and one piece of extra information for each.</w:t>
            </w:r>
          </w:p>
        </w:tc>
      </w:tr>
    </w:tbl>
    <w:p>
      <w:pPr>
        <w:spacing w:after="40"/>
      </w:pPr>
      <w:r>
        <w:rPr>
          <w:b/>
          <w:sz w:val="18"/>
        </w:rPr>
        <w:t xml:space="preserve">Farqlash: </w:t>
      </w:r>
      <w:r>
        <w:rPr>
          <w:i/>
          <w:sz w:val="18"/>
        </w:rPr>
        <w:t>Kuchli o‘quvchilar intervyuni «kitob qahramoni» rolida o‘tkazadi (Zac Efron, Mr Jennings) va har javobga ikkita qo‘shimcha gap qo‘shadi; kuchsizlarga savollar kartochkada va qisqa javob namunalari (At …, In …, Because …) hamda bo‘sh vaqt so‘zlari (play the guitar, go fishing, do karate …) doskada qoladi.</w:t>
      </w:r>
    </w:p>
    <w:p>
      <w:r>
        <w:br w:type="page"/>
      </w:r>
    </w:p>
    <w:p>
      <w:pPr>
        <w:spacing w:before="80" w:after="60"/>
      </w:pPr>
      <w:r>
        <w:rPr>
          <w:b/>
          <w:color w:val="0B6E5F"/>
          <w:sz w:val="24"/>
        </w:rPr>
        <w:t>Daily Lesson Plan · 28-dars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too and very</w:t>
            </w:r>
            <w:r>
              <w:rPr>
                <w:b w:val="0"/>
                <w:i w:val="0"/>
                <w:sz w:val="19"/>
              </w:rPr>
              <w:t xml:space="preserve"> (too va very: «juda» va «haddan tashqari»)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very ni yaxshi va yomon narsalar uchun, too ni muammo bo‘lgan holat uchun ishlatishni hamda too + sifat/ravish + (for me) to + fe’l qolipini o‘rganadi (p. 37, Grammar database 8).</w:t>
            </w:r>
          </w:p>
          <w:p>
            <w:pPr>
              <w:spacing w:after="40"/>
            </w:pPr>
            <w:r>
              <w:rPr>
                <w:b/>
                <w:i w:val="0"/>
                <w:sz w:val="19"/>
              </w:rPr>
              <w:t xml:space="preserve">b) Tarbiyaviy: </w:t>
            </w:r>
            <w:r>
              <w:rPr>
                <w:b w:val="0"/>
                <w:i w:val="0"/>
                <w:sz w:val="19"/>
              </w:rPr>
              <w:t>O‘z imkoniyatini to‘g‘ri baholash, bahona emas, sababni halol aytish va boshqalarga xushmuomala rad javob berishni tarbiyalash.</w:t>
            </w:r>
          </w:p>
          <w:p>
            <w:pPr>
              <w:spacing w:after="40"/>
            </w:pPr>
            <w:r>
              <w:rPr>
                <w:b/>
                <w:i w:val="0"/>
                <w:sz w:val="19"/>
              </w:rPr>
              <w:t xml:space="preserve">c) Rivojlantiruvchi: </w:t>
            </w:r>
            <w:r>
              <w:rPr>
                <w:b w:val="0"/>
                <w:i w:val="0"/>
                <w:sz w:val="19"/>
              </w:rPr>
              <w:t>Ijobiy va salbiy ma’noni farqlash, gapni qolip bo‘yicha qayta tuzish va tasavvur asosida javob o‘ylab topish ko‘nikmasini rivojlantirish.</w:t>
            </w:r>
          </w:p>
        </w:tc>
        <w:tc>
          <w:tcPr>
            <w:tcW w:type="dxa" w:w="5443"/>
          </w:tcPr>
          <w:p>
            <w:pPr>
              <w:spacing w:after="40"/>
            </w:pPr>
            <w:r/>
            <w:r>
              <w:rPr>
                <w:b/>
                <w:i w:val="0"/>
                <w:sz w:val="18"/>
              </w:rPr>
              <w:t xml:space="preserve">1. Lead-in (Kirish) — 3 daqiqa. </w:t>
            </w:r>
            <w:r>
              <w:rPr>
                <w:b w:val="0"/>
                <w:i w:val="0"/>
                <w:sz w:val="18"/>
              </w:rPr>
              <w:t>Show a heavy bag: It’s very heavy — but I can carry it. Then a ‘too heavy’ mime: It’s too heavy — I can’t carry it! Ask: what’s the difference?</w:t>
            </w:r>
          </w:p>
          <w:p>
            <w:pPr>
              <w:spacing w:after="40"/>
            </w:pPr>
            <w:r>
              <w:rPr>
                <w:b/>
                <w:i w:val="0"/>
                <w:sz w:val="18"/>
              </w:rPr>
              <w:t xml:space="preserve">2. Form table (Shakllar jadvali) — 4 daqiqa. </w:t>
            </w:r>
            <w:r>
              <w:rPr>
                <w:b w:val="0"/>
                <w:i w:val="0"/>
                <w:sz w:val="18"/>
              </w:rPr>
              <w:t>Form table slide only (very / too + adjective / adverb; too … to). Do not show the focus or vocabulary slides yet.</w:t>
            </w:r>
          </w:p>
          <w:p>
            <w:pPr>
              <w:spacing w:after="40"/>
            </w:pPr>
            <w:r>
              <w:rPr>
                <w:b/>
                <w:i w:val="0"/>
                <w:sz w:val="18"/>
              </w:rPr>
              <w:t xml:space="preserve">3. Book p.37 ex.1–3 (test) (Kitob p. 37 ex. 1–3) — 13 daqiqa. </w:t>
            </w:r>
            <w:r>
              <w:rPr>
                <w:b w:val="0"/>
                <w:i w:val="0"/>
                <w:sz w:val="18"/>
              </w:rPr>
              <w:t>Book tasks slide: Look! box together, ex.1 in pairs, ex.2 and ex.3 alone. Grammar database 8 is for checking.</w:t>
            </w:r>
          </w:p>
          <w:p>
            <w:pPr>
              <w:spacing w:after="40"/>
            </w:pPr>
            <w:r>
              <w:rPr>
                <w:b/>
                <w:i w:val="0"/>
                <w:sz w:val="18"/>
              </w:rPr>
              <w:t xml:space="preserve">4. Check and teach (Tekshirish va tushuntirish) — 7 daqiqa. </w:t>
            </w:r>
            <w:r>
              <w:rPr>
                <w:b w:val="0"/>
                <w:i w:val="0"/>
                <w:sz w:val="18"/>
              </w:rPr>
              <w:t>Answer key slide: students say WHY (problem → too). Then the focus slide and card sections A–D (say the cards, no audio — time is tight); hand out the vocabulary sheet now.</w:t>
            </w:r>
          </w:p>
          <w:p>
            <w:pPr>
              <w:spacing w:after="40"/>
            </w:pPr>
            <w:r>
              <w:rPr>
                <w:b/>
                <w:i w:val="0"/>
                <w:sz w:val="18"/>
              </w:rPr>
              <w:t xml:space="preserve">5. Practice + Matching halves (Mashq + gap yarmlarini moslash) — 6 daqiqa. </w:t>
            </w:r>
            <w:r>
              <w:rPr>
                <w:b w:val="0"/>
                <w:i w:val="0"/>
                <w:sz w:val="18"/>
              </w:rPr>
              <w:t>Practice slide orally (2 min), then the match-halves worksheet (Group A and B, then swap).</w:t>
            </w:r>
          </w:p>
          <w:p>
            <w:pPr>
              <w:spacing w:after="40"/>
            </w:pPr>
            <w:r>
              <w:rPr>
                <w:b/>
                <w:i w:val="0"/>
                <w:sz w:val="18"/>
              </w:rPr>
              <w:t xml:space="preserve">6. Speaking — excuses game (Gapirish — bahonalar o‘yini) — 7 daqiqa. </w:t>
            </w:r>
            <w:r>
              <w:rPr>
                <w:b w:val="0"/>
                <w:i w:val="0"/>
                <w:sz w:val="18"/>
              </w:rPr>
              <w:t>Speaking slide: the excuses game (Why don’t you …? — Because …), then ‘very or too?’. Monitor ‘very hot to drink’ and ‘too’ in positive sentences.</w:t>
            </w:r>
          </w:p>
          <w:p>
            <w:pPr>
              <w:spacing w:after="40"/>
            </w:pPr>
            <w:r>
              <w:rPr>
                <w:b/>
                <w:i w:val="0"/>
                <w:sz w:val="18"/>
              </w:rPr>
              <w:t xml:space="preserve">7. Reading — Why not, Bobur? (O‘qish — Nega, Bobur?) — 3 daqiqa. </w:t>
            </w:r>
            <w:r>
              <w:rPr>
                <w:b w:val="0"/>
                <w:i w:val="0"/>
                <w:sz w:val="18"/>
              </w:rPr>
              <w:t>Students read (or listen to) the text on the lesson page and answer the five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ko‘rgazmali vaziyat (og‘ir sumka), qoida jadvali bilan ishlash, «Bahonalar» o‘yini, guruhlarda ishlash (A va B)</w:t>
            </w:r>
          </w:p>
        </w:tc>
        <w:tc>
          <w:tcPr>
            <w:tcW w:type="dxa" w:w="2835"/>
          </w:tcPr>
          <w:p>
            <w:pPr>
              <w:spacing w:after="40"/>
            </w:pPr>
            <w:r/>
            <w:r>
              <w:rPr>
                <w:b w:val="0"/>
                <w:i w:val="0"/>
                <w:sz w:val="19"/>
              </w:rPr>
              <w:t>O‘quvchilar dars oxirida:</w:t>
            </w:r>
          </w:p>
          <w:p>
            <w:pPr>
              <w:spacing w:after="40"/>
            </w:pPr>
            <w:r>
              <w:rPr>
                <w:b w:val="0"/>
                <w:i w:val="0"/>
                <w:sz w:val="19"/>
              </w:rPr>
              <w:t>• sakkizta vaziyatning ijobiy yoki salbiy ekanini aniqlay oladi (p. 37 ex. 1);</w:t>
            </w:r>
          </w:p>
          <w:p>
            <w:pPr>
              <w:spacing w:after="40"/>
            </w:pPr>
            <w:r>
              <w:rPr>
                <w:b w:val="0"/>
                <w:i w:val="0"/>
                <w:sz w:val="19"/>
              </w:rPr>
              <w:t>• too bilan sakkizta javob yoza oladi (ex. 2);</w:t>
            </w:r>
          </w:p>
          <w:p>
            <w:pPr>
              <w:spacing w:after="40"/>
            </w:pPr>
            <w:r>
              <w:rPr>
                <w:b w:val="0"/>
                <w:i w:val="0"/>
                <w:sz w:val="19"/>
              </w:rPr>
              <w:t>• sakkiz gapni too … (for me) to … bilan qayta yoza oladi (ex. 3);</w:t>
            </w:r>
          </w:p>
          <w:p>
            <w:pPr>
              <w:spacing w:after="40"/>
            </w:pPr>
            <w:r>
              <w:rPr>
                <w:b w:val="0"/>
                <w:i w:val="0"/>
                <w:sz w:val="19"/>
              </w:rPr>
              <w:t>• It’s very hot va It’s too hot farqini tushuntira oladi.</w:t>
            </w:r>
          </w:p>
        </w:tc>
        <w:tc>
          <w:tcPr>
            <w:tcW w:type="dxa" w:w="3175"/>
          </w:tcPr>
          <w:p>
            <w:pPr>
              <w:spacing w:after="40"/>
            </w:pPr>
            <w:r/>
            <w:r>
              <w:rPr>
                <w:b w:val="0"/>
                <w:i w:val="0"/>
                <w:sz w:val="18"/>
              </w:rPr>
              <w:t>Laser A1+ SB p. 37 — Grammar 2: too and very: Look! (very difficult – but I know the answer / too difficult – I don’t know the answer), Use (very — yaxshi va yomon narsalar uchun, too — faqat salbiy: «so much that it’s bad»); ex.1 ijobiy (P) yoki salbiy (N) — 8 gap; ex.2 too bilan javob yozish (8, «Use your imagination!»); ex.3 ikkinchi gapni too … (for me) to … bilan to‘ldirish (8). Grammar database 8 p. 148 (Form, BE CAREFUL! ✗ very … to …, Quick check 1–5). Uyga: Workbook p. 27 ex. 1–3</w:t>
            </w:r>
          </w:p>
          <w:p>
            <w:pPr>
              <w:spacing w:after="40"/>
            </w:pPr>
            <w:r>
              <w:rPr>
                <w:b/>
                <w:i w:val="0"/>
                <w:sz w:val="18"/>
              </w:rPr>
              <w:t xml:space="preserve">Jihozlar: </w:t>
            </w:r>
            <w:r>
              <w:rPr>
                <w:b w:val="0"/>
                <w:i w:val="0"/>
                <w:sz w:val="18"/>
              </w:rPr>
              <w:t>Laser A1+ SB p. 37, Grammar database 8 p. 148; slides; vocabulary sheet (27 items) and flashcards with audio (sozlar.com/vocab) — handed out only AFTER the book tasks are checked; match-halves worksheet (Groups A and B); Workbook pp. 27–28.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27, ex. 1–3.</w:t>
            </w:r>
          </w:p>
          <w:p>
            <w:pPr>
              <w:spacing w:after="40"/>
            </w:pPr>
            <w:r>
              <w:rPr>
                <w:b w:val="0"/>
                <w:i w:val="0"/>
                <w:sz w:val="19"/>
              </w:rPr>
              <w:t>• Learn the 27 items with the flashcards: sozlar.com/vocab/cards/?set=grade7-lesson28</w:t>
            </w:r>
          </w:p>
          <w:p>
            <w:pPr>
              <w:spacing w:after="40"/>
            </w:pPr>
            <w:r>
              <w:rPr>
                <w:b w:val="0"/>
                <w:i w:val="0"/>
                <w:sz w:val="19"/>
              </w:rPr>
              <w:t>• Write six sentences about you: three with very (good or bad) and three with too … to …</w:t>
            </w:r>
          </w:p>
        </w:tc>
      </w:tr>
    </w:tbl>
    <w:p>
      <w:pPr>
        <w:spacing w:after="40"/>
      </w:pPr>
      <w:r>
        <w:rPr>
          <w:b/>
          <w:sz w:val="18"/>
        </w:rPr>
        <w:t xml:space="preserve">Farqlash: </w:t>
      </w:r>
      <w:r>
        <w:rPr>
          <w:i/>
          <w:sz w:val="18"/>
        </w:rPr>
        <w:t>Kuchli o‘quvchilar ex.3 dan keyin o‘zi haqida to‘rtta too … to … gap yozadi va Quick check (p. 148) ni bajaradi; kuchsizlarga «muammo bormi? → too» kartochkasi va ex.2 uchun sifatlar ro‘yxati (young, old, expensive, tired, hot, difficult) beriladi.</w:t>
      </w:r>
    </w:p>
    <w:p>
      <w:r>
        <w:br w:type="page"/>
      </w:r>
    </w:p>
    <w:p>
      <w:pPr>
        <w:spacing w:before="80" w:after="60"/>
      </w:pPr>
      <w:r>
        <w:rPr>
          <w:b/>
          <w:color w:val="0B6E5F"/>
          <w:sz w:val="24"/>
        </w:rPr>
        <w:t>Daily Lesson Plan · 29-dars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Interview (Dialogue)</w:t>
            </w:r>
            <w:r>
              <w:rPr>
                <w:b w:val="0"/>
                <w:i w:val="0"/>
                <w:sz w:val="19"/>
              </w:rPr>
              <w:t xml:space="preserve"> (Yozish: intervyu (dialog))</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yozuvchi Jenny Dawlings bilan intervyu namunasi asosida qisqa intervyu (dialog) yozishni o‘rganadi: Wh- savollar, qisqa birinchi javob, qo‘shimcha ma’lumot, undov belgisi va qisqa shakllar (p. 38 Language Lab, p. 39).</w:t>
            </w:r>
          </w:p>
          <w:p>
            <w:pPr>
              <w:spacing w:after="40"/>
            </w:pPr>
            <w:r>
              <w:rPr>
                <w:b/>
                <w:i w:val="0"/>
                <w:sz w:val="17"/>
              </w:rPr>
              <w:t xml:space="preserve">b) Tarbiyaviy: </w:t>
            </w:r>
            <w:r>
              <w:rPr>
                <w:b w:val="0"/>
                <w:i w:val="0"/>
                <w:sz w:val="17"/>
              </w:rPr>
              <w:t>Mashhur insonlar, jumladan o‘zbek yozuvchi va sportchilari mehnatini qadrlash, ulardan o‘rnak olishga intilishni tarbiyalash.</w:t>
            </w:r>
          </w:p>
          <w:p>
            <w:pPr>
              <w:spacing w:after="40"/>
            </w:pPr>
            <w:r>
              <w:rPr>
                <w:b/>
                <w:i w:val="0"/>
                <w:sz w:val="17"/>
              </w:rPr>
              <w:t xml:space="preserve">c) Rivojlantiruvchi: </w:t>
            </w:r>
            <w:r>
              <w:rPr>
                <w:b w:val="0"/>
                <w:i w:val="0"/>
                <w:sz w:val="17"/>
              </w:rPr>
              <w:t>Javobga qarab savolni tiklash, ma’lumotni factfile’ga jamlash va reja asosida dialog yozish ko‘nikmasini rivojlantirish.</w:t>
            </w:r>
          </w:p>
        </w:tc>
        <w:tc>
          <w:tcPr>
            <w:tcW w:type="dxa" w:w="5443"/>
          </w:tcPr>
          <w:p>
            <w:pPr>
              <w:spacing w:after="40"/>
            </w:pPr>
            <w:r/>
            <w:r>
              <w:rPr>
                <w:b/>
                <w:i w:val="0"/>
                <w:sz w:val="17"/>
              </w:rPr>
              <w:t xml:space="preserve">1. Lead-in (Kirish) — 3 daqiqa. </w:t>
            </w:r>
            <w:r>
              <w:rPr>
                <w:b w:val="0"/>
                <w:i w:val="0"/>
                <w:sz w:val="17"/>
              </w:rPr>
              <w:t>Show a photo of a famous Uzbek writer or sportsperson. Ask: If you meet this person, what three questions do you ask?</w:t>
            </w:r>
          </w:p>
          <w:p>
            <w:pPr>
              <w:spacing w:after="40"/>
            </w:pPr>
            <w:r>
              <w:rPr>
                <w:b/>
                <w:i w:val="0"/>
                <w:sz w:val="17"/>
              </w:rPr>
              <w:t xml:space="preserve">2. Book ex.1 (test) (Kitob ex. 1) — 6 daqiqa. </w:t>
            </w:r>
            <w:r>
              <w:rPr>
                <w:b w:val="0"/>
                <w:i w:val="0"/>
                <w:sz w:val="17"/>
              </w:rPr>
              <w:t>Book tasks slide: students read the answers and write the question words in gaps 1–10 alone.</w:t>
            </w:r>
          </w:p>
          <w:p>
            <w:pPr>
              <w:spacing w:after="40"/>
            </w:pPr>
            <w:r>
              <w:rPr>
                <w:b/>
                <w:i w:val="0"/>
                <w:sz w:val="17"/>
              </w:rPr>
              <w:t xml:space="preserve">3. Book ex.2 + Language Lab (Kitob ex. 2 + Language Lab) — 5 daqiqa. </w:t>
            </w:r>
            <w:r>
              <w:rPr>
                <w:b w:val="0"/>
                <w:i w:val="0"/>
                <w:sz w:val="17"/>
              </w:rPr>
              <w:t>Students complete the factfile, then underline examples of the four Language Lab rules.</w:t>
            </w:r>
          </w:p>
          <w:p>
            <w:pPr>
              <w:spacing w:after="40"/>
            </w:pPr>
            <w:r>
              <w:rPr>
                <w:b/>
                <w:i w:val="0"/>
                <w:sz w:val="17"/>
              </w:rPr>
              <w:t xml:space="preserve">4. Check and teach (Tekshirish va tushuntirish) — 4 daqiqa. </w:t>
            </w:r>
            <w:r>
              <w:rPr>
                <w:b w:val="0"/>
                <w:i w:val="0"/>
                <w:sz w:val="17"/>
              </w:rPr>
              <w:t>Answer key slide: students say WHY (the answer tells you the question word). Hand out the vocabulary sheet.</w:t>
            </w:r>
          </w:p>
          <w:p>
            <w:pPr>
              <w:spacing w:after="40"/>
            </w:pPr>
            <w:r>
              <w:rPr>
                <w:b/>
                <w:i w:val="0"/>
                <w:sz w:val="17"/>
              </w:rPr>
              <w:t xml:space="preserve">5. Vocabulary A–D + focus (Lug‘at A–D + fokus) — 6 daqiqa. </w:t>
            </w:r>
            <w:r>
              <w:rPr>
                <w:b w:val="0"/>
                <w:i w:val="0"/>
                <w:sz w:val="17"/>
              </w:rPr>
              <w:t>Present the four sections with audio; then the focus slide (four Language Lab rules) and the plan slide (p. 39).</w:t>
            </w:r>
          </w:p>
          <w:p>
            <w:pPr>
              <w:spacing w:after="40"/>
            </w:pPr>
            <w:r>
              <w:rPr>
                <w:b/>
                <w:i w:val="0"/>
                <w:sz w:val="17"/>
              </w:rPr>
              <w:t xml:space="preserve">6. Matching halves (Gap yarmlarini moslash) — 4 daqiqa. </w:t>
            </w:r>
            <w:r>
              <w:rPr>
                <w:b w:val="0"/>
                <w:i w:val="0"/>
                <w:sz w:val="17"/>
              </w:rPr>
              <w:t>Practice slide orally (1 min), then the match-halves worksheet (Group A and B).</w:t>
            </w:r>
          </w:p>
          <w:p>
            <w:pPr>
              <w:spacing w:after="40"/>
            </w:pPr>
            <w:r>
              <w:rPr>
                <w:b/>
                <w:i w:val="0"/>
                <w:sz w:val="17"/>
              </w:rPr>
              <w:t xml:space="preserve">7. Speaking — role-play interview (Gapirish — rolli intervyu) — 4 daqiqa. </w:t>
            </w:r>
            <w:r>
              <w:rPr>
                <w:b w:val="0"/>
                <w:i w:val="0"/>
                <w:sz w:val="17"/>
              </w:rPr>
              <w:t>Speaking slide: the interviewer and Jenny Dawlings from memory, then swap with a famous person of their choice.</w:t>
            </w:r>
          </w:p>
          <w:p>
            <w:pPr>
              <w:spacing w:after="40"/>
            </w:pPr>
            <w:r>
              <w:rPr>
                <w:b/>
                <w:i w:val="0"/>
                <w:sz w:val="17"/>
              </w:rPr>
              <w:t xml:space="preserve">8. Reading — the model interview (O‘qish — namuna intervyu) — 3 daqiqa. </w:t>
            </w:r>
            <w:r>
              <w:rPr>
                <w:b w:val="0"/>
                <w:i w:val="0"/>
                <w:sz w:val="17"/>
              </w:rPr>
              <w:t>Students read (or listen to) the chess champion interview on the lesson page and answer the five questions.</w:t>
            </w:r>
          </w:p>
          <w:p>
            <w:pPr>
              <w:spacing w:after="40"/>
            </w:pPr>
            <w:r>
              <w:rPr>
                <w:b/>
                <w:i w:val="0"/>
                <w:sz w:val="17"/>
              </w:rPr>
              <w:t xml:space="preserve">9. Writing — plan and first draft (p.39) (Yozish — reja va qoralama (p. 39)) — 8 daqiqa. </w:t>
            </w:r>
            <w:r>
              <w:rPr>
                <w:b w:val="0"/>
                <w:i w:val="0"/>
                <w:sz w:val="17"/>
              </w:rPr>
              <w:t>Plan slide: students choose a famous person, complete the factfile (p. 39 ex. 1) and write the first five questions and answers.</w:t>
            </w:r>
          </w:p>
          <w:p>
            <w:pPr>
              <w:spacing w:after="40"/>
            </w:pPr>
            <w:r>
              <w:rPr>
                <w:b/>
                <w:i w:val="0"/>
                <w:sz w:val="17"/>
              </w:rPr>
              <w:t xml:space="preserve">10.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namuna matn tahlili, factfile bilan ishlash, rolli o‘yin (intervyu), yozma ish</w:t>
            </w:r>
          </w:p>
        </w:tc>
        <w:tc>
          <w:tcPr>
            <w:tcW w:type="dxa" w:w="2835"/>
          </w:tcPr>
          <w:p>
            <w:pPr>
              <w:spacing w:after="40"/>
            </w:pPr>
            <w:r/>
            <w:r>
              <w:rPr>
                <w:b w:val="0"/>
                <w:i w:val="0"/>
                <w:sz w:val="17"/>
              </w:rPr>
              <w:t>O‘quvchilar dars oxirida:</w:t>
            </w:r>
          </w:p>
          <w:p>
            <w:pPr>
              <w:spacing w:after="40"/>
            </w:pPr>
            <w:r>
              <w:rPr>
                <w:b w:val="0"/>
                <w:i w:val="0"/>
                <w:sz w:val="17"/>
              </w:rPr>
              <w:t>• Jenny Dawlings intervyusiga so‘roq so‘zlari va iboralarni yoza oladi (p. 38 ex. 1);</w:t>
            </w:r>
          </w:p>
          <w:p>
            <w:pPr>
              <w:spacing w:after="40"/>
            </w:pPr>
            <w:r>
              <w:rPr>
                <w:b w:val="0"/>
                <w:i w:val="0"/>
                <w:sz w:val="17"/>
              </w:rPr>
              <w:t>• intervyu asosida factfile’ni to‘ldira oladi (ex. 2);</w:t>
            </w:r>
          </w:p>
          <w:p>
            <w:pPr>
              <w:spacing w:after="40"/>
            </w:pPr>
            <w:r>
              <w:rPr>
                <w:b w:val="0"/>
                <w:i w:val="0"/>
                <w:sz w:val="17"/>
              </w:rPr>
              <w:t>• intervyudan Language Lab’ning to‘rtta qoidasiga misol topa oladi;</w:t>
            </w:r>
          </w:p>
          <w:p>
            <w:pPr>
              <w:spacing w:after="40"/>
            </w:pPr>
            <w:r>
              <w:rPr>
                <w:b w:val="0"/>
                <w:i w:val="0"/>
                <w:sz w:val="17"/>
              </w:rPr>
              <w:t>• mashhur inson bilan o‘z intervyusini rejalashtirib, yozishni boshlay oladi (p. 39 ex. 1–3).</w:t>
            </w:r>
          </w:p>
        </w:tc>
        <w:tc>
          <w:tcPr>
            <w:tcW w:type="dxa" w:w="3175"/>
          </w:tcPr>
          <w:p>
            <w:pPr>
              <w:spacing w:after="40"/>
            </w:pPr>
            <w:r/>
            <w:r>
              <w:rPr>
                <w:b w:val="0"/>
                <w:i w:val="0"/>
                <w:sz w:val="17"/>
              </w:rPr>
              <w:t>Laser A1+ SB p. 38 — Writing. Project: writing an interview (dialogue) (1): ex.1 mashhur yozuvchi Jenny Dawlings bilan intervyu — 10 savolga so‘roq so‘zi yoki ibora yozish; ex.2 Factfile (10 band: favourite writer, age, children, home, reason, ideas, starts writing, hours, next book, title); Language Lab (undov belgisi — sound exciting, qisqa shakllar — sound friendly, birinchi javob qisqa, qo‘shimcha ma’lumot keyin). p. 39 Plan your project! (ex.1 kim, ex.2 planner, ex.3 intervyuni yozish) — yozish bosqichi uchun. Uyga: Workbook p. 28 ex. 1–2</w:t>
            </w:r>
          </w:p>
          <w:p>
            <w:pPr>
              <w:spacing w:after="40"/>
            </w:pPr>
            <w:r>
              <w:rPr>
                <w:b/>
                <w:i w:val="0"/>
                <w:sz w:val="17"/>
              </w:rPr>
              <w:t xml:space="preserve">Jihozlar: </w:t>
            </w:r>
            <w:r>
              <w:rPr>
                <w:b w:val="0"/>
                <w:i w:val="0"/>
                <w:sz w:val="17"/>
              </w:rPr>
              <w:t>Laser A1+ SB pp. 38–39 (Writing, Language Lab, Plan your project!); slides; vocabulary sheet (29 items), match-halves worksheet and flashcards with audio (sozlar.com/vocab) — handed out only AFTER the book tasks are checked; the model interview on the lesson page; Workbook p. 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28, ex. 1–2.</w:t>
            </w:r>
          </w:p>
          <w:p>
            <w:pPr>
              <w:spacing w:after="40"/>
            </w:pPr>
            <w:r>
              <w:rPr>
                <w:b w:val="0"/>
                <w:i w:val="0"/>
                <w:sz w:val="19"/>
              </w:rPr>
              <w:t>• Learn the 29 items with the flashcards: sozlar.com/vocab/cards/?set=grade7-lesson29</w:t>
            </w:r>
          </w:p>
          <w:p>
            <w:pPr>
              <w:spacing w:after="40"/>
            </w:pPr>
            <w:r>
              <w:rPr>
                <w:b w:val="0"/>
                <w:i w:val="0"/>
                <w:sz w:val="19"/>
              </w:rPr>
              <w:t>• Finish your interview with a famous person (p. 39 ex. 3): 8–10 questions and answers, a title and a picture.</w:t>
            </w:r>
          </w:p>
        </w:tc>
      </w:tr>
    </w:tbl>
    <w:p>
      <w:pPr>
        <w:spacing w:after="40"/>
      </w:pPr>
      <w:r>
        <w:rPr>
          <w:b/>
          <w:sz w:val="18"/>
        </w:rPr>
        <w:t xml:space="preserve">Farqlash: </w:t>
      </w:r>
      <w:r>
        <w:rPr>
          <w:i/>
          <w:sz w:val="18"/>
        </w:rPr>
        <w:t>Kuchli o‘quvchilar 10 ta savol yozadi va har javobga ikkita qo‘shimcha gap qo‘shadi; kuchsizlar p. 38 dagi savollarni namuna qilib, faqat odam va javoblarni almashtiradi (5–6 savol).</w:t>
      </w:r>
    </w:p>
    <w:p>
      <w:r>
        <w:br w:type="page"/>
      </w:r>
    </w:p>
    <w:p>
      <w:pPr>
        <w:spacing w:before="80" w:after="60"/>
      </w:pPr>
      <w:r>
        <w:rPr>
          <w:b/>
          <w:color w:val="0B6E5F"/>
          <w:sz w:val="24"/>
        </w:rPr>
        <w:t>Daily Lesson Plan · 30-dars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Skills Practice</w:t>
            </w:r>
            <w:r>
              <w:rPr>
                <w:b w:val="0"/>
                <w:i w:val="0"/>
                <w:sz w:val="19"/>
              </w:rPr>
              <w:t xml:space="preserve"> (4-bo‘lim: ko‘nikmalar mashqi va takror)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4-bo‘lim (pp. 32–39) lug‘ati va grammatikasini (so‘roq so‘zlari, buyruq mayli, too / very, qisqa javoblar) to‘rt ko‘nikmada takrorlaydi va 20 savollik takror testini bajaradi.</w:t>
            </w:r>
          </w:p>
          <w:p>
            <w:pPr>
              <w:spacing w:after="40"/>
            </w:pPr>
            <w:r>
              <w:rPr>
                <w:b/>
                <w:i w:val="0"/>
                <w:sz w:val="17"/>
              </w:rPr>
              <w:t xml:space="preserve">b) Tarbiyaviy: </w:t>
            </w:r>
            <w:r>
              <w:rPr>
                <w:b w:val="0"/>
                <w:i w:val="0"/>
                <w:sz w:val="17"/>
              </w:rPr>
              <w:t>O‘z bilimini xolis baholash, xatolar ustida mas’uliyat bilan ishlash va jamoada sog‘lom raqobatni tarbiyalash.</w:t>
            </w:r>
          </w:p>
          <w:p>
            <w:pPr>
              <w:spacing w:after="40"/>
            </w:pPr>
            <w:r>
              <w:rPr>
                <w:b/>
                <w:i w:val="0"/>
                <w:sz w:val="17"/>
              </w:rPr>
              <w:t xml:space="preserve">c) Rivojlantiruvchi: </w:t>
            </w:r>
            <w:r>
              <w:rPr>
                <w:b w:val="0"/>
                <w:i w:val="0"/>
                <w:sz w:val="17"/>
              </w:rPr>
              <w:t>O‘tilganni tizimlash, o‘z-o‘zini va sherigini tekshirish hamda og‘zaki intervyuni yozma matnga aylantirish ko‘nikmasini rivojlantirish.</w:t>
            </w:r>
          </w:p>
        </w:tc>
        <w:tc>
          <w:tcPr>
            <w:tcW w:type="dxa" w:w="5443"/>
          </w:tcPr>
          <w:p>
            <w:pPr>
              <w:spacing w:after="40"/>
            </w:pPr>
            <w:r/>
            <w:r>
              <w:rPr>
                <w:b/>
                <w:i w:val="0"/>
                <w:sz w:val="17"/>
              </w:rPr>
              <w:t xml:space="preserve">1. Lead-in — word storm (Kirish — so‘zlar bo‘roni) — 3 daqiqa. </w:t>
            </w:r>
            <w:r>
              <w:rPr>
                <w:b w:val="0"/>
                <w:i w:val="0"/>
                <w:sz w:val="17"/>
              </w:rPr>
              <w:t>Write four headings on the board (website and media, questions about you, ways of talking, describing words). Teams write as many Unit 4 words as they can in two minutes.</w:t>
            </w:r>
          </w:p>
          <w:p>
            <w:pPr>
              <w:spacing w:after="40"/>
            </w:pPr>
            <w:r>
              <w:rPr>
                <w:b/>
                <w:i w:val="0"/>
                <w:sz w:val="17"/>
              </w:rPr>
              <w:t xml:space="preserve">2. Quick review (4 blocks) + focus (Tezkor takror (4 blok) + fokus) — 6 daqiqa. </w:t>
            </w:r>
            <w:r>
              <w:rPr>
                <w:b w:val="0"/>
                <w:i w:val="0"/>
                <w:sz w:val="17"/>
              </w:rPr>
              <w:t>Go through the cards fast: say the Uzbek, students give the English; then the focus slide (five things to remember).</w:t>
            </w:r>
          </w:p>
          <w:p>
            <w:pPr>
              <w:spacing w:after="40"/>
            </w:pPr>
            <w:r>
              <w:rPr>
                <w:b/>
                <w:i w:val="0"/>
                <w:sz w:val="17"/>
              </w:rPr>
              <w:t xml:space="preserve">3. Revision test — part 1 (Takror testi — 1-qism) — 7 daqiqa. </w:t>
            </w:r>
            <w:r>
              <w:rPr>
                <w:b w:val="0"/>
                <w:i w:val="0"/>
                <w:sz w:val="17"/>
              </w:rPr>
              <w:t>Test part 1 (vocabulary, questions 1–10). Students work alone, no books.</w:t>
            </w:r>
          </w:p>
          <w:p>
            <w:pPr>
              <w:spacing w:after="40"/>
            </w:pPr>
            <w:r>
              <w:rPr>
                <w:b/>
                <w:i w:val="0"/>
                <w:sz w:val="17"/>
              </w:rPr>
              <w:t xml:space="preserve">4. Revision test — part 2 (Takror testi — 2-qism) — 7 daqiqa. </w:t>
            </w:r>
            <w:r>
              <w:rPr>
                <w:b w:val="0"/>
                <w:i w:val="0"/>
                <w:sz w:val="17"/>
              </w:rPr>
              <w:t>Test part 2 (grammar, questions 11–20).</w:t>
            </w:r>
          </w:p>
          <w:p>
            <w:pPr>
              <w:spacing w:after="40"/>
            </w:pPr>
            <w:r>
              <w:rPr>
                <w:b/>
                <w:i w:val="0"/>
                <w:sz w:val="17"/>
              </w:rPr>
              <w:t xml:space="preserve">5. Check the test (Testni tekshirish) — 4 daqiqa. </w:t>
            </w:r>
            <w:r>
              <w:rPr>
                <w:b w:val="0"/>
                <w:i w:val="0"/>
                <w:sz w:val="17"/>
              </w:rPr>
              <w:t>Students swap sheets; go through the key (teacher’s guide); each student counts the score and circles two items to learn again.</w:t>
            </w:r>
          </w:p>
          <w:p>
            <w:pPr>
              <w:spacing w:after="40"/>
            </w:pPr>
            <w:r>
              <w:rPr>
                <w:b/>
                <w:i w:val="0"/>
                <w:sz w:val="17"/>
              </w:rPr>
              <w:t xml:space="preserve">6. Matching halves (Gap yarmlarini moslash) — 4 daqiqa. </w:t>
            </w:r>
            <w:r>
              <w:rPr>
                <w:b w:val="0"/>
                <w:i w:val="0"/>
                <w:sz w:val="17"/>
              </w:rPr>
              <w:t>Practice slide orally (1 min), then the match-halves worksheet (Group A and B).</w:t>
            </w:r>
          </w:p>
          <w:p>
            <w:pPr>
              <w:spacing w:after="40"/>
            </w:pPr>
            <w:r>
              <w:rPr>
                <w:b/>
                <w:i w:val="0"/>
                <w:sz w:val="17"/>
              </w:rPr>
              <w:t xml:space="preserve">7. Speaking — website interview (Gapirish — sayt intervyusi) — 5 daqiqa. </w:t>
            </w:r>
            <w:r>
              <w:rPr>
                <w:b w:val="0"/>
                <w:i w:val="0"/>
                <w:sz w:val="17"/>
              </w:rPr>
              <w:t>Speaking slide: reporter and teacher/pupil interview with six question words (hobby, get to school, keep fit …); swap; then ‘too or very?’ about our school.</w:t>
            </w:r>
          </w:p>
          <w:p>
            <w:pPr>
              <w:spacing w:after="40"/>
            </w:pPr>
            <w:r>
              <w:rPr>
                <w:b/>
                <w:i w:val="0"/>
                <w:sz w:val="17"/>
              </w:rPr>
              <w:t xml:space="preserve">8. Reading — Linton School website (O‘qish — Linton maktabi sayti) — 4 daqiqa. </w:t>
            </w:r>
            <w:r>
              <w:rPr>
                <w:b w:val="0"/>
                <w:i w:val="0"/>
                <w:sz w:val="17"/>
              </w:rPr>
              <w:t>Students read (or listen to) the website page on the lesson page and answer the five questions.</w:t>
            </w:r>
          </w:p>
          <w:p>
            <w:pPr>
              <w:spacing w:after="40"/>
            </w:pPr>
            <w:r>
              <w:rPr>
                <w:b/>
                <w:i w:val="0"/>
                <w:sz w:val="17"/>
              </w:rPr>
              <w:t xml:space="preserve">9. Writing — mini-interview (Yozish — mini-intervyu) — 3 daqiqa. </w:t>
            </w:r>
            <w:r>
              <w:rPr>
                <w:b w:val="0"/>
                <w:i w:val="0"/>
                <w:sz w:val="17"/>
              </w:rPr>
              <w:t>Students write five questions and answers from their speaking interview (short answer + extra information, one exclamation mark).</w:t>
            </w:r>
          </w:p>
          <w:p>
            <w:pPr>
              <w:spacing w:after="40"/>
            </w:pPr>
            <w:r>
              <w:rPr>
                <w:b/>
                <w:i w:val="0"/>
                <w:sz w:val="17"/>
              </w:rPr>
              <w:t xml:space="preserve">10. Feedback and homework (Xulosa va uyga vazifa) — 2 daqiqa. </w:t>
            </w:r>
            <w:r>
              <w:rPr>
                <w:b w:val="0"/>
                <w:i w:val="0"/>
                <w:sz w:val="17"/>
              </w:rPr>
              <w:t>Memory check slide; tell the class which three test items were hardest; set homework.</w:t>
            </w:r>
          </w:p>
          <w:p>
            <w:pPr>
              <w:spacing w:after="40"/>
            </w:pPr>
            <w:r>
              <w:rPr>
                <w:b/>
                <w:i w:val="0"/>
                <w:sz w:val="17"/>
              </w:rPr>
              <w:t xml:space="preserve">Metodlar: </w:t>
            </w:r>
            <w:r>
              <w:rPr>
                <w:b w:val="0"/>
                <w:i/>
                <w:sz w:val="17"/>
              </w:rPr>
              <w:t>aqliy hujum (jamoalarda), test, o‘zaro tekshirish, intervyu, yozma ish</w:t>
            </w:r>
          </w:p>
        </w:tc>
        <w:tc>
          <w:tcPr>
            <w:tcW w:type="dxa" w:w="2835"/>
          </w:tcPr>
          <w:p>
            <w:pPr>
              <w:spacing w:after="40"/>
            </w:pPr>
            <w:r/>
            <w:r>
              <w:rPr>
                <w:b w:val="0"/>
                <w:i w:val="0"/>
                <w:sz w:val="17"/>
              </w:rPr>
              <w:t>O‘quvchilar dars oxirida:</w:t>
            </w:r>
          </w:p>
          <w:p>
            <w:pPr>
              <w:spacing w:after="40"/>
            </w:pPr>
            <w:r>
              <w:rPr>
                <w:b w:val="0"/>
                <w:i w:val="0"/>
                <w:sz w:val="17"/>
              </w:rPr>
              <w:t>• 4-bo‘limdagi 36 ta so‘z va iborani kontekstda eslay oladi;</w:t>
            </w:r>
          </w:p>
          <w:p>
            <w:pPr>
              <w:spacing w:after="40"/>
            </w:pPr>
            <w:r>
              <w:rPr>
                <w:b w:val="0"/>
                <w:i w:val="0"/>
                <w:sz w:val="17"/>
              </w:rPr>
              <w:t>• takror testida so‘roq so‘zi, buyruq gap va too / very ni to‘g‘ri tanlay oladi (kamida 14/20);</w:t>
            </w:r>
          </w:p>
          <w:p>
            <w:pPr>
              <w:spacing w:after="40"/>
            </w:pPr>
            <w:r>
              <w:rPr>
                <w:b w:val="0"/>
                <w:i w:val="0"/>
                <w:sz w:val="17"/>
              </w:rPr>
              <w:t>• maktab sayti sahifasini o‘qib, beshta savolga javob bera oladi;</w:t>
            </w:r>
          </w:p>
          <w:p>
            <w:pPr>
              <w:spacing w:after="40"/>
            </w:pPr>
            <w:r>
              <w:rPr>
                <w:b w:val="0"/>
                <w:i w:val="0"/>
                <w:sz w:val="17"/>
              </w:rPr>
              <w:t>• qisqa javob + qo‘shimcha ma’lumot bilan intervyu o‘tkazib, beshta savollik mini-intervyu yoza oladi.</w:t>
            </w:r>
          </w:p>
        </w:tc>
        <w:tc>
          <w:tcPr>
            <w:tcW w:type="dxa" w:w="3175"/>
          </w:tcPr>
          <w:p>
            <w:pPr>
              <w:spacing w:after="40"/>
            </w:pPr>
            <w:r/>
            <w:r>
              <w:rPr>
                <w:b w:val="0"/>
                <w:i w:val="0"/>
                <w:sz w:val="17"/>
              </w:rPr>
              <w:t>Laser A1+ SB Unit 4 (pp. 32–39) — 22–29-darslardagi so‘z va iboralar takrori va ko‘nikma mashqi: 20 savollik Unit 4 takror testi (lug‘at + grammatika: question words, imperative, too / very, short answers), yangi o‘qish matni, intervyu (speaking) va mini-intervyu yozish. Uyga: Quick check — Workbook p. 28 (ex. 4, 6 savol)</w:t>
            </w:r>
          </w:p>
          <w:p>
            <w:pPr>
              <w:spacing w:after="40"/>
            </w:pPr>
            <w:r>
              <w:rPr>
                <w:b/>
                <w:i w:val="0"/>
                <w:sz w:val="17"/>
              </w:rPr>
              <w:t xml:space="preserve">Jihozlar: </w:t>
            </w:r>
            <w:r>
              <w:rPr>
                <w:b w:val="0"/>
                <w:i w:val="0"/>
                <w:sz w:val="17"/>
              </w:rPr>
              <w:t>Revision sheet (34 items), match-halves worksheet (Groups A and B), slides with the revision test, flashcards with audio (sozlar.com/vocab); the text «Linton School website — this week» on the lesson page; Laser A1+ Unit 4 pp. 32–39; Workbook p. 28 (Quick check).</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Quick check — Workbook p. 28, ex. 4 (six questions).</w:t>
            </w:r>
          </w:p>
          <w:p>
            <w:pPr>
              <w:spacing w:after="40"/>
            </w:pPr>
            <w:r>
              <w:rPr>
                <w:b w:val="0"/>
                <w:i w:val="0"/>
                <w:sz w:val="19"/>
              </w:rPr>
              <w:t>• Learn the 34 items with the flashcards: sozlar.com/vocab/cards/?set=grade7-lesson30</w:t>
            </w:r>
          </w:p>
          <w:p>
            <w:pPr>
              <w:spacing w:after="40"/>
            </w:pPr>
            <w:r>
              <w:rPr>
                <w:b w:val="0"/>
                <w:i w:val="0"/>
                <w:sz w:val="19"/>
              </w:rPr>
              <w:t>• Revise the two test items you circled — write a sentence with each.</w:t>
            </w:r>
          </w:p>
        </w:tc>
      </w:tr>
    </w:tbl>
    <w:p>
      <w:pPr>
        <w:spacing w:after="40"/>
      </w:pPr>
      <w:r>
        <w:rPr>
          <w:b/>
          <w:sz w:val="18"/>
        </w:rPr>
        <w:t xml:space="preserve">Farqlash: </w:t>
      </w:r>
      <w:r>
        <w:rPr>
          <w:i/>
          <w:sz w:val="18"/>
        </w:rPr>
        <w:t>Testni erta tugatganlar sherigi uchun beshta savolli o‘z mini-testini tuzadi (31-darsdagi o‘yin uchun ham foydali); kuchsizlar 1-qismni doskadagi so‘zlar ro‘yxati bilan bajaradi va intervyuda 5 ta savol yozadi.</w:t>
      </w:r>
    </w:p>
    <w:p>
      <w:r>
        <w:br w:type="page"/>
      </w:r>
    </w:p>
    <w:p>
      <w:pPr>
        <w:spacing w:before="80" w:after="60"/>
      </w:pPr>
      <w:r>
        <w:rPr>
          <w:b/>
          <w:color w:val="0B6E5F"/>
          <w:sz w:val="24"/>
        </w:rPr>
        <w:t>Daily Lesson Plan · 31-dars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Units 3–4 Game Lesson</w:t>
            </w:r>
            <w:r>
              <w:rPr>
                <w:b w:val="0"/>
                <w:i w:val="0"/>
                <w:sz w:val="19"/>
              </w:rPr>
              <w:t xml:space="preserve"> (3–4-bo‘limlar: o‘yinli takror darsi)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O‘yinli takrorlash darsi (ko‘nikmalarni mustahkamlash)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3–4-bo‘limlarda o‘tilgan so‘z va grammatikani (do‘kon nomlari, present continuous, shakllar, olmoshlar, 4-bo‘lim so‘zlari) jamoaviy o‘yinlar orqali takrorlaydi va ularni tez, to‘g‘ri qo‘llashni mashq qiladi.</w:t>
            </w:r>
          </w:p>
          <w:p>
            <w:pPr>
              <w:spacing w:after="40"/>
            </w:pPr>
            <w:r>
              <w:rPr>
                <w:b/>
                <w:i w:val="0"/>
                <w:sz w:val="17"/>
              </w:rPr>
              <w:t xml:space="preserve">b) Tarbiyaviy: </w:t>
            </w:r>
            <w:r>
              <w:rPr>
                <w:b w:val="0"/>
                <w:i w:val="0"/>
                <w:sz w:val="17"/>
              </w:rPr>
              <w:t>Jamoada hamjihat ishlash, o‘yin qoidalariga rioya qilish, halol o‘ynash va raqib jamoani hurmat qilishga o‘rgatish.</w:t>
            </w:r>
          </w:p>
          <w:p>
            <w:pPr>
              <w:spacing w:after="40"/>
            </w:pPr>
            <w:r>
              <w:rPr>
                <w:b/>
                <w:i w:val="0"/>
                <w:sz w:val="17"/>
              </w:rPr>
              <w:t xml:space="preserve">c) Rivojlantiruvchi: </w:t>
            </w:r>
            <w:r>
              <w:rPr>
                <w:b w:val="0"/>
                <w:i w:val="0"/>
                <w:sz w:val="17"/>
              </w:rPr>
              <w:t>Tez fikrlash, diqqatni jamlash, so‘zni eshitib yoki ko‘rib darhol tanib olish hamda imo-ishoraga qarab taxmin qilish ko‘nikmasini rivojlantirish.</w:t>
            </w:r>
          </w:p>
        </w:tc>
        <w:tc>
          <w:tcPr>
            <w:tcW w:type="dxa" w:w="5443"/>
          </w:tcPr>
          <w:p>
            <w:pPr>
              <w:spacing w:after="40"/>
            </w:pPr>
            <w:r/>
            <w:r>
              <w:rPr>
                <w:b/>
                <w:i w:val="0"/>
                <w:sz w:val="17"/>
              </w:rPr>
              <w:t xml:space="preserve">1. Lead-in — teams and rules (Kirish — jamoalar va qoidalar) — 3 daqiqa. </w:t>
            </w:r>
            <w:r>
              <w:rPr>
                <w:b w:val="0"/>
                <w:i w:val="0"/>
                <w:sz w:val="17"/>
              </w:rPr>
              <w:t>Make two teams (Blue — left, Orange — right), choose captains, draw a scoreboard. Rules: one try per team, no copying, English only.</w:t>
            </w:r>
          </w:p>
          <w:p>
            <w:pPr>
              <w:spacing w:after="40"/>
            </w:pPr>
            <w:r>
              <w:rPr>
                <w:b/>
                <w:i w:val="0"/>
                <w:sz w:val="17"/>
              </w:rPr>
              <w:t xml:space="preserve">2. Quick review A–E + focus (Tezkor takror A–D + fokus) — 5 daqiqa. </w:t>
            </w:r>
            <w:r>
              <w:rPr>
                <w:b w:val="0"/>
                <w:i w:val="0"/>
                <w:sz w:val="17"/>
              </w:rPr>
              <w:t>Go through the cards fast (Uzbek → English, chorally); then the focus slide (five things to remember).</w:t>
            </w:r>
          </w:p>
          <w:p>
            <w:pPr>
              <w:spacing w:after="40"/>
            </w:pPr>
            <w:r>
              <w:rPr>
                <w:b/>
                <w:i w:val="0"/>
                <w:sz w:val="17"/>
              </w:rPr>
              <w:t xml:space="preserve">3. Game 1 — So‘z poygasi: Ma’no poygasi (1-o‘yin — So‘z poygasi: Ma’no poygasi) — 7 daqiqa. </w:t>
            </w:r>
            <w:r>
              <w:rPr>
                <w:b w:val="0"/>
                <w:i w:val="0"/>
                <w:sz w:val="17"/>
              </w:rPr>
              <w:t>Open sozlar.com/oyin/soz-poygasi, set «7-sinf 31-dars», 2 teams, Savollar: Alohida (tug of war). Two players at the panel, the team helps quietly; change players every 3–4 questions.</w:t>
            </w:r>
          </w:p>
          <w:p>
            <w:pPr>
              <w:spacing w:after="40"/>
            </w:pPr>
            <w:r>
              <w:rPr>
                <w:b/>
                <w:i w:val="0"/>
                <w:sz w:val="17"/>
              </w:rPr>
              <w:t xml:space="preserve">4. Game 2 — So‘z poygasi: Bo‘shliq (2-o‘yin — So‘z poygasi: Bo‘shliq) — 6 daqiqa. </w:t>
            </w:r>
            <w:r>
              <w:rPr>
                <w:b w:val="0"/>
                <w:i w:val="0"/>
                <w:sz w:val="17"/>
              </w:rPr>
              <w:t>Same set, mode Bo‘shliq (gap), new players. After the game show the mistakes list and say the right sentences together.</w:t>
            </w:r>
          </w:p>
          <w:p>
            <w:pPr>
              <w:spacing w:after="40"/>
            </w:pPr>
            <w:r>
              <w:rPr>
                <w:b/>
                <w:i w:val="0"/>
                <w:sz w:val="17"/>
              </w:rPr>
              <w:t xml:space="preserve">5. Game 3 — Charades: What am I doing? (3-o‘yin — Pantomima: «What am I doing?») — 6 daqiqa. </w:t>
            </w:r>
            <w:r>
              <w:rPr>
                <w:b w:val="0"/>
                <w:i w:val="0"/>
                <w:sz w:val="17"/>
              </w:rPr>
              <w:t>Speaking slide: one actor from each team mimes a card; the team asks Are you …ing? Check the short answers (Yes, I am. / No, I’m not.).</w:t>
            </w:r>
          </w:p>
          <w:p>
            <w:pPr>
              <w:spacing w:after="40"/>
            </w:pPr>
            <w:r>
              <w:rPr>
                <w:b/>
                <w:i w:val="0"/>
                <w:sz w:val="17"/>
              </w:rPr>
              <w:t xml:space="preserve">6. Game 4 — Shop and shape riddles (4-o‘yin — Do‘kon va shakl topishmoqlari) — 5 daqiqa. </w:t>
            </w:r>
            <w:r>
              <w:rPr>
                <w:b w:val="0"/>
                <w:i w:val="0"/>
                <w:sz w:val="17"/>
              </w:rPr>
              <w:t>Riddles slide: read each riddle; the first hand up answers in a full sentence. Then each team makes one riddle for the other team.</w:t>
            </w:r>
          </w:p>
          <w:p>
            <w:pPr>
              <w:spacing w:after="40"/>
            </w:pPr>
            <w:r>
              <w:rPr>
                <w:b/>
                <w:i w:val="0"/>
                <w:sz w:val="17"/>
              </w:rPr>
              <w:t xml:space="preserve">7. Game 5 — Matching halves race (5-o‘yin — Yarim gaplarni moslash poygasi) — 4 daqiqa. </w:t>
            </w:r>
            <w:r>
              <w:rPr>
                <w:b w:val="0"/>
                <w:i w:val="0"/>
                <w:sz w:val="17"/>
              </w:rPr>
              <w:t>Practice slide orally (1 min), then the match-halves worksheet as a race (Group A and B): the first pair with all halves correct wins 2 points.</w:t>
            </w:r>
          </w:p>
          <w:p>
            <w:pPr>
              <w:spacing w:after="40"/>
            </w:pPr>
            <w:r>
              <w:rPr>
                <w:b/>
                <w:i w:val="0"/>
                <w:sz w:val="17"/>
              </w:rPr>
              <w:t xml:space="preserve">8. Reading race — Game day in 7-A (O‘qish poygasi — «Game day in 7-A») — 5 daqiqa. </w:t>
            </w:r>
            <w:r>
              <w:rPr>
                <w:b w:val="0"/>
                <w:i w:val="0"/>
                <w:sz w:val="17"/>
              </w:rPr>
              <w:t>Students read (or listen to) the text on the lesson page; teams race to answer the five questions.</w:t>
            </w:r>
          </w:p>
          <w:p>
            <w:pPr>
              <w:spacing w:after="40"/>
            </w:pPr>
            <w:r>
              <w:rPr>
                <w:b/>
                <w:i w:val="0"/>
                <w:sz w:val="17"/>
              </w:rPr>
              <w:t xml:space="preserve">9. Scores, feedback and homework (Hisob, xulosa va uyga vazifa) — 4 daqiqa. </w:t>
            </w:r>
            <w:r>
              <w:rPr>
                <w:b w:val="0"/>
                <w:i w:val="0"/>
                <w:sz w:val="17"/>
              </w:rPr>
              <w:t>Count the points and name the winners; Memory check slide; name the words the teams missed most; set homework.</w:t>
            </w:r>
          </w:p>
          <w:p>
            <w:pPr>
              <w:spacing w:after="40"/>
            </w:pPr>
            <w:r>
              <w:rPr>
                <w:b/>
                <w:i w:val="0"/>
                <w:sz w:val="17"/>
              </w:rPr>
              <w:t xml:space="preserve">Metodlar: </w:t>
            </w:r>
            <w:r>
              <w:rPr>
                <w:b w:val="0"/>
                <w:i/>
                <w:sz w:val="17"/>
              </w:rPr>
              <w:t>didaktik o‘yin (So‘z poygasi — arqon tortish), pantomima, topishmoqlar, jamoaviy musobaqa, o‘qish poygasi</w:t>
            </w:r>
          </w:p>
        </w:tc>
        <w:tc>
          <w:tcPr>
            <w:tcW w:type="dxa" w:w="2835"/>
          </w:tcPr>
          <w:p>
            <w:pPr>
              <w:spacing w:after="40"/>
            </w:pPr>
            <w:r/>
            <w:r>
              <w:rPr>
                <w:b w:val="0"/>
                <w:i w:val="0"/>
                <w:sz w:val="17"/>
              </w:rPr>
              <w:t>O‘quvchilar dars oxirida:</w:t>
            </w:r>
          </w:p>
          <w:p>
            <w:pPr>
              <w:spacing w:after="40"/>
            </w:pPr>
            <w:r>
              <w:rPr>
                <w:b w:val="0"/>
                <w:i w:val="0"/>
                <w:sz w:val="17"/>
              </w:rPr>
              <w:t>• So‘z poygasining ikki raundida 3–4-bo‘limlarning 35 ta so‘z va iborasini tez taniy oladi;</w:t>
            </w:r>
          </w:p>
          <w:p>
            <w:pPr>
              <w:spacing w:after="40"/>
            </w:pPr>
            <w:r>
              <w:rPr>
                <w:b w:val="0"/>
                <w:i w:val="0"/>
                <w:sz w:val="17"/>
              </w:rPr>
              <w:t>• pantomima o‘yinida harakatlarni present continuousda so‘rab, qisqa javob bera oladi (Are you …ing? — Yes, I am.);</w:t>
            </w:r>
          </w:p>
          <w:p>
            <w:pPr>
              <w:spacing w:after="40"/>
            </w:pPr>
            <w:r>
              <w:rPr>
                <w:b w:val="0"/>
                <w:i w:val="0"/>
                <w:sz w:val="17"/>
              </w:rPr>
              <w:t>• topishmoq bo‘yicha do‘kon va shakl nomini topa oladi hamda o‘zi topishmoq tuza oladi;</w:t>
            </w:r>
          </w:p>
          <w:p>
            <w:pPr>
              <w:spacing w:after="40"/>
            </w:pPr>
            <w:r>
              <w:rPr>
                <w:b w:val="0"/>
                <w:i w:val="0"/>
                <w:sz w:val="17"/>
              </w:rPr>
              <w:t>• jamoada qoidaga rioya qilib, navbat bilan o‘ynay oladi.</w:t>
            </w:r>
          </w:p>
        </w:tc>
        <w:tc>
          <w:tcPr>
            <w:tcW w:type="dxa" w:w="3175"/>
          </w:tcPr>
          <w:p>
            <w:pPr>
              <w:spacing w:after="40"/>
            </w:pPr>
            <w:r/>
            <w:r>
              <w:rPr>
                <w:b w:val="0"/>
                <w:i w:val="0"/>
                <w:sz w:val="17"/>
              </w:rPr>
              <w:t>Laser A1+ Units 3–4 (pp. 24–39) — 15–28-darslardagi so‘z va iboralar o‘yinlar orqali takrorlanadi (kalendar reja: «Playing educational games»): So‘z poygasi (Ma’no poygasi va Bo‘shliq, arqon tortish rejimi — sozlar.com/oyin), «What am I doing?» pantomimasi (present continuous), do‘kon va shakl topishmoqlari, yarim gaplarni moslash poygasi, o‘qish poygasi. Revision Units 3–4 (SB pp. 40–41) 33–34-darslarda. Uyga: Units 3–4 so‘zlari + sinf o‘yini uchun 5 ta savol</w:t>
            </w:r>
          </w:p>
          <w:p>
            <w:pPr>
              <w:spacing w:after="40"/>
            </w:pPr>
            <w:r>
              <w:rPr>
                <w:b/>
                <w:i w:val="0"/>
                <w:sz w:val="17"/>
              </w:rPr>
              <w:t xml:space="preserve">Jihozlar: </w:t>
            </w:r>
            <w:r>
              <w:rPr>
                <w:b w:val="0"/>
                <w:i w:val="0"/>
                <w:sz w:val="17"/>
              </w:rPr>
              <w:t>Interactive panel or projector with sozlar.com/oyin (So‘z poygasi: set «7-sinf 31-dars», 2 teams, tug of war); slides with the game rules and riddles; vocabulary sheet (35 items) and match-halves worksheet (Groups A and B); charade cards (see the teacher’s guide); the text «Game day in 7-A» on the lesson page; a scoreboard on the board.</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35 Units 3–4 items with the flashcards: sozlar.com/vocab/cards/?set=grade7-lesson31</w:t>
            </w:r>
          </w:p>
          <w:p>
            <w:pPr>
              <w:spacing w:after="40"/>
            </w:pPr>
            <w:r>
              <w:rPr>
                <w:b w:val="0"/>
                <w:i w:val="0"/>
                <w:sz w:val="19"/>
              </w:rPr>
              <w:t>• Prepare 5 quiz questions for the class game: one about shops, one in the present continuous, one about shapes, one with a pronoun (yourself, these …) and one with a Unit 4 word.</w:t>
            </w:r>
          </w:p>
          <w:p>
            <w:pPr>
              <w:spacing w:after="40"/>
            </w:pPr>
            <w:r>
              <w:rPr>
                <w:b w:val="0"/>
                <w:i w:val="0"/>
                <w:sz w:val="19"/>
              </w:rPr>
              <w:t>• Play So‘z poygasi at home in the 1 o‘yinchi mode (set «7-sinf 31-dars») and try to beat your class score.</w:t>
            </w:r>
          </w:p>
        </w:tc>
      </w:tr>
    </w:tbl>
    <w:p>
      <w:pPr>
        <w:spacing w:after="40"/>
      </w:pPr>
      <w:r>
        <w:rPr>
          <w:b/>
          <w:sz w:val="18"/>
        </w:rPr>
        <w:t xml:space="preserve">Farqlash: </w:t>
      </w:r>
      <w:r>
        <w:rPr>
          <w:i/>
          <w:sz w:val="18"/>
        </w:rPr>
        <w:t>Kuchli o‘quvchilar topishmoqni o‘zlari tuzadi va pantomimada qiyin kartalarni (carry somebody on your shoulders, whisper a secret) oladi; kuchsizlarga doskada so‘zlar ro‘yxati qoldiriladi, ular jamoada «yordamchi» bo‘lib, javobni sardor bilan kelishib aytadi.</w:t>
      </w:r>
    </w:p>
    <w:p>
      <w:r>
        <w:br w:type="page"/>
      </w:r>
    </w:p>
    <w:p>
      <w:pPr>
        <w:spacing w:before="80" w:after="60"/>
      </w:pPr>
      <w:r>
        <w:rPr>
          <w:b/>
          <w:color w:val="0B6E5F"/>
          <w:sz w:val="24"/>
        </w:rPr>
        <w:t>Daily Lesson Plan · 32-dars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BSB-2 (25 points)</w:t>
            </w:r>
            <w:r>
              <w:rPr>
                <w:b w:val="0"/>
                <w:i w:val="0"/>
                <w:sz w:val="19"/>
              </w:rPr>
              <w:t xml:space="preserve"> (1-chorak · BSB-2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 bo‘lim bo‘yicha summativ baholash (BSB 2)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(15–30-darslar) bo‘yicha o‘quvchilarning lug‘at (do‘konlar, shakl va o‘lchamlar, maktab sayti so‘zlari, gapirish fe’llari) va grammatika (present continuous va uning present simpledan farqi, olmoshlar, so‘roq so‘zlari, too / very) bo‘yicha bilimini 25 ballik yozma test orqali baholash.</w:t>
            </w:r>
          </w:p>
          <w:p>
            <w:pPr>
              <w:spacing w:after="40"/>
            </w:pPr>
            <w:r>
              <w:rPr>
                <w:b/>
                <w:i w:val="0"/>
                <w:sz w:val="19"/>
              </w:rPr>
              <w:t xml:space="preserve">b) Tarbiyaviy: </w:t>
            </w:r>
            <w:r>
              <w:rPr>
                <w:b w:val="0"/>
                <w:i w:val="0"/>
                <w:sz w:val="19"/>
              </w:rPr>
              <w:t>Mustaqil ishlash, halollik (ko‘chirmaslik), vaqtni to‘g‘ri taqsimlash va o‘z bilimiga mas’uliyat bilan qarashni tarbiyalash.</w:t>
            </w:r>
          </w:p>
          <w:p>
            <w:pPr>
              <w:spacing w:after="40"/>
            </w:pPr>
            <w:r>
              <w:rPr>
                <w:b/>
                <w:i w:val="0"/>
                <w:sz w:val="19"/>
              </w:rPr>
              <w:t xml:space="preserve">c) Rivojlantiruvchi: </w:t>
            </w:r>
            <w:r>
              <w:rPr>
                <w:b w:val="0"/>
                <w:i w:val="0"/>
                <w:sz w:val="19"/>
              </w:rPr>
              <w:t>Topshiriq ko‘rsatmasini diqqat bilan o‘qish, javobni tekshirish va o‘z ishini nazorat qilish ko‘nikmasini rivojlantirish.</w:t>
            </w:r>
          </w:p>
        </w:tc>
        <w:tc>
          <w:tcPr>
            <w:tcW w:type="dxa" w:w="5443"/>
          </w:tcPr>
          <w:p>
            <w:pPr>
              <w:spacing w:after="40"/>
            </w:pPr>
            <w:r/>
            <w:r>
              <w:rPr>
                <w:b/>
                <w:i w:val="0"/>
                <w:sz w:val="18"/>
              </w:rPr>
              <w:t xml:space="preserve">1. Organisation (Tashkiliy qism) — 3 daqiqa. </w:t>
            </w:r>
            <w:r>
              <w:rPr>
                <w:b w:val="0"/>
                <w:i w:val="0"/>
                <w:sz w:val="18"/>
              </w:rPr>
              <w:t>O‘quvchilarni test tartibida o‘tqazadi (har biri alohida yoki navbatma-navbat), davomatni tekshiradi, test varaqlarini tarqatadi.</w:t>
            </w:r>
          </w:p>
          <w:p>
            <w:pPr>
              <w:spacing w:after="40"/>
            </w:pPr>
            <w:r>
              <w:rPr>
                <w:b/>
                <w:i w:val="0"/>
                <w:sz w:val="18"/>
              </w:rPr>
              <w:t xml:space="preserve">2. Instructions (Ko‘rsatma) — 3 daqiqa. </w:t>
            </w:r>
            <w:r>
              <w:rPr>
                <w:b w:val="0"/>
                <w:i w:val="0"/>
                <w:sz w:val="18"/>
              </w:rPr>
              <w:t>Test tuzilishini tushuntiradi: 8 bo‘lim, har bir to‘g‘ri javob 1 ball, jami 25 ball, vaqt 30 daqiqa; so‘z qutisida bitta ortiqcha so‘z borligini eslatadi.</w:t>
            </w:r>
          </w:p>
          <w:p>
            <w:pPr>
              <w:spacing w:after="40"/>
            </w:pPr>
            <w:r>
              <w:rPr>
                <w:b/>
                <w:i w:val="0"/>
                <w:sz w:val="18"/>
              </w:rPr>
              <w:t xml:space="preserve">3. Test (BSB 2) (Test topshirish (BSB 2)) — 30 daqiqa. </w:t>
            </w:r>
            <w:r>
              <w:rPr>
                <w:b w:val="0"/>
                <w:i w:val="0"/>
                <w:sz w:val="18"/>
              </w:rPr>
              <w:t>Sinfni kuzatadi, mustaqil ishlashni ta’minlaydi, ko‘rsatma tushunarsiz bo‘lsa izohlaydi (javobni aytmaydi), 5 daqiqa qolganini eslatadi.</w:t>
            </w:r>
          </w:p>
          <w:p>
            <w:pPr>
              <w:spacing w:after="40"/>
            </w:pPr>
            <w:r>
              <w:rPr>
                <w:b/>
                <w:i w:val="0"/>
                <w:sz w:val="18"/>
              </w:rPr>
              <w:t xml:space="preserve">4. Checking and collecting (Tekshirish va yig‘ish) — 4 daqiqa. </w:t>
            </w:r>
            <w:r>
              <w:rPr>
                <w:b w:val="0"/>
                <w:i w:val="0"/>
                <w:sz w:val="18"/>
              </w:rPr>
              <w:t>Javoblarni qayta ko‘rib chiqishni aytadi, so‘ng varaqlarni yig‘ib oladi.</w:t>
            </w:r>
          </w:p>
          <w:p>
            <w:pPr>
              <w:spacing w:after="40"/>
            </w:pPr>
            <w:r>
              <w:rPr>
                <w:b/>
                <w:i w:val="0"/>
                <w:sz w:val="18"/>
              </w:rPr>
              <w:t xml:space="preserve">5. Reflection and homework (Fikr almashish va uyga vazifa) — 5 daqiqa. </w:t>
            </w:r>
            <w:r>
              <w:rPr>
                <w:b w:val="0"/>
                <w:i w:val="0"/>
                <w:sz w:val="18"/>
              </w:rPr>
              <w:t>Qaysi bo‘lim qiyin bo‘lganini so‘raydi; uyga vazifani beradi: WB p. 29 «Check your progress! Units 3–4».</w:t>
            </w:r>
          </w:p>
          <w:p>
            <w:pPr>
              <w:spacing w:after="40"/>
            </w:pPr>
            <w:r>
              <w:rPr>
                <w:b/>
                <w:i w:val="0"/>
                <w:sz w:val="18"/>
              </w:rPr>
              <w:t xml:space="preserve">Metodlar: </w:t>
            </w:r>
            <w:r>
              <w:rPr>
                <w:b w:val="0"/>
                <w:i/>
                <w:sz w:val="18"/>
              </w:rPr>
              <w:t>yozma test (BSB), mustaqil ish, o‘z-o‘zini tekshirish</w:t>
            </w:r>
          </w:p>
        </w:tc>
        <w:tc>
          <w:tcPr>
            <w:tcW w:type="dxa" w:w="2835"/>
          </w:tcPr>
          <w:p>
            <w:pPr>
              <w:spacing w:after="40"/>
            </w:pPr>
            <w:r/>
            <w:r>
              <w:rPr>
                <w:b w:val="0"/>
                <w:i w:val="0"/>
                <w:sz w:val="19"/>
              </w:rPr>
              <w:t>O‘quvchilar dars oxirida:</w:t>
            </w:r>
          </w:p>
          <w:p>
            <w:pPr>
              <w:spacing w:after="40"/>
            </w:pPr>
            <w:r>
              <w:rPr>
                <w:b w:val="0"/>
                <w:i w:val="0"/>
                <w:sz w:val="19"/>
              </w:rPr>
              <w:t>• do‘kon nomlarini va shakl-o‘lcham so‘zlarini gapda to‘g‘ri qo‘llay oladi;</w:t>
            </w:r>
          </w:p>
          <w:p>
            <w:pPr>
              <w:spacing w:after="40"/>
            </w:pPr>
            <w:r>
              <w:rPr>
                <w:b w:val="0"/>
                <w:i w:val="0"/>
                <w:sz w:val="19"/>
              </w:rPr>
              <w:t>• fe’lni present continuousda to‘g‘ri yoza oladi va uni present simple hamda holat fe’llaridan farqlay oladi;</w:t>
            </w:r>
          </w:p>
          <w:p>
            <w:pPr>
              <w:spacing w:after="40"/>
            </w:pPr>
            <w:r>
              <w:rPr>
                <w:b w:val="0"/>
                <w:i w:val="0"/>
                <w:sz w:val="19"/>
              </w:rPr>
              <w:t>• to‘g‘ri olmosh, so‘roq so‘zi va too / very ni tanlay oladi;</w:t>
            </w:r>
          </w:p>
          <w:p>
            <w:pPr>
              <w:spacing w:after="40"/>
            </w:pPr>
            <w:r>
              <w:rPr>
                <w:b w:val="0"/>
                <w:i w:val="0"/>
                <w:sz w:val="19"/>
              </w:rPr>
              <w:t>• 25 ballik testni belgilangan vaqtda mustaqil bajara oladi.</w:t>
            </w:r>
          </w:p>
        </w:tc>
        <w:tc>
          <w:tcPr>
            <w:tcW w:type="dxa" w:w="3175"/>
          </w:tcPr>
          <w:p>
            <w:pPr>
              <w:spacing w:after="40"/>
            </w:pPr>
            <w:r/>
            <w:r>
              <w:rPr>
                <w:b w:val="0"/>
                <w:i w:val="0"/>
                <w:sz w:val="18"/>
              </w:rPr>
              <w:t>O‘qituvchi tuzgan 25 ballik test — Laser A1+ Units 3–4 (SB pp. 24–39), 15–30-darslarda o‘tilgan lug‘at va grammatika; tuzilishi BSB 1 (14-dars) formatida.</w:t>
            </w:r>
          </w:p>
          <w:p>
            <w:pPr>
              <w:spacing w:after="40"/>
            </w:pPr>
            <w:r>
              <w:rPr>
                <w:b/>
                <w:i w:val="0"/>
                <w:sz w:val="18"/>
              </w:rPr>
              <w:t xml:space="preserve">Jihozlar: </w:t>
            </w:r>
            <w:r>
              <w:rPr>
                <w:b w:val="0"/>
                <w:i w:val="0"/>
                <w:sz w:val="18"/>
              </w:rPr>
              <w:t>Test varaqlari «Term 1 | BSB-2 | 7th grade» (Term1_BSB2_Grade7_Test.pdf), o‘qituvchi uchun javoblar kaliti (Term1_BSB2_Grade7_Answer_Key.pdf), soat yoki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Check your progress! Units 3–4 — Workbook p. 29.</w:t>
            </w:r>
          </w:p>
        </w:tc>
      </w:tr>
    </w:tbl>
    <w:p>
      <w:r>
        <w:br w:type="page"/>
      </w:r>
    </w:p>
    <w:p>
      <w:pPr>
        <w:spacing w:before="80" w:after="60"/>
      </w:pPr>
      <w:r>
        <w:rPr>
          <w:b/>
          <w:color w:val="0B6E5F"/>
          <w:sz w:val="24"/>
        </w:rPr>
        <w:t>Daily Lesson Plan · 33-dars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Review: Units 3–4</w:t>
            </w:r>
            <w:r>
              <w:rPr>
                <w:b w:val="0"/>
                <w:i w:val="0"/>
                <w:sz w:val="19"/>
              </w:rPr>
              <w:t xml:space="preserve"> (Grammatika takrori: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Grammatikani takrorlash va umumlashtirish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 grammatikasini — present continuous, holat fe’llari (know, like, need, prefer), olmoshlar, so‘roq so‘zlari va too / very ni — darslikning takrorlash sahifasi (p. 41) orqali takrorlaydi va xatolarini tuzatadi.</w:t>
            </w:r>
          </w:p>
          <w:p>
            <w:pPr>
              <w:spacing w:after="40"/>
            </w:pPr>
            <w:r>
              <w:rPr>
                <w:b/>
                <w:i w:val="0"/>
                <w:sz w:val="17"/>
              </w:rPr>
              <w:t xml:space="preserve">b) Tarbiyaviy: </w:t>
            </w:r>
            <w:r>
              <w:rPr>
                <w:b w:val="0"/>
                <w:i w:val="0"/>
                <w:sz w:val="17"/>
              </w:rPr>
              <w:t>O‘z xatosini tan olib, uni tuzatishga intilish, juftlikda bir-biriga yordam berish va diqqat bilan tinglash madaniyatini tarbiyalash.</w:t>
            </w:r>
          </w:p>
          <w:p>
            <w:pPr>
              <w:spacing w:after="40"/>
            </w:pPr>
            <w:r>
              <w:rPr>
                <w:b/>
                <w:i w:val="0"/>
                <w:sz w:val="17"/>
              </w:rPr>
              <w:t xml:space="preserve">c) Rivojlantiruvchi: </w:t>
            </w:r>
            <w:r>
              <w:rPr>
                <w:b w:val="0"/>
                <w:i w:val="0"/>
                <w:sz w:val="17"/>
              </w:rPr>
              <w:t>Grammatik qoidani misol bilan izohlash, ikki zamonni taqqoslash va savol tuzish orqali mantiqiy fikrlashni rivojlantirish.</w:t>
            </w:r>
          </w:p>
        </w:tc>
        <w:tc>
          <w:tcPr>
            <w:tcW w:type="dxa" w:w="5443"/>
          </w:tcPr>
          <w:p>
            <w:pPr>
              <w:spacing w:after="40"/>
            </w:pPr>
            <w:r/>
            <w:r>
              <w:rPr>
                <w:b/>
                <w:i w:val="0"/>
                <w:sz w:val="17"/>
              </w:rPr>
              <w:t xml:space="preserve">1. Lead-in — what am I doing? (Kirish — men nima qilyapman?) — 3 daqiqa. </w:t>
            </w:r>
            <w:r>
              <w:rPr>
                <w:b w:val="0"/>
                <w:i w:val="0"/>
                <w:sz w:val="17"/>
              </w:rPr>
              <w:t>Mime two actions (reading, eating) and ask What am I doing? Then ask Do you like grammar? Write the two answers on the board: present continuous / present simple.</w:t>
            </w:r>
          </w:p>
          <w:p>
            <w:pPr>
              <w:spacing w:after="40"/>
            </w:pPr>
            <w:r>
              <w:rPr>
                <w:b/>
                <w:i w:val="0"/>
                <w:sz w:val="17"/>
              </w:rPr>
              <w:t xml:space="preserve">2. Form table (Grammar database 5–8) (Shakllar jadvali (Grammar database 5–8)) — 5 daqiqa. </w:t>
            </w:r>
            <w:r>
              <w:rPr>
                <w:b w:val="0"/>
                <w:i w:val="0"/>
                <w:sz w:val="17"/>
              </w:rPr>
              <w:t>Form table slide only — go through the six rows quickly and ask for one more example for each row. Do not show the focus or vocabulary slides yet.</w:t>
            </w:r>
          </w:p>
          <w:p>
            <w:pPr>
              <w:spacing w:after="40"/>
            </w:pPr>
            <w:r>
              <w:rPr>
                <w:b/>
                <w:i w:val="0"/>
                <w:sz w:val="17"/>
              </w:rPr>
              <w:t xml:space="preserve">3. Book p.41 ex.4–5 (test) (Kitob p. 41, ex. 4–5 (test)) — 8 daqiqa. </w:t>
            </w:r>
            <w:r>
              <w:rPr>
                <w:b w:val="0"/>
                <w:i w:val="0"/>
                <w:sz w:val="17"/>
              </w:rPr>
              <w:t>Book tasks slide: ex.4 and ex.5 alone, no help.</w:t>
            </w:r>
          </w:p>
          <w:p>
            <w:pPr>
              <w:spacing w:after="40"/>
            </w:pPr>
            <w:r>
              <w:rPr>
                <w:b/>
                <w:i w:val="0"/>
                <w:sz w:val="17"/>
              </w:rPr>
              <w:t xml:space="preserve">4. Book p.41 ex.6–8 (Kitob p. 41, ex. 6–8) — 6 daqiqa. </w:t>
            </w:r>
            <w:r>
              <w:rPr>
                <w:b w:val="0"/>
                <w:i w:val="0"/>
                <w:sz w:val="17"/>
              </w:rPr>
              <w:t>ex.6 and ex.7 alone; ex.8 — students write the four questions (for the speaking stage).</w:t>
            </w:r>
          </w:p>
          <w:p>
            <w:pPr>
              <w:spacing w:after="40"/>
            </w:pPr>
            <w:r>
              <w:rPr>
                <w:b/>
                <w:i w:val="0"/>
                <w:sz w:val="17"/>
              </w:rPr>
              <w:t xml:space="preserve">5. Check and teach (Tekshirish va tushuntirish) — 6 daqiqa. </w:t>
            </w:r>
            <w:r>
              <w:rPr>
                <w:b w:val="0"/>
                <w:i w:val="0"/>
                <w:sz w:val="17"/>
              </w:rPr>
              <w:t>Answer key slide: students say WHY. Then the focus slide and card sections A–E (say the cards, no audio); hand out the vocabulary sheet.</w:t>
            </w:r>
          </w:p>
          <w:p>
            <w:pPr>
              <w:spacing w:after="40"/>
            </w:pPr>
            <w:r>
              <w:rPr>
                <w:b/>
                <w:i w:val="0"/>
                <w:sz w:val="17"/>
              </w:rPr>
              <w:t xml:space="preserve">6. Practice + Matching halves (Mashq + yarim gaplarni moslash) — 5 daqiqa. </w:t>
            </w:r>
            <w:r>
              <w:rPr>
                <w:b w:val="0"/>
                <w:i w:val="0"/>
                <w:sz w:val="17"/>
              </w:rPr>
              <w:t>Practice slide orally (1 min), then the match-halves worksheet (Group A and B, then swap).</w:t>
            </w:r>
          </w:p>
          <w:p>
            <w:pPr>
              <w:spacing w:after="40"/>
            </w:pPr>
            <w:r>
              <w:rPr>
                <w:b/>
                <w:i w:val="0"/>
                <w:sz w:val="17"/>
              </w:rPr>
              <w:t xml:space="preserve">7. Speaking — ex.8 + find someone who (Gapirish — ex. 8 va «find someone who») — 6 daqiqa. </w:t>
            </w:r>
            <w:r>
              <w:rPr>
                <w:b w:val="0"/>
                <w:i w:val="0"/>
                <w:sz w:val="17"/>
              </w:rPr>
              <w:t>Speaking slide: pairs ask their ex.8 questions, then ‘find someone who’ with three classmates. Monitor question order and -ing forms.</w:t>
            </w:r>
          </w:p>
          <w:p>
            <w:pPr>
              <w:spacing w:after="40"/>
            </w:pPr>
            <w:r>
              <w:rPr>
                <w:b/>
                <w:i w:val="0"/>
                <w:sz w:val="17"/>
              </w:rPr>
              <w:t xml:space="preserve">8. Reading — A message from Samarkand (O‘qish — «A message from Samarkand») — 4 daqiqa. </w:t>
            </w:r>
            <w:r>
              <w:rPr>
                <w:b w:val="0"/>
                <w:i w:val="0"/>
                <w:sz w:val="17"/>
              </w:rPr>
              <w:t>Students read (or listen to) the message on the lesson page and answer the five questions.</w:t>
            </w:r>
          </w:p>
          <w:p>
            <w:pPr>
              <w:spacing w:after="40"/>
            </w:pPr>
            <w:r>
              <w:rPr>
                <w:b/>
                <w:i w:val="0"/>
                <w:sz w:val="17"/>
              </w:rPr>
              <w:t xml:space="preserve">9. Wrap-up and homework (Yakun va uyga vazifa) — 2 daqiqa. </w:t>
            </w:r>
            <w:r>
              <w:rPr>
                <w:b w:val="0"/>
                <w:i w:val="0"/>
                <w:sz w:val="17"/>
              </w:rPr>
              <w:t>Memory check slide (fix the mistake); set homework.</w:t>
            </w:r>
          </w:p>
          <w:p>
            <w:pPr>
              <w:spacing w:after="40"/>
            </w:pPr>
            <w:r>
              <w:rPr>
                <w:b/>
                <w:i w:val="0"/>
                <w:sz w:val="17"/>
              </w:rPr>
              <w:t xml:space="preserve">Metodlar: </w:t>
            </w:r>
            <w:r>
              <w:rPr>
                <w:b w:val="0"/>
                <w:i/>
                <w:sz w:val="17"/>
              </w:rPr>
              <w:t>test–o‘rgat–test, jadval bilan ishlash, juftlikda ishlash, «Find someone who» so‘rovi, xatoni tuzatish</w:t>
            </w:r>
          </w:p>
        </w:tc>
        <w:tc>
          <w:tcPr>
            <w:tcW w:type="dxa" w:w="2835"/>
          </w:tcPr>
          <w:p>
            <w:pPr>
              <w:spacing w:after="40"/>
            </w:pPr>
            <w:r/>
            <w:r>
              <w:rPr>
                <w:b w:val="0"/>
                <w:i w:val="0"/>
                <w:sz w:val="17"/>
              </w:rPr>
              <w:t>O‘quvchilar dars oxirida:</w:t>
            </w:r>
          </w:p>
          <w:p>
            <w:pPr>
              <w:spacing w:after="40"/>
            </w:pPr>
            <w:r>
              <w:rPr>
                <w:b w:val="0"/>
                <w:i w:val="0"/>
                <w:sz w:val="17"/>
              </w:rPr>
              <w:t>• oltita gapni qisqa shakllar bilan present continuousda to‘ldira oladi (p. 41, ex. 4);</w:t>
            </w:r>
          </w:p>
          <w:p>
            <w:pPr>
              <w:spacing w:after="40"/>
            </w:pPr>
            <w:r>
              <w:rPr>
                <w:b w:val="0"/>
                <w:i w:val="0"/>
                <w:sz w:val="17"/>
              </w:rPr>
              <w:t>• ijobiy va salbiy vaziyatlarda too yoki very ni to‘g‘ri tanlay oladi (ex. 5);</w:t>
            </w:r>
          </w:p>
          <w:p>
            <w:pPr>
              <w:spacing w:after="40"/>
            </w:pPr>
            <w:r>
              <w:rPr>
                <w:b w:val="0"/>
                <w:i w:val="0"/>
                <w:sz w:val="17"/>
              </w:rPr>
              <w:t>• to‘g‘ri so‘roq so‘zi va olmoshni tanlay oladi (ex. 6–7);</w:t>
            </w:r>
          </w:p>
          <w:p>
            <w:pPr>
              <w:spacing w:after="40"/>
            </w:pPr>
            <w:r>
              <w:rPr>
                <w:b w:val="0"/>
                <w:i w:val="0"/>
                <w:sz w:val="17"/>
              </w:rPr>
              <w:t>• berilgan javobga savol yozib, sherigidan so‘ray oladi (ex. 8).</w:t>
            </w:r>
          </w:p>
        </w:tc>
        <w:tc>
          <w:tcPr>
            <w:tcW w:type="dxa" w:w="3175"/>
          </w:tcPr>
          <w:p>
            <w:pPr>
              <w:spacing w:after="40"/>
            </w:pPr>
            <w:r/>
            <w:r>
              <w:rPr>
                <w:b w:val="0"/>
                <w:i w:val="0"/>
                <w:sz w:val="17"/>
              </w:rPr>
              <w:t>Laser A1+ SB p. 41 — Revision Units 3–4: ex.4 present continuous (6 gap, qisqa shakllar), ex.5 too / very (6 ta pizza gapi: ijobiy → very, salbiy → too), ex.6 question words (7), ex.7 pronouns (6 tanlov), ex.8 Speaking: asking questions (javobga savol yozish, 4). Grammar database 5–8, SB pp. 147–148 (present continuous, pronouns, question words, too and very; Quick check). Kartalar 16-, 17-, 19-, 23-, 28-darslardan aynan. Uyga: Grammar database 5–8 (SB pp. 147–148) + 10 ta misol gap</w:t>
            </w:r>
          </w:p>
          <w:p>
            <w:pPr>
              <w:spacing w:after="40"/>
            </w:pPr>
            <w:r>
              <w:rPr>
                <w:b/>
                <w:i w:val="0"/>
                <w:sz w:val="17"/>
              </w:rPr>
              <w:t xml:space="preserve">Jihozlar: </w:t>
            </w:r>
            <w:r>
              <w:rPr>
                <w:b w:val="0"/>
                <w:i w:val="0"/>
                <w:sz w:val="17"/>
              </w:rPr>
              <w:t>Laser A1+ SB p. 41 (Revision Units 3–4, ex. 4–8) and Grammar database 5–8, pp. 147–148; slides; vocabulary sheet (32 items) and match-halves worksheet (Groups A and B) — handed out only AFTER the book tasks are checked; the message «A message from Samarkand»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Grammar databases 5–8 (SB pp. 147–148) and do the Quick checks.</w:t>
            </w:r>
          </w:p>
          <w:p>
            <w:pPr>
              <w:spacing w:after="40"/>
            </w:pPr>
            <w:r>
              <w:rPr>
                <w:b w:val="0"/>
                <w:i w:val="0"/>
                <w:sz w:val="19"/>
              </w:rPr>
              <w:t>• Write 10 example sentences: 2 present continuous, 2 stative verbs, 2 pronouns, 2 questions with question words, 2 with too / very.</w:t>
            </w:r>
          </w:p>
          <w:p>
            <w:pPr>
              <w:spacing w:after="40"/>
            </w:pPr>
            <w:r>
              <w:rPr>
                <w:b w:val="0"/>
                <w:i w:val="0"/>
                <w:sz w:val="19"/>
              </w:rPr>
              <w:t>• Learn the 32 items with the flashcards: sozlar.com/vocab/cards/?set=grade7-lesson33</w:t>
            </w:r>
          </w:p>
        </w:tc>
      </w:tr>
    </w:tbl>
    <w:p>
      <w:pPr>
        <w:spacing w:after="40"/>
      </w:pPr>
      <w:r>
        <w:rPr>
          <w:b/>
          <w:sz w:val="18"/>
        </w:rPr>
        <w:t xml:space="preserve">Farqlash: </w:t>
      </w:r>
      <w:r>
        <w:rPr>
          <w:i/>
          <w:sz w:val="18"/>
        </w:rPr>
        <w:t>Kuchli o‘quvchilar ex.8 dan keyin o‘zi haqida har bir grammatik mavzuga bittadan (jami beshta) gap yozadi va Grammar database 7–8 Quick check’ni bajaradi; kuchsizlarga form table varag‘i va so‘roq so‘zlari ro‘yxati qoldiriladi, ular ex.4 ni juftlikda bajaradi.</w:t>
      </w:r>
    </w:p>
    <w:p>
      <w:r>
        <w:br w:type="page"/>
      </w:r>
    </w:p>
    <w:p>
      <w:pPr>
        <w:spacing w:before="80" w:after="60"/>
      </w:pPr>
      <w:r>
        <w:rPr>
          <w:b/>
          <w:color w:val="0B6E5F"/>
          <w:sz w:val="24"/>
        </w:rPr>
        <w:t>Daily Lesson Plan · 34-dars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Review: Units 3–4</w:t>
            </w:r>
            <w:r>
              <w:rPr>
                <w:b w:val="0"/>
                <w:i w:val="0"/>
                <w:sz w:val="19"/>
              </w:rPr>
              <w:t xml:space="preserve"> (Lug‘at takrori: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Lug‘atni takrorlash va nazorat qilish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3–4-bo‘limlar lug‘atini — do‘kon va xarid, shakl va o‘lcham, o‘qish-yozishga oid so‘zlar (article, magazine, blog), gapirish fe’llari (tell a lie, say sorry, keep a secret) — darslikning takrorlash sahifasi (p. 40) va 20 savollik lug‘at testi orqali takrorlaydi.</w:t>
            </w:r>
          </w:p>
          <w:p>
            <w:pPr>
              <w:spacing w:after="40"/>
            </w:pPr>
            <w:r>
              <w:rPr>
                <w:b/>
                <w:i w:val="0"/>
                <w:sz w:val="17"/>
              </w:rPr>
              <w:t xml:space="preserve">b) Tarbiyaviy: </w:t>
            </w:r>
            <w:r>
              <w:rPr>
                <w:b w:val="0"/>
                <w:i w:val="0"/>
                <w:sz w:val="17"/>
              </w:rPr>
              <w:t>Rostgo‘ylik, sir saqlash va xushmuomalalik kabi fazilatlarni so‘zlar mazmuni orqali qadrlashga, sherigining ishini adolatli baholashga o‘rgatish.</w:t>
            </w:r>
          </w:p>
          <w:p>
            <w:pPr>
              <w:spacing w:after="40"/>
            </w:pPr>
            <w:r>
              <w:rPr>
                <w:b/>
                <w:i w:val="0"/>
                <w:sz w:val="17"/>
              </w:rPr>
              <w:t xml:space="preserve">c) Rivojlantiruvchi: </w:t>
            </w:r>
            <w:r>
              <w:rPr>
                <w:b w:val="0"/>
                <w:i w:val="0"/>
                <w:sz w:val="17"/>
              </w:rPr>
              <w:t>So‘zni ta’rif, zid ma’no va kontekst orqali eslash, narsani tasvirlab topish ko‘nikmasini rivojlantirish.</w:t>
            </w:r>
          </w:p>
        </w:tc>
        <w:tc>
          <w:tcPr>
            <w:tcW w:type="dxa" w:w="5443"/>
          </w:tcPr>
          <w:p>
            <w:pPr>
              <w:spacing w:after="40"/>
            </w:pPr>
            <w:r/>
            <w:r>
              <w:rPr>
                <w:b/>
                <w:i w:val="0"/>
                <w:sz w:val="17"/>
              </w:rPr>
              <w:t xml:space="preserve">1. Lead-in — shop or shape? (Kirish — do‘konmi yoki shaklmi?) — 3 daqiqa. </w:t>
            </w:r>
            <w:r>
              <w:rPr>
                <w:b w:val="0"/>
                <w:i w:val="0"/>
                <w:sz w:val="17"/>
              </w:rPr>
              <w:t>Show three objects (a book, a pencil case, an orange). Ask: Where do you buy it? What shape is it?</w:t>
            </w:r>
          </w:p>
          <w:p>
            <w:pPr>
              <w:spacing w:after="40"/>
            </w:pPr>
            <w:r>
              <w:rPr>
                <w:b/>
                <w:i w:val="0"/>
                <w:sz w:val="17"/>
              </w:rPr>
              <w:t xml:space="preserve">2. Book p.40 ex.1–3 (test) (Kitob p. 40, ex. 1–3 (test)) — 7 daqiqa. </w:t>
            </w:r>
            <w:r>
              <w:rPr>
                <w:b w:val="0"/>
                <w:i w:val="0"/>
                <w:sz w:val="17"/>
              </w:rPr>
              <w:t>Book tasks slide: students do ex.1–3 alone, no word list.</w:t>
            </w:r>
          </w:p>
          <w:p>
            <w:pPr>
              <w:spacing w:after="40"/>
            </w:pPr>
            <w:r>
              <w:rPr>
                <w:b/>
                <w:i w:val="0"/>
                <w:sz w:val="17"/>
              </w:rPr>
              <w:t xml:space="preserve">3. Check and teach (Tekshirish va tushuntirish) — 5 daqiqa. </w:t>
            </w:r>
            <w:r>
              <w:rPr>
                <w:b w:val="0"/>
                <w:i w:val="0"/>
                <w:sz w:val="17"/>
              </w:rPr>
              <w:t>Answer key slide; students say WHY. Hand out the vocabulary sheet.</w:t>
            </w:r>
          </w:p>
          <w:p>
            <w:pPr>
              <w:spacing w:after="40"/>
            </w:pPr>
            <w:r>
              <w:rPr>
                <w:b/>
                <w:i w:val="0"/>
                <w:sz w:val="17"/>
              </w:rPr>
              <w:t xml:space="preserve">4. Vocabulary A–D + focus (Lug‘at A–D + fokus) — 6 daqiqa. </w:t>
            </w:r>
            <w:r>
              <w:rPr>
                <w:b w:val="0"/>
                <w:i w:val="0"/>
                <w:sz w:val="17"/>
              </w:rPr>
              <w:t>Present the four sections with audio; then the focus slide (five things to remember).</w:t>
            </w:r>
          </w:p>
          <w:p>
            <w:pPr>
              <w:spacing w:after="40"/>
            </w:pPr>
            <w:r>
              <w:rPr>
                <w:b/>
                <w:i w:val="0"/>
                <w:sz w:val="17"/>
              </w:rPr>
              <w:t xml:space="preserve">5. Vocabulary test (generated) (Lug‘at testi (20 savol)) — 8 daqiqa. </w:t>
            </w:r>
            <w:r>
              <w:rPr>
                <w:b w:val="0"/>
                <w:i w:val="0"/>
                <w:sz w:val="17"/>
              </w:rPr>
              <w:t>Test slides: part 1 (questions 1–10) and part 2 (11–20). Students work alone, no books.</w:t>
            </w:r>
          </w:p>
          <w:p>
            <w:pPr>
              <w:spacing w:after="40"/>
            </w:pPr>
            <w:r>
              <w:rPr>
                <w:b/>
                <w:i w:val="0"/>
                <w:sz w:val="17"/>
              </w:rPr>
              <w:t xml:space="preserve">6. Check the test (Testni tekshirish) — 3 daqiqa. </w:t>
            </w:r>
            <w:r>
              <w:rPr>
                <w:b w:val="0"/>
                <w:i w:val="0"/>
                <w:sz w:val="17"/>
              </w:rPr>
              <w:t>Students swap sheets; go through the key (teacher’s guide); each student circles two words to learn again.</w:t>
            </w:r>
          </w:p>
          <w:p>
            <w:pPr>
              <w:spacing w:after="40"/>
            </w:pPr>
            <w:r>
              <w:rPr>
                <w:b/>
                <w:i w:val="0"/>
                <w:sz w:val="17"/>
              </w:rPr>
              <w:t xml:space="preserve">7. Matching halves (Yarim gaplarni moslash) — 4 daqiqa. </w:t>
            </w:r>
            <w:r>
              <w:rPr>
                <w:b w:val="0"/>
                <w:i w:val="0"/>
                <w:sz w:val="17"/>
              </w:rPr>
              <w:t>Practice slide orally (1 min), then the match-halves worksheet (Group A and B).</w:t>
            </w:r>
          </w:p>
          <w:p>
            <w:pPr>
              <w:spacing w:after="40"/>
            </w:pPr>
            <w:r>
              <w:rPr>
                <w:b/>
                <w:i w:val="0"/>
                <w:sz w:val="17"/>
              </w:rPr>
              <w:t xml:space="preserve">8. Speaking — shop quiz and describe and guess (Gapirish — do‘kon viktorinasi va «tasvirla va top») — 4 daqiqa. </w:t>
            </w:r>
            <w:r>
              <w:rPr>
                <w:b w:val="0"/>
                <w:i w:val="0"/>
                <w:sz w:val="17"/>
              </w:rPr>
              <w:t>Speaking slide: pairs play the shop quiz, then describe and guess with shape words.</w:t>
            </w:r>
          </w:p>
          <w:p>
            <w:pPr>
              <w:spacing w:after="40"/>
            </w:pPr>
            <w:r>
              <w:rPr>
                <w:b/>
                <w:i w:val="0"/>
                <w:sz w:val="17"/>
              </w:rPr>
              <w:t xml:space="preserve">9. Reading — Saturday at Grand Mall (O‘qish — «Saturday at Grand Mall») — 3 daqiqa. </w:t>
            </w:r>
            <w:r>
              <w:rPr>
                <w:b w:val="0"/>
                <w:i w:val="0"/>
                <w:sz w:val="17"/>
              </w:rPr>
              <w:t>Students read (or listen to) the blog post on the lesson page and answer the five questions.</w:t>
            </w:r>
          </w:p>
          <w:p>
            <w:pPr>
              <w:spacing w:after="40"/>
            </w:pPr>
            <w:r>
              <w:rPr>
                <w:b/>
                <w:i w:val="0"/>
                <w:sz w:val="17"/>
              </w:rPr>
              <w:t xml:space="preserve">10. Wrap-up and homework (Yakun va uyga vazifa) — 2 daqiqa. </w:t>
            </w:r>
            <w:r>
              <w:rPr>
                <w:b w:val="0"/>
                <w:i w:val="0"/>
                <w:sz w:val="17"/>
              </w:rPr>
              <w:t>Memory check slide (odd one out); set homework.</w:t>
            </w:r>
          </w:p>
          <w:p>
            <w:pPr>
              <w:spacing w:after="40"/>
            </w:pPr>
            <w:r>
              <w:rPr>
                <w:b/>
                <w:i w:val="0"/>
                <w:sz w:val="17"/>
              </w:rPr>
              <w:t xml:space="preserve">Metodlar: </w:t>
            </w:r>
            <w:r>
              <w:rPr>
                <w:b w:val="0"/>
                <w:i/>
                <w:sz w:val="17"/>
              </w:rPr>
              <w:t>test–o‘rgat–test, lug‘at testi, o‘zaro tekshirish, «tasvirla va top» o‘yini, juftlikda ishlash</w:t>
            </w:r>
          </w:p>
        </w:tc>
        <w:tc>
          <w:tcPr>
            <w:tcW w:type="dxa" w:w="2835"/>
          </w:tcPr>
          <w:p>
            <w:pPr>
              <w:spacing w:after="40"/>
            </w:pPr>
            <w:r/>
            <w:r>
              <w:rPr>
                <w:b w:val="0"/>
                <w:i w:val="0"/>
                <w:sz w:val="17"/>
              </w:rPr>
              <w:t>O‘quvchilar dars oxirida:</w:t>
            </w:r>
          </w:p>
          <w:p>
            <w:pPr>
              <w:spacing w:after="40"/>
            </w:pPr>
            <w:r>
              <w:rPr>
                <w:b w:val="0"/>
                <w:i w:val="0"/>
                <w:sz w:val="17"/>
              </w:rPr>
              <w:t>• harflari aralashgan sakkizta xarid so‘zini tiklay oladi (p. 40, ex. 1);</w:t>
            </w:r>
          </w:p>
          <w:p>
            <w:pPr>
              <w:spacing w:after="40"/>
            </w:pPr>
            <w:r>
              <w:rPr>
                <w:b w:val="0"/>
                <w:i w:val="0"/>
                <w:sz w:val="17"/>
              </w:rPr>
              <w:t>• shakl va o‘lchamga oid oltita gapni to‘ldira oladi (ex. 2);</w:t>
            </w:r>
          </w:p>
          <w:p>
            <w:pPr>
              <w:spacing w:after="40"/>
            </w:pPr>
            <w:r>
              <w:rPr>
                <w:b w:val="0"/>
                <w:i w:val="0"/>
                <w:sz w:val="17"/>
              </w:rPr>
              <w:t>• matnda noto‘g‘ri joyga qo‘yilgan oltita so‘zni o‘z o‘rniga qo‘ya oladi (ex. 3);</w:t>
            </w:r>
          </w:p>
          <w:p>
            <w:pPr>
              <w:spacing w:after="40"/>
            </w:pPr>
            <w:r>
              <w:rPr>
                <w:b w:val="0"/>
                <w:i w:val="0"/>
                <w:sz w:val="17"/>
              </w:rPr>
              <w:t>• 3–4-bo‘limlar lug‘at testida kamida 14/20 ball to‘play oladi.</w:t>
            </w:r>
          </w:p>
        </w:tc>
        <w:tc>
          <w:tcPr>
            <w:tcW w:type="dxa" w:w="3175"/>
          </w:tcPr>
          <w:p>
            <w:pPr>
              <w:spacing w:after="40"/>
            </w:pPr>
            <w:r/>
            <w:r>
              <w:rPr>
                <w:b w:val="0"/>
                <w:i w:val="0"/>
                <w:sz w:val="17"/>
              </w:rPr>
              <w:t>Laser A1+ SB p. 40 — Revision Units 3–4: ex.1 Vocabulary: shopping (8 ta pufakcha — harflarni tartibga solish), ex.2 sizes and shapes (6 gap: qarama-qarshi so‘z / sinonim), ex.3 reading («My Dad’s Job» — qalin so‘zlar noto‘g‘ri joyda, 6). Workbook Wordpower: p. 24 (editor, reporter, calendar, review, opinion, interview, view, programme) va p. 26 (ways of talking: speak, lie, whisper, talk, shout, scream, tell the time). Kalendar reja: «Doing generate test» — 20 savollik lug‘at testi (slaydda, kalit qo‘llanmada). Kartalar 15-, 17-, 22-, 25-darslardan aynan. Uyga: WB p. 24 va p. 26 so‘zlari + 10 ta gap</w:t>
            </w:r>
          </w:p>
          <w:p>
            <w:pPr>
              <w:spacing w:after="40"/>
            </w:pPr>
            <w:r>
              <w:rPr>
                <w:b/>
                <w:i w:val="0"/>
                <w:sz w:val="17"/>
              </w:rPr>
              <w:t xml:space="preserve">Jihozlar: </w:t>
            </w:r>
            <w:r>
              <w:rPr>
                <w:b w:val="0"/>
                <w:i w:val="0"/>
                <w:sz w:val="17"/>
              </w:rPr>
              <w:t>Laser A1+ SB p. 40 (Revision Units 3–4, ex. 1–3); slides with the vocabulary test; vocabulary sheet (35 items), match-halves worksheet (Groups A and B) and flashcards with audio (sozlar.com/vocab); the blog post «Saturday at Grand Mall» on the lesson page; Workbook pp. 24 and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the Units 3–4 Wordpower words: Workbook p. 24 and p. 26.</w:t>
            </w:r>
          </w:p>
          <w:p>
            <w:pPr>
              <w:spacing w:after="40"/>
            </w:pPr>
            <w:r>
              <w:rPr>
                <w:b w:val="0"/>
                <w:i w:val="0"/>
                <w:sz w:val="19"/>
              </w:rPr>
              <w:t>• Write 10 sentences with words from the lesson (two from each section and two from the test).</w:t>
            </w:r>
          </w:p>
          <w:p>
            <w:pPr>
              <w:spacing w:after="40"/>
            </w:pPr>
            <w:r>
              <w:rPr>
                <w:b w:val="0"/>
                <w:i w:val="0"/>
                <w:sz w:val="19"/>
              </w:rPr>
              <w:t>• Learn the 35 items with the flashcards: sozlar.com/vocab/cards/?set=grade7-lesson34</w:t>
            </w:r>
          </w:p>
        </w:tc>
      </w:tr>
    </w:tbl>
    <w:p>
      <w:pPr>
        <w:spacing w:after="40"/>
      </w:pPr>
      <w:r>
        <w:rPr>
          <w:b/>
          <w:sz w:val="18"/>
        </w:rPr>
        <w:t xml:space="preserve">Farqlash: </w:t>
      </w:r>
      <w:r>
        <w:rPr>
          <w:i/>
          <w:sz w:val="18"/>
        </w:rPr>
        <w:t>Kuchli o‘quvchilar testdan keyin 4 ta o‘z test savolini (A/B/C) tuzib, sherigiga beradi; kuchsizlar ex.1 ni harflar kartochkasi bilan bajaradi va testning 1-qismida doskadagi so‘zlar ro‘yxatidan foydalanadi.</w:t>
      </w:r>
    </w:p>
    <w:p>
      <w:r>
        <w:br w:type="page"/>
      </w:r>
    </w:p>
    <w:p>
      <w:pPr>
        <w:spacing w:before="80" w:after="60"/>
      </w:pPr>
      <w:r>
        <w:rPr>
          <w:b/>
          <w:color w:val="0B6E5F"/>
          <w:sz w:val="24"/>
        </w:rPr>
        <w:t>Daily Lesson Plan · 35-dars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ChSB-1 (40 points)</w:t>
            </w:r>
            <w:r>
              <w:rPr>
                <w:b w:val="0"/>
                <w:i w:val="0"/>
                <w:sz w:val="19"/>
              </w:rPr>
              <w:t xml:space="preserve"> (1-chorak · ChSB-1 (40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Choraklik summativ baholash darsi (ChSB 1)</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I chorak (1–4-bo‘limlar, 1–30-darslar) bo‘yicha o‘quvchilarning lug‘at (oila, kun tartibi va vaqt, xarid, maktab sayti va gapirish fe’llari) va grammatika (be / have got, egalik, present simple, takroriylik ravishlari, present continuous, olmoshlar, so‘roq so‘zlari, too / very) bo‘yicha bilimini 40 ballik yozma ish orqali baholash.</w:t>
            </w:r>
          </w:p>
          <w:p>
            <w:pPr>
              <w:spacing w:after="40"/>
            </w:pPr>
            <w:r>
              <w:rPr>
                <w:b/>
                <w:i w:val="0"/>
                <w:sz w:val="19"/>
              </w:rPr>
              <w:t xml:space="preserve">b) Tarbiyaviy: </w:t>
            </w:r>
            <w:r>
              <w:rPr>
                <w:b w:val="0"/>
                <w:i w:val="0"/>
                <w:sz w:val="19"/>
              </w:rPr>
              <w:t>Mustaqillik, halollik, vaqtni rejalashtirish va natijaga mas’uliyat bilan yondashishni tarbiyalash.</w:t>
            </w:r>
          </w:p>
          <w:p>
            <w:pPr>
              <w:spacing w:after="40"/>
            </w:pPr>
            <w:r>
              <w:rPr>
                <w:b/>
                <w:i w:val="0"/>
                <w:sz w:val="19"/>
              </w:rPr>
              <w:t xml:space="preserve">c) Rivojlantiruvchi: </w:t>
            </w:r>
            <w:r>
              <w:rPr>
                <w:b w:val="0"/>
                <w:i w:val="0"/>
                <w:sz w:val="19"/>
              </w:rPr>
              <w:t>Chorak davomida o‘rganilganlarni yaxlit eslash, ko‘rsatmaga ko‘ra ishlash va o‘z javobini tekshirish ko‘nikmasini rivojlantirish.</w:t>
            </w:r>
          </w:p>
        </w:tc>
        <w:tc>
          <w:tcPr>
            <w:tcW w:type="dxa" w:w="5443"/>
          </w:tcPr>
          <w:p>
            <w:pPr>
              <w:spacing w:after="40"/>
            </w:pPr>
            <w:r/>
            <w:r>
              <w:rPr>
                <w:b/>
                <w:i w:val="0"/>
                <w:sz w:val="18"/>
              </w:rPr>
              <w:t xml:space="preserve">1. Organisation (Tashkiliy qism) — 2 daqiqa. </w:t>
            </w:r>
            <w:r>
              <w:rPr>
                <w:b w:val="0"/>
                <w:i w:val="0"/>
                <w:sz w:val="18"/>
              </w:rPr>
              <w:t>O‘quvchilarni nazorat ishi tartibida o‘tqazadi, davomatni tekshiradi, ish varaqlarini tarqatadi.</w:t>
            </w:r>
          </w:p>
          <w:p>
            <w:pPr>
              <w:spacing w:after="40"/>
            </w:pPr>
            <w:r>
              <w:rPr>
                <w:b/>
                <w:i w:val="0"/>
                <w:sz w:val="18"/>
              </w:rPr>
              <w:t xml:space="preserve">2. Instructions (Ko‘rsatma) — 3 daqiqa. </w:t>
            </w:r>
            <w:r>
              <w:rPr>
                <w:b w:val="0"/>
                <w:i w:val="0"/>
                <w:sz w:val="18"/>
              </w:rPr>
              <w:t>Ish tuzilishini tushuntiradi: 12 bo‘lim, har bir to‘g‘ri javob 1 ball, jami 40 ball, vaqt 35 daqiqa; so‘z qutilarida bitta ortiqcha so‘z borligini, 8-bo‘limda gapni to‘liq yozish kerakligini eslatadi.</w:t>
            </w:r>
          </w:p>
          <w:p>
            <w:pPr>
              <w:spacing w:after="40"/>
            </w:pPr>
            <w:r>
              <w:rPr>
                <w:b/>
                <w:i w:val="0"/>
                <w:sz w:val="18"/>
              </w:rPr>
              <w:t xml:space="preserve">3. Test (ChSB 1) (Nazorat ishini bajarish (ChSB 1)) — 35 daqiqa. </w:t>
            </w:r>
            <w:r>
              <w:rPr>
                <w:b w:val="0"/>
                <w:i w:val="0"/>
                <w:sz w:val="18"/>
              </w:rPr>
              <w:t>Sinfni kuzatadi, mustaqil ishlashni ta’minlaydi, javobni aytmasdan ko‘rsatmani izohlaydi, 10 va 5 daqiqa qolganini eslatadi.</w:t>
            </w:r>
          </w:p>
          <w:p>
            <w:pPr>
              <w:spacing w:after="40"/>
            </w:pPr>
            <w:r>
              <w:rPr>
                <w:b/>
                <w:i w:val="0"/>
                <w:sz w:val="18"/>
              </w:rPr>
              <w:t xml:space="preserve">4. Checking and collecting (Tekshirish va yig‘ish) — 3 daqiqa. </w:t>
            </w:r>
            <w:r>
              <w:rPr>
                <w:b w:val="0"/>
                <w:i w:val="0"/>
                <w:sz w:val="18"/>
              </w:rPr>
              <w:t>Javoblarni qayta ko‘rib chiqish uchun 2 daqiqa beradi, so‘ng varaqlarni yig‘ib oladi.</w:t>
            </w:r>
          </w:p>
          <w:p>
            <w:pPr>
              <w:spacing w:after="40"/>
            </w:pPr>
            <w:r>
              <w:rPr>
                <w:b/>
                <w:i w:val="0"/>
                <w:sz w:val="18"/>
              </w:rPr>
              <w:t xml:space="preserve">5. Homework (Uyga vazifa) — 2 daqiqa. </w:t>
            </w:r>
            <w:r>
              <w:rPr>
                <w:b w:val="0"/>
                <w:i w:val="0"/>
                <w:sz w:val="18"/>
              </w:rPr>
              <w:t>Uyga vazifani beradi: 1–4-bo‘limlarni takrorlash (WB p. 16 va p. 29); keyingi dars xatolar ustida ishlash ekanini aytadi.</w:t>
            </w:r>
          </w:p>
          <w:p>
            <w:pPr>
              <w:spacing w:after="40"/>
            </w:pPr>
            <w:r>
              <w:rPr>
                <w:b/>
                <w:i w:val="0"/>
                <w:sz w:val="18"/>
              </w:rPr>
              <w:t xml:space="preserve">Metodlar: </w:t>
            </w:r>
            <w:r>
              <w:rPr>
                <w:b w:val="0"/>
                <w:i/>
                <w:sz w:val="18"/>
              </w:rPr>
              <w:t>yozma nazorat ishi (ChSB), mustaqil ish, o‘z-o‘zini tekshirish</w:t>
            </w:r>
          </w:p>
        </w:tc>
        <w:tc>
          <w:tcPr>
            <w:tcW w:type="dxa" w:w="2835"/>
          </w:tcPr>
          <w:p>
            <w:pPr>
              <w:spacing w:after="40"/>
            </w:pPr>
            <w:r/>
            <w:r>
              <w:rPr>
                <w:b w:val="0"/>
                <w:i w:val="0"/>
                <w:sz w:val="19"/>
              </w:rPr>
              <w:t>O‘quvchilar dars oxirida:</w:t>
            </w:r>
          </w:p>
          <w:p>
            <w:pPr>
              <w:spacing w:after="40"/>
            </w:pPr>
            <w:r>
              <w:rPr>
                <w:b w:val="0"/>
                <w:i w:val="0"/>
                <w:sz w:val="19"/>
              </w:rPr>
              <w:t>• oila, kun tartibi, vaqt va xaridga oid so‘zlarni gapda to‘g‘ri qo‘llay oladi;</w:t>
            </w:r>
          </w:p>
          <w:p>
            <w:pPr>
              <w:spacing w:after="40"/>
            </w:pPr>
            <w:r>
              <w:rPr>
                <w:b w:val="0"/>
                <w:i w:val="0"/>
                <w:sz w:val="19"/>
              </w:rPr>
              <w:t>• be / have got, egalik shakllari va present simpleni to‘g‘ri ishlata oladi;</w:t>
            </w:r>
          </w:p>
          <w:p>
            <w:pPr>
              <w:spacing w:after="40"/>
            </w:pPr>
            <w:r>
              <w:rPr>
                <w:b w:val="0"/>
                <w:i w:val="0"/>
                <w:sz w:val="19"/>
              </w:rPr>
              <w:t>• takroriylik ravishlarini gapda to‘g‘ri joylashtira oladi va present continuous shaklini yoza oladi;</w:t>
            </w:r>
          </w:p>
          <w:p>
            <w:pPr>
              <w:spacing w:after="40"/>
            </w:pPr>
            <w:r>
              <w:rPr>
                <w:b w:val="0"/>
                <w:i w:val="0"/>
                <w:sz w:val="19"/>
              </w:rPr>
              <w:t>• 40 ballik yozma ishni belgilangan vaqtda mustaqil bajara oladi.</w:t>
            </w:r>
          </w:p>
        </w:tc>
        <w:tc>
          <w:tcPr>
            <w:tcW w:type="dxa" w:w="3175"/>
          </w:tcPr>
          <w:p>
            <w:pPr>
              <w:spacing w:after="40"/>
            </w:pPr>
            <w:r/>
            <w:r>
              <w:rPr>
                <w:b w:val="0"/>
                <w:i w:val="0"/>
                <w:sz w:val="18"/>
              </w:rPr>
              <w:t>O‘qituvchi tuzgan 40 ballik nazorat ishi — Laser A1+ Units 1–4 (SB pp. 6–41), I chorakning 1–30-darslarida o‘tilgan lug‘at va grammatika; tuzilishi BSB 1 (14-dars) formatida.</w:t>
            </w:r>
          </w:p>
          <w:p>
            <w:pPr>
              <w:spacing w:after="40"/>
            </w:pPr>
            <w:r>
              <w:rPr>
                <w:b/>
                <w:i w:val="0"/>
                <w:sz w:val="18"/>
              </w:rPr>
              <w:t xml:space="preserve">Jihozlar: </w:t>
            </w:r>
            <w:r>
              <w:rPr>
                <w:b w:val="0"/>
                <w:i w:val="0"/>
                <w:sz w:val="18"/>
              </w:rPr>
              <w:t>Nazorat ishi varaqlari «Term 1 | ChSB-1 | 7th grade» (Term1_ChSB1_Grade7_Test.pdf), o‘qituvchi uchun javoblar kaliti (Term1_ChSB1_Grade7_Answer_Key.pdf), soat yoki taymer.</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Units 1–4: Workbook p. 16 and p. 29.</w:t>
            </w:r>
          </w:p>
        </w:tc>
      </w:tr>
    </w:tbl>
    <w:p>
      <w:r>
        <w:br w:type="page"/>
      </w:r>
    </w:p>
    <w:p>
      <w:pPr>
        <w:spacing w:before="80" w:after="60"/>
      </w:pPr>
      <w:r>
        <w:rPr>
          <w:b/>
          <w:color w:val="0B6E5F"/>
          <w:sz w:val="24"/>
        </w:rPr>
        <w:t>Daily Lesson Plan · 36-dars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7-A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Consolidation: Working on Mistakes</w:t>
            </w:r>
            <w:r>
              <w:rPr>
                <w:b w:val="0"/>
                <w:i w:val="0"/>
                <w:sz w:val="19"/>
              </w:rPr>
              <w:t xml:space="preserve"> (Mustahkamlash: xatolar ustida ishlash)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Mustahkamlash darsi (xatolar ustida ishlash)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ChSB 1 da yo‘l qo‘yilgan tipik xatolarni (yoshni be bilan aytish, he / she / it + -s, holat fe’llari, so‘roq tartibi, egalik, too / very) topib tuzatadi va har bir tuzatishning qoidasini izohlaydi.</w:t>
            </w:r>
          </w:p>
          <w:p>
            <w:pPr>
              <w:spacing w:after="40"/>
            </w:pPr>
            <w:r>
              <w:rPr>
                <w:b/>
                <w:i w:val="0"/>
                <w:sz w:val="19"/>
              </w:rPr>
              <w:t xml:space="preserve">b) Tarbiyaviy: </w:t>
            </w:r>
            <w:r>
              <w:rPr>
                <w:b w:val="0"/>
                <w:i w:val="0"/>
                <w:sz w:val="19"/>
              </w:rPr>
              <w:t>Xatoga xotirjam munosabatda bo‘lish, undan saboq chiqarish, sherigining xatosini hurmat bilan tuzatish va jamoada adolatli bahslashishga o‘rgatish.</w:t>
            </w:r>
          </w:p>
          <w:p>
            <w:pPr>
              <w:spacing w:after="40"/>
            </w:pPr>
            <w:r>
              <w:rPr>
                <w:b/>
                <w:i w:val="0"/>
                <w:sz w:val="19"/>
              </w:rPr>
              <w:t xml:space="preserve">c) Rivojlantiruvchi: </w:t>
            </w:r>
            <w:r>
              <w:rPr>
                <w:b w:val="0"/>
                <w:i w:val="0"/>
                <w:sz w:val="19"/>
              </w:rPr>
              <w:t>Tanqidiy fikrlash, gapdagi xatoni sezish va uni qoidaga tayanib asoslash, o‘z ishini tahlil qilish ko‘nikmasini rivojlantirish.</w:t>
            </w:r>
          </w:p>
        </w:tc>
        <w:tc>
          <w:tcPr>
            <w:tcW w:type="dxa" w:w="5443"/>
          </w:tcPr>
          <w:p>
            <w:pPr>
              <w:spacing w:after="40"/>
            </w:pPr>
            <w:r/>
            <w:r>
              <w:rPr>
                <w:b/>
                <w:i w:val="0"/>
                <w:sz w:val="18"/>
              </w:rPr>
              <w:t xml:space="preserve">1. Lead-in — test results (Kirish — test natijalari) — 3 daqiqa. </w:t>
            </w:r>
            <w:r>
              <w:rPr>
                <w:b w:val="0"/>
                <w:i w:val="0"/>
                <w:sz w:val="18"/>
              </w:rPr>
              <w:t>Give back the marked ChSB 1 tests. Say the class average and the three sections with the most mistakes (no names).</w:t>
            </w:r>
          </w:p>
          <w:p>
            <w:pPr>
              <w:spacing w:after="40"/>
            </w:pPr>
            <w:r>
              <w:rPr>
                <w:b/>
                <w:i w:val="0"/>
                <w:sz w:val="18"/>
              </w:rPr>
              <w:t xml:space="preserve">2. Quick review A–D + focus (Tezkor takror A–D + fokus) — 6 daqiqa. </w:t>
            </w:r>
            <w:r>
              <w:rPr>
                <w:b w:val="0"/>
                <w:i w:val="0"/>
                <w:sz w:val="18"/>
              </w:rPr>
              <w:t>Go through the cards fast (one unit per section); then the focus slide — top five mistakes and the rules.</w:t>
            </w:r>
          </w:p>
          <w:p>
            <w:pPr>
              <w:spacing w:after="40"/>
            </w:pPr>
            <w:r>
              <w:rPr>
                <w:b/>
                <w:i w:val="0"/>
                <w:sz w:val="18"/>
              </w:rPr>
              <w:t xml:space="preserve">3. Error auction (Xatolar auksioni) — 8 daqiqa. </w:t>
            </w:r>
            <w:r>
              <w:rPr>
                <w:b w:val="0"/>
                <w:i w:val="0"/>
                <w:sz w:val="18"/>
              </w:rPr>
              <w:t>Error auction slides (20 sentences): teams bet on the sentences they think are correct; then reveal.</w:t>
            </w:r>
          </w:p>
          <w:p>
            <w:pPr>
              <w:spacing w:after="40"/>
            </w:pPr>
            <w:r>
              <w:rPr>
                <w:b/>
                <w:i w:val="0"/>
                <w:sz w:val="18"/>
              </w:rPr>
              <w:t xml:space="preserve">4. Check and teach (Tekshirish va tushuntirish) — 6 daqiqa. </w:t>
            </w:r>
            <w:r>
              <w:rPr>
                <w:b w:val="0"/>
                <w:i w:val="0"/>
                <w:sz w:val="18"/>
              </w:rPr>
              <w:t>Answer key slide: students correct each wrong sentence and say the rule (1–5).</w:t>
            </w:r>
          </w:p>
          <w:p>
            <w:pPr>
              <w:spacing w:after="40"/>
            </w:pPr>
            <w:r>
              <w:rPr>
                <w:b/>
                <w:i w:val="0"/>
                <w:sz w:val="18"/>
              </w:rPr>
              <w:t xml:space="preserve">5. Error clinic — own test (Xatolar klinikasi — o‘z ishi) — 6 daqiqa. </w:t>
            </w:r>
            <w:r>
              <w:rPr>
                <w:b w:val="0"/>
                <w:i w:val="0"/>
                <w:sz w:val="18"/>
              </w:rPr>
              <w:t>Students choose three of their own wrong test answers, write the correct answer and the rule; help the weaker students.</w:t>
            </w:r>
          </w:p>
          <w:p>
            <w:pPr>
              <w:spacing w:after="40"/>
            </w:pPr>
            <w:r>
              <w:rPr>
                <w:b/>
                <w:i w:val="0"/>
                <w:sz w:val="18"/>
              </w:rPr>
              <w:t xml:space="preserve">6. Practice + Matching halves (Mashq + yarim gaplarni moslash) — 4 daqiqa. </w:t>
            </w:r>
            <w:r>
              <w:rPr>
                <w:b w:val="0"/>
                <w:i w:val="0"/>
                <w:sz w:val="18"/>
              </w:rPr>
              <w:t>Practice slide orally (1 min), then the match-halves worksheet (Group A and B).</w:t>
            </w:r>
          </w:p>
          <w:p>
            <w:pPr>
              <w:spacing w:after="40"/>
            </w:pPr>
            <w:r>
              <w:rPr>
                <w:b/>
                <w:i w:val="0"/>
                <w:sz w:val="18"/>
              </w:rPr>
              <w:t xml:space="preserve">7. Speaking — correct interview (Gapirish — to‘g‘ri intervyu) — 6 daqiqa. </w:t>
            </w:r>
            <w:r>
              <w:rPr>
                <w:b w:val="0"/>
                <w:i w:val="0"/>
                <w:sz w:val="18"/>
              </w:rPr>
              <w:t>Speaking slide: five questions, one from each part; partners stop and correct mistakes.</w:t>
            </w:r>
          </w:p>
          <w:p>
            <w:pPr>
              <w:spacing w:after="40"/>
            </w:pPr>
            <w:r>
              <w:rPr>
                <w:b/>
                <w:i w:val="0"/>
                <w:sz w:val="18"/>
              </w:rPr>
              <w:t xml:space="preserve">8. Reading — Mistake detectives (O‘qish — «Mistake detectives») — 4 daqiqa. </w:t>
            </w:r>
            <w:r>
              <w:rPr>
                <w:b w:val="0"/>
                <w:i w:val="0"/>
                <w:sz w:val="18"/>
              </w:rPr>
              <w:t>Students read (or listen to) the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xatolar auksioni, xatolar klinikasi (o‘z ishi bilan ishlash), jamoaviy o‘yin, juftlikda gapirish, o‘z-o‘zini baholash</w:t>
            </w:r>
          </w:p>
        </w:tc>
        <w:tc>
          <w:tcPr>
            <w:tcW w:type="dxa" w:w="2835"/>
          </w:tcPr>
          <w:p>
            <w:pPr>
              <w:spacing w:after="40"/>
            </w:pPr>
            <w:r/>
            <w:r>
              <w:rPr>
                <w:b w:val="0"/>
                <w:i w:val="0"/>
                <w:sz w:val="19"/>
              </w:rPr>
              <w:t>O‘quvchilar dars oxirida:</w:t>
            </w:r>
          </w:p>
          <w:p>
            <w:pPr>
              <w:spacing w:after="40"/>
            </w:pPr>
            <w:r>
              <w:rPr>
                <w:b w:val="0"/>
                <w:i w:val="0"/>
                <w:sz w:val="19"/>
              </w:rPr>
              <w:t>• 20 gapdan iborat «xatolar auksioni»da noto‘g‘ri gaplarni topib tuzata oladi;</w:t>
            </w:r>
          </w:p>
          <w:p>
            <w:pPr>
              <w:spacing w:after="40"/>
            </w:pPr>
            <w:r>
              <w:rPr>
                <w:b w:val="0"/>
                <w:i w:val="0"/>
                <w:sz w:val="19"/>
              </w:rPr>
              <w:t>• har bir tuzatishni qisqa qoida bilan izohlay oladi;</w:t>
            </w:r>
          </w:p>
          <w:p>
            <w:pPr>
              <w:spacing w:after="40"/>
            </w:pPr>
            <w:r>
              <w:rPr>
                <w:b w:val="0"/>
                <w:i w:val="0"/>
                <w:sz w:val="19"/>
              </w:rPr>
              <w:t>• o‘z nazorat ishidagi uchta xato javobni to‘g‘ri qayta yoza oladi;</w:t>
            </w:r>
          </w:p>
          <w:p>
            <w:pPr>
              <w:spacing w:after="40"/>
            </w:pPr>
            <w:r>
              <w:rPr>
                <w:b w:val="0"/>
                <w:i w:val="0"/>
                <w:sz w:val="19"/>
              </w:rPr>
              <w:t>• 1–4-bo‘limlar grammatikasini qisqa intervyuda to‘g‘ri qo‘llay oladi.</w:t>
            </w:r>
          </w:p>
        </w:tc>
        <w:tc>
          <w:tcPr>
            <w:tcW w:type="dxa" w:w="3175"/>
          </w:tcPr>
          <w:p>
            <w:pPr>
              <w:spacing w:after="40"/>
            </w:pPr>
            <w:r/>
            <w:r>
              <w:rPr>
                <w:b w:val="0"/>
                <w:i w:val="0"/>
                <w:sz w:val="18"/>
              </w:rPr>
              <w:t>Kalendar reja: «Working on mistakes» — ChSB 1 (35-dars) dan keyingi mustahkamlash darsi. I chorakdagi to‘rt bo‘lim (Laser A1+ Units 1–4, pp. 6–41) bo‘yicha tipik xatolar: be / have got, egalik (’s, mine), present simple (-s, does), adverbs of frequency o‘rni, present continuous va holat fe’llari, olmoshlar, so‘roq tartibi, imperative, too / very. Kartalar 2-, 6-, 9-, 10-, 12-, 16-, 17-, 19-, 23-, 24-, 28-darslardan aynan. Uyga: xatolar ustida ishlash + Quick check WB p. 22 va p. 28</w:t>
            </w:r>
          </w:p>
          <w:p>
            <w:pPr>
              <w:spacing w:after="40"/>
            </w:pPr>
            <w:r>
              <w:rPr>
                <w:b/>
                <w:i w:val="0"/>
                <w:sz w:val="18"/>
              </w:rPr>
              <w:t xml:space="preserve">Jihozlar: </w:t>
            </w:r>
            <w:r>
              <w:rPr>
                <w:b w:val="0"/>
                <w:i w:val="0"/>
                <w:sz w:val="18"/>
              </w:rPr>
              <w:t>The marked ChSB 1 tests (students’ own papers); slides with the error auction; vocabulary sheet (32 items) and match-halves worksheet (Groups A and B); the text «Mistake detectives» on the lesson page; Workbook p. 22 and p. 28 (Quick check).</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Working on mistakes: rewrite all your wrong ChSB 1 answers correctly in your notebook.</w:t>
            </w:r>
          </w:p>
          <w:p>
            <w:pPr>
              <w:spacing w:after="40"/>
            </w:pPr>
            <w:r>
              <w:rPr>
                <w:b w:val="0"/>
                <w:i w:val="0"/>
                <w:sz w:val="19"/>
              </w:rPr>
              <w:t>• Quick check — Workbook p. 22 and p. 28.</w:t>
            </w:r>
          </w:p>
          <w:p>
            <w:pPr>
              <w:spacing w:after="40"/>
            </w:pPr>
            <w:r>
              <w:rPr>
                <w:b w:val="0"/>
                <w:i w:val="0"/>
                <w:sz w:val="19"/>
              </w:rPr>
              <w:t>• Learn the 32 items with the flashcards: sozlar.com/vocab/cards/?set=grade7-lesson36</w:t>
            </w:r>
          </w:p>
        </w:tc>
      </w:tr>
    </w:tbl>
    <w:p>
      <w:pPr>
        <w:spacing w:after="40"/>
      </w:pPr>
      <w:r>
        <w:rPr>
          <w:b/>
          <w:sz w:val="18"/>
        </w:rPr>
        <w:t xml:space="preserve">Farqlash: </w:t>
      </w:r>
      <w:r>
        <w:rPr>
          <w:i/>
          <w:sz w:val="18"/>
        </w:rPr>
        <w:t>Kuchli o‘quvchilar o‘z testidagi barcha xatolarni tuzatib, har biriga qoidani yozadi va sherigiga 3 ta «tuzoqli» gap tuzib beradi; kuchsizlar faqat uchta xatoni fokus slaydidagi qoidalar yordamida tuzatadi.</w:t>
      </w:r>
    </w:p>
    <w:sectPr w:rsidR="00FC693F" w:rsidRPr="0006063C" w:rsidSect="00034616">
      <w:pgSz w:w="16838" w:h="11906" w:orient="landscape"/>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