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Pr>
      <w:tblGrid>
        <w:gridCol w:w="9071"/>
        <w:gridCol w:w="5386"/>
      </w:tblGrid>
      <w:tr>
        <w:tc>
          <w:tcPr>
            <w:tcW w:type="dxa" w:w="9071"/>
          </w:tcPr>
          <w:p/>
        </w:tc>
        <w:tc>
          <w:tcPr>
            <w:tcW w:type="dxa" w:w="5386"/>
          </w:tcPr>
          <w:p>
            <w:pPr>
              <w:spacing w:after="40"/>
            </w:pPr>
            <w:r/>
            <w:r>
              <w:rPr>
                <w:b/>
                <w:i w:val="0"/>
                <w:sz w:val="22"/>
              </w:rPr>
              <w:t>“Tasdiqlayman”</w:t>
            </w:r>
          </w:p>
          <w:p>
            <w:pPr>
              <w:spacing w:after="40"/>
            </w:pPr>
            <w:r>
              <w:rPr>
                <w:b w:val="0"/>
                <w:i w:val="0"/>
                <w:sz w:val="22"/>
              </w:rPr>
              <w:t>O‘quv ishlari bo‘yicha direktor o‘rinbosari</w:t>
            </w:r>
          </w:p>
          <w:p>
            <w:pPr>
              <w:spacing w:after="40"/>
            </w:pPr>
            <w:r>
              <w:rPr>
                <w:b w:val="0"/>
                <w:i w:val="0"/>
                <w:sz w:val="22"/>
              </w:rPr>
              <w:t>_____________ Z. N. Tuychiyev</w:t>
            </w:r>
          </w:p>
          <w:p>
            <w:pPr>
              <w:spacing w:after="40"/>
            </w:pPr>
            <w:r>
              <w:rPr>
                <w:b w:val="0"/>
                <w:i w:val="0"/>
                <w:sz w:val="22"/>
              </w:rPr>
              <w:t>«____» ______________ 2026-y.</w:t>
            </w:r>
          </w:p>
        </w:tc>
      </w:tr>
    </w:tbl>
    <w:p>
      <w:pPr>
        <w:spacing w:before="2200"/>
        <w:jc w:val="center"/>
      </w:pPr>
      <w:r>
        <w:rPr>
          <w:b/>
          <w:sz w:val="28"/>
        </w:rPr>
        <w:t>Halima Xudoyberdiyeva nomidagi Ijod maktabi</w:t>
      </w:r>
    </w:p>
    <w:p>
      <w:pPr>
        <w:jc w:val="center"/>
      </w:pPr>
      <w:r>
        <w:rPr>
          <w:b/>
          <w:sz w:val="26"/>
        </w:rPr>
        <w:t>Ingliz tili fanidan dars rejasi (Daily Lesson Plan)</w:t>
      </w:r>
    </w:p>
    <w:p>
      <w:pPr>
        <w:jc w:val="center"/>
      </w:pPr>
      <w:r>
        <w:rPr>
          <w:b w:val="0"/>
          <w:sz w:val="24"/>
        </w:rPr>
        <w:t>10-B sinf · 2026-2027 o‘quv yili · I chorak</w:t>
      </w:r>
    </w:p>
    <w:p>
      <w:pPr>
        <w:jc w:val="center"/>
      </w:pPr>
      <w:r>
        <w:rPr>
          <w:b w:val="0"/>
          <w:sz w:val="22"/>
        </w:rPr>
        <w:t>O‘qituvchi: Xasanov Davirbek Abdumalik o‘g‘li · Daraja: B1+ · 36 ta dars</w:t>
      </w:r>
    </w:p>
    <w:p>
      <w:r>
        <w:br w:type="page"/>
      </w:r>
    </w:p>
    <w:p>
      <w:pPr>
        <w:spacing w:before="80" w:after="60"/>
      </w:pPr>
      <w:r>
        <w:rPr>
          <w:b/>
          <w:color w:val="0B6E5F"/>
          <w:sz w:val="24"/>
        </w:rPr>
        <w:t>Daily Lesson Plan · 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Family Ties: Whose Family Is Like Yours?</w:t>
            </w:r>
            <w:r>
              <w:rPr>
                <w:b w:val="0"/>
                <w:i w:val="0"/>
                <w:sz w:val="19"/>
              </w:rPr>
              <w:t xml:space="preserve"> (Oila rishtalari: kimning oilasi senikiga o‘xshaydi?)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ijtimoiy tarmoqdagi post va beshta izohdan aniq ma’lumot topishni, true / false / not stated topshirig‘ini matnga tayanib bajarishni hamda oila turlariga oid so‘zlarni (divorced, remarried, stepfather, half brother, adopted) o‘rganadi.</w:t>
            </w:r>
          </w:p>
          <w:p>
            <w:pPr>
              <w:spacing w:after="40"/>
            </w:pPr>
            <w:r>
              <w:rPr>
                <w:b/>
                <w:i w:val="0"/>
                <w:sz w:val="19"/>
              </w:rPr>
              <w:t xml:space="preserve">b) Tarbiyaviy: </w:t>
            </w:r>
            <w:r>
              <w:rPr>
                <w:b w:val="0"/>
                <w:i w:val="0"/>
                <w:sz w:val="19"/>
              </w:rPr>
              <w:t>Turli oilalarga hurmat bilan qarash, oila a’zolari o‘rtasidagi mehr-oqibat va o‘zaro yordamni qadrlashga o‘rgatish.</w:t>
            </w:r>
          </w:p>
          <w:p>
            <w:pPr>
              <w:spacing w:after="40"/>
            </w:pPr>
            <w:r>
              <w:rPr>
                <w:b/>
                <w:i w:val="0"/>
                <w:sz w:val="19"/>
              </w:rPr>
              <w:t xml:space="preserve">c) Rivojlantiruvchi: </w:t>
            </w:r>
            <w:r>
              <w:rPr>
                <w:b w:val="0"/>
                <w:i w:val="0"/>
                <w:sz w:val="19"/>
              </w:rPr>
              <w:t>Matndan kerakli joyni tez topish (scanning), javobni matndagi satr bilan asoslash va o‘z fikrini (to be honest, as far as I’m concerned) ifodalash ko‘nikmasini rivojlantirish.</w:t>
            </w:r>
          </w:p>
        </w:tc>
        <w:tc>
          <w:tcPr>
            <w:tcW w:type="dxa" w:w="5443"/>
          </w:tcPr>
          <w:p>
            <w:pPr>
              <w:spacing w:after="40"/>
            </w:pPr>
            <w:r/>
            <w:r>
              <w:rPr>
                <w:b/>
                <w:i w:val="0"/>
                <w:sz w:val="18"/>
              </w:rPr>
              <w:t xml:space="preserve">1. Lead-in (Kirish) — 3 daqiqa. </w:t>
            </w:r>
            <w:r>
              <w:rPr>
                <w:b w:val="0"/>
                <w:i w:val="0"/>
                <w:sz w:val="18"/>
              </w:rPr>
              <w:t>Kitob p.6 «Start thinking!» ikki savoliga javob oling: How many of you live together? How many cousins, uncles and aunts have you got?</w:t>
            </w:r>
          </w:p>
          <w:p>
            <w:pPr>
              <w:spacing w:after="40"/>
            </w:pPr>
            <w:r>
              <w:rPr>
                <w:b/>
                <w:i w:val="0"/>
                <w:sz w:val="18"/>
              </w:rPr>
              <w:t xml:space="preserve">2. Presentation (4 blocks) (Yangi so‘zlar taqdimoti (4 blok)) — 7 daqiqa. </w:t>
            </w:r>
            <w:r>
              <w:rPr>
                <w:b w:val="0"/>
                <w:i w:val="0"/>
                <w:sz w:val="18"/>
              </w:rPr>
              <w:t>Present A family members and family situations (12) and B living together (7) in class; C getting on and not getting on (10) and D discussing families (2) — read from the vocabulary sheet.</w:t>
            </w:r>
          </w:p>
          <w:p>
            <w:pPr>
              <w:spacing w:after="40"/>
            </w:pPr>
            <w:r>
              <w:rPr>
                <w:b/>
                <w:i w:val="0"/>
                <w:sz w:val="18"/>
              </w:rPr>
              <w:t xml:space="preserve">3. Focus — true / false / not stated (Diqqat — true / false / not stated) — 3 daqiqa. </w:t>
            </w:r>
            <w:r>
              <w:rPr>
                <w:b w:val="0"/>
                <w:i w:val="0"/>
                <w:sz w:val="18"/>
              </w:rPr>
              <w:t>Show the focus slide; give one example of each answer from the text.</w:t>
            </w:r>
          </w:p>
          <w:p>
            <w:pPr>
              <w:spacing w:after="40"/>
            </w:pPr>
            <w:r>
              <w:rPr>
                <w:b/>
                <w:i w:val="0"/>
                <w:sz w:val="18"/>
              </w:rPr>
              <w:t xml:space="preserve">4. Reading — ex.1–4 (recycle 1) (O‘qish — kitob ex.1–4) — 13 daqiqa. </w:t>
            </w:r>
            <w:r>
              <w:rPr>
                <w:b w:val="0"/>
                <w:i w:val="0"/>
                <w:sz w:val="18"/>
              </w:rPr>
              <w:t>Draw Pete's family tree on the board (2 min), then ex.1–ex.2 (4 min), ex.3 (2 min), ex.4 Word box (2 min). For every answer ask: which line?</w:t>
            </w:r>
          </w:p>
          <w:p>
            <w:pPr>
              <w:spacing w:after="40"/>
            </w:pPr>
            <w:r>
              <w:rPr>
                <w:b/>
                <w:i w:val="0"/>
                <w:sz w:val="18"/>
              </w:rPr>
              <w:t xml:space="preserve">5. Two comments (recycle 2) (Ikki izoh (takrorlash)) — 5 daqiqa. </w:t>
            </w:r>
            <w:r>
              <w:rPr>
                <w:b w:val="0"/>
                <w:i w:val="0"/>
                <w:sz w:val="18"/>
              </w:rPr>
              <w:t>Students read the two comments on the lesson page and answer the six questions.</w:t>
            </w:r>
          </w:p>
          <w:p>
            <w:pPr>
              <w:spacing w:after="40"/>
            </w:pPr>
            <w:r>
              <w:rPr>
                <w:b/>
                <w:i w:val="0"/>
                <w:sz w:val="18"/>
              </w:rPr>
              <w:t xml:space="preserve">6. Have your say! (speaking) (Have your say! (gapirish)) — 6 daqiqa. </w:t>
            </w:r>
            <w:r>
              <w:rPr>
                <w:b w:val="0"/>
                <w:i w:val="0"/>
                <w:sz w:val="18"/>
              </w:rPr>
              <w:t>Groups of three discuss the two questions; each group reports one advantage and one disadvantage.</w:t>
            </w:r>
          </w:p>
          <w:p>
            <w:pPr>
              <w:spacing w:after="40"/>
            </w:pPr>
            <w:r>
              <w:rPr>
                <w:b/>
                <w:i w:val="0"/>
                <w:sz w:val="18"/>
              </w:rPr>
              <w:t xml:space="preserve">7. Matching activity (Moslashtirish mashqi) — 5 daqiqa. </w:t>
            </w:r>
            <w:r>
              <w:rPr>
                <w:b w:val="0"/>
                <w:i w:val="0"/>
                <w:sz w:val="18"/>
              </w:rPr>
              <w:t>Matching worksheet; Group A and Group B, then swap.</w:t>
            </w:r>
          </w:p>
          <w:p>
            <w:pPr>
              <w:spacing w:after="40"/>
            </w:pPr>
            <w:r>
              <w:rPr>
                <w:b/>
                <w:i w:val="0"/>
                <w:sz w:val="18"/>
              </w:rPr>
              <w:t xml:space="preserve">8. Feedback and homework (Xatolar tahlili va uyga vazifa) — 3 daqiqa. </w:t>
            </w:r>
            <w:r>
              <w:rPr>
                <w:b w:val="0"/>
                <w:i w:val="0"/>
                <w:sz w:val="18"/>
              </w:rPr>
              <w:t>Correct 'I get annoyed from my sister' (→ with) and 'I have annoyed' (→ I get annoyed); set the homework.</w:t>
            </w:r>
          </w:p>
          <w:p>
            <w:pPr>
              <w:spacing w:after="40"/>
            </w:pPr>
            <w:r>
              <w:rPr>
                <w:b/>
                <w:i w:val="0"/>
                <w:sz w:val="18"/>
              </w:rPr>
              <w:t xml:space="preserve">Metodlar: </w:t>
            </w:r>
            <w:r>
              <w:rPr>
                <w:b w:val="0"/>
                <w:i/>
                <w:sz w:val="18"/>
              </w:rPr>
              <w:t>«Start thinking!» — savol-javob, shajara chizish (vizual tayanch), «Qaysi satrda?» — javobni matndan asoslash, uch kishilik guruhda muhokama, moslashtirish varaqasi (A va B guruh)</w:t>
            </w:r>
          </w:p>
        </w:tc>
        <w:tc>
          <w:tcPr>
            <w:tcW w:type="dxa" w:w="2835"/>
          </w:tcPr>
          <w:p>
            <w:pPr>
              <w:spacing w:after="40"/>
            </w:pPr>
            <w:r/>
            <w:r>
              <w:rPr>
                <w:b w:val="0"/>
                <w:i w:val="0"/>
                <w:sz w:val="19"/>
              </w:rPr>
              <w:t>O‘quvchilar dars oxirida:</w:t>
            </w:r>
          </w:p>
          <w:p>
            <w:pPr>
              <w:spacing w:after="40"/>
            </w:pPr>
            <w:r>
              <w:rPr>
                <w:b w:val="0"/>
                <w:i w:val="0"/>
                <w:sz w:val="19"/>
              </w:rPr>
              <w:t>• beshta qisqa izohni o‘qib, ularni savollarga moslay oladi (ex. 1);</w:t>
            </w:r>
          </w:p>
          <w:p>
            <w:pPr>
              <w:spacing w:after="40"/>
            </w:pPr>
            <w:r>
              <w:rPr>
                <w:b w:val="0"/>
                <w:i w:val="0"/>
                <w:sz w:val="19"/>
              </w:rPr>
              <w:t>• true / false / not stated gaplarini matndagi satr bilan asoslab javob bera oladi (ex. 2);</w:t>
            </w:r>
          </w:p>
          <w:p>
            <w:pPr>
              <w:spacing w:after="40"/>
            </w:pPr>
            <w:r>
              <w:rPr>
                <w:b w:val="0"/>
                <w:i w:val="0"/>
                <w:sz w:val="19"/>
              </w:rPr>
              <w:t>• oila turlariga oid o‘n ikkita so‘zni (divorced, remarried, stepfather, half brother, adopted…) ishlata oladi (ex. 3–4);</w:t>
            </w:r>
          </w:p>
          <w:p>
            <w:pPr>
              <w:spacing w:after="40"/>
            </w:pPr>
            <w:r>
              <w:rPr>
                <w:b w:val="0"/>
                <w:i w:val="0"/>
                <w:sz w:val="19"/>
              </w:rPr>
              <w:t>• o‘z oilasi haqida to be honest, as far as I’m concerned, at least iboralari bilan fikr bildira oladi.</w:t>
            </w:r>
          </w:p>
        </w:tc>
        <w:tc>
          <w:tcPr>
            <w:tcW w:type="dxa" w:w="3175"/>
          </w:tcPr>
          <w:p>
            <w:pPr>
              <w:spacing w:after="40"/>
            </w:pPr>
            <w:r/>
            <w:r>
              <w:rPr>
                <w:b w:val="0"/>
                <w:i w:val="0"/>
                <w:sz w:val="18"/>
              </w:rPr>
              <w:t>Laser B1+ SB pp. 6–7 (Reading: ijtimoiy tarmoqdagi post va besh izoh — Gokhan, Masha, Pete, Alicia, Alex; ex.1 kimning oilasi senikiga o‘xshaydi, ex.2 true / false / not stated (6 ta gap), ex.3 izohlardan so‘z yoki ibora bilan javob (6 ta savol), ex.4 Word box (8 ta gap, birinchi harfi berilgan), Have your say!) — asosiy manba</w:t>
            </w:r>
          </w:p>
          <w:p>
            <w:pPr>
              <w:spacing w:after="40"/>
            </w:pPr>
            <w:r>
              <w:rPr>
                <w:b/>
                <w:i w:val="0"/>
                <w:sz w:val="18"/>
              </w:rPr>
              <w:t xml:space="preserve">Jihozlar: </w:t>
            </w:r>
            <w:r>
              <w:rPr>
                <w:b w:val="0"/>
                <w:i w:val="0"/>
                <w:sz w:val="18"/>
              </w:rPr>
              <w:t>Vocabulary sheet (31 items), matching worksheet (Groups A and B), slides, flashcards with audio (sozlar.com/vocab); Laser B1+ pp. 6–7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31 items (sections A–D) with the flashcards: sozlar.com/vocab/cards/?set=grade10-lesson1</w:t>
            </w:r>
          </w:p>
          <w:p>
            <w:pPr>
              <w:spacing w:after="40"/>
            </w:pPr>
            <w:r>
              <w:rPr>
                <w:b w:val="0"/>
                <w:i w:val="0"/>
                <w:sz w:val="19"/>
              </w:rPr>
              <w:t>• Laser B1+ Workbook p. 4, ex. 1–2 (ish daftari bo‘lsa).</w:t>
            </w:r>
          </w:p>
          <w:p>
            <w:pPr>
              <w:spacing w:after="40"/>
            </w:pPr>
            <w:r>
              <w:rPr>
                <w:b w:val="0"/>
                <w:i w:val="0"/>
                <w:sz w:val="19"/>
              </w:rPr>
              <w:t>• Write a comment to Jenny's post about your own family (five sentences).</w:t>
            </w:r>
          </w:p>
        </w:tc>
      </w:tr>
    </w:tbl>
    <w:p>
      <w:pPr>
        <w:spacing w:after="40"/>
      </w:pPr>
      <w:r>
        <w:rPr>
          <w:b/>
          <w:sz w:val="18"/>
        </w:rPr>
        <w:t xml:space="preserve">Farqlash: </w:t>
      </w:r>
      <w:r>
        <w:rPr>
          <w:i/>
          <w:sz w:val="18"/>
        </w:rPr>
        <w:t>Fast finishers write their own comment to Jenny's post (four sentences); weaker students answer ex.3 with the comment names given.</w:t>
      </w:r>
    </w:p>
    <w:p>
      <w:r>
        <w:br w:type="page"/>
      </w:r>
    </w:p>
    <w:p>
      <w:pPr>
        <w:spacing w:before="80" w:after="60"/>
      </w:pPr>
      <w:r>
        <w:rPr>
          <w:b/>
          <w:color w:val="0B6E5F"/>
          <w:sz w:val="24"/>
        </w:rPr>
        <w:t>Daily Lesson Plan · 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Family Ties and Stages of Life</w:t>
            </w:r>
            <w:r>
              <w:rPr>
                <w:b w:val="0"/>
                <w:i w:val="0"/>
                <w:sz w:val="19"/>
              </w:rPr>
              <w:t xml:space="preserve"> (Oila rishtalari va hayot bosqichlari)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1-darsdagi Word box so‘zlarini takrorlaydi, hayot bosqichlari va hayotiy voqealarga oid so‘zlarni, bir o‘zakdan oila so‘zlarini yasashni (marry → marriage → remarry, adopt → adoption) hamda take after, look up to, grow up, get on with frazal fe’llarini o‘rganadi.</w:t>
            </w:r>
          </w:p>
          <w:p>
            <w:pPr>
              <w:spacing w:after="40"/>
            </w:pPr>
            <w:r>
              <w:rPr>
                <w:b/>
                <w:i w:val="0"/>
                <w:sz w:val="17"/>
              </w:rPr>
              <w:t xml:space="preserve">b) Tarbiyaviy: </w:t>
            </w:r>
            <w:r>
              <w:rPr>
                <w:b w:val="0"/>
                <w:i w:val="0"/>
                <w:sz w:val="17"/>
              </w:rPr>
              <w:t>Katta avlodga hurmat, qarindoshlarning hayot yo‘lini qadrlash va oilaviy an’analarni e’zozlashga o‘rgatish.</w:t>
            </w:r>
          </w:p>
          <w:p>
            <w:pPr>
              <w:spacing w:after="40"/>
            </w:pPr>
            <w:r>
              <w:rPr>
                <w:b/>
                <w:i w:val="0"/>
                <w:sz w:val="17"/>
              </w:rPr>
              <w:t xml:space="preserve">c) Rivojlantiruvchi: </w:t>
            </w:r>
            <w:r>
              <w:rPr>
                <w:b w:val="0"/>
                <w:i w:val="0"/>
                <w:sz w:val="17"/>
              </w:rPr>
              <w:t>So‘z yasash qonuniyatini topish, voqealarni mantiqiy tartibga solish va suhbatdoshdan intervyu olish ko‘nikmasini rivojlantirish.</w:t>
            </w:r>
          </w:p>
        </w:tc>
        <w:tc>
          <w:tcPr>
            <w:tcW w:type="dxa" w:w="5443"/>
          </w:tcPr>
          <w:p>
            <w:pPr>
              <w:spacing w:after="40"/>
            </w:pPr>
            <w:r/>
            <w:r>
              <w:rPr>
                <w:b/>
                <w:i w:val="0"/>
                <w:sz w:val="17"/>
              </w:rPr>
              <w:t xml:space="preserve">1. Lead-in — stages of life (Kirish — hayot bosqichlari) — 3 daqiqa. </w:t>
            </w:r>
            <w:r>
              <w:rPr>
                <w:b w:val="0"/>
                <w:i w:val="0"/>
                <w:sz w:val="17"/>
              </w:rPr>
              <w:t>Show the stages-of-life timeline: which stage are you in? Your grandparents? Elicit one family member for each stage.</w:t>
            </w:r>
          </w:p>
          <w:p>
            <w:pPr>
              <w:spacing w:after="40"/>
            </w:pPr>
            <w:r>
              <w:rPr>
                <w:b/>
                <w:i w:val="0"/>
                <w:sz w:val="17"/>
              </w:rPr>
              <w:t xml:space="preserve">2. Review quiz — Lesson 1 Word box (Takrorlash viktorinasi — 1-dars Word box) — 3 daqiqa. </w:t>
            </w:r>
            <w:r>
              <w:rPr>
                <w:b w:val="0"/>
                <w:i w:val="0"/>
                <w:sz w:val="17"/>
              </w:rPr>
              <w:t>Quick quiz on the review slide: read each definition, pairs say the word (first letter given); spelling of divorced, remarried, stepsister on the board.</w:t>
            </w:r>
          </w:p>
          <w:p>
            <w:pPr>
              <w:spacing w:after="40"/>
            </w:pPr>
            <w:r>
              <w:rPr>
                <w:b/>
                <w:i w:val="0"/>
                <w:sz w:val="17"/>
              </w:rPr>
              <w:t xml:space="preserve">3. Presentation (4 blocks) (Yangi so‘zlar taqdimoti (6 blok)) — 10 daqiqa. </w:t>
            </w:r>
            <w:r>
              <w:rPr>
                <w:b w:val="0"/>
                <w:i w:val="0"/>
                <w:sz w:val="17"/>
              </w:rPr>
              <w:t>Present B stages of life (7), C life events (12) and D relatives and generations (6) with the slides; A family situations (8) — the Word box words — only as a quick check: students already met them in the review quiz.</w:t>
            </w:r>
          </w:p>
          <w:p>
            <w:pPr>
              <w:spacing w:after="40"/>
            </w:pPr>
            <w:r>
              <w:rPr>
                <w:b/>
                <w:i w:val="0"/>
                <w:sz w:val="17"/>
              </w:rPr>
              <w:t xml:space="preserve">4. Focus — family words and word power (Diqqat — oila so‘zlari va so‘z yasash) — 5 daqiqa. </w:t>
            </w:r>
            <w:r>
              <w:rPr>
                <w:b w:val="0"/>
                <w:i w:val="0"/>
                <w:sz w:val="17"/>
              </w:rPr>
              <w:t>Focus slide (step- / half / extended family; be vs get divorced) for 2 minutes, then the Word power slide in pairs for 3 minutes.</w:t>
            </w:r>
          </w:p>
          <w:p>
            <w:pPr>
              <w:spacing w:after="40"/>
            </w:pPr>
            <w:r>
              <w:rPr>
                <w:b/>
                <w:i w:val="0"/>
                <w:sz w:val="17"/>
              </w:rPr>
              <w:t xml:space="preserve">5. Life story (recycle) (Hayot yo‘li (takrorlash)) — 5 daqiqa. </w:t>
            </w:r>
            <w:r>
              <w:rPr>
                <w:b w:val="0"/>
                <w:i w:val="0"/>
                <w:sz w:val="17"/>
              </w:rPr>
              <w:t>Groups order the life events and tell a relative’s life in six sentences.</w:t>
            </w:r>
          </w:p>
          <w:p>
            <w:pPr>
              <w:spacing w:after="40"/>
            </w:pPr>
            <w:r>
              <w:rPr>
                <w:b/>
                <w:i w:val="0"/>
                <w:sz w:val="17"/>
              </w:rPr>
              <w:t xml:space="preserve">6. Practice — gap fill (Mashq — bo‘sh joyni to‘ldirish) — 5 daqiqa. </w:t>
            </w:r>
            <w:r>
              <w:rPr>
                <w:b w:val="0"/>
                <w:i w:val="0"/>
                <w:sz w:val="17"/>
              </w:rPr>
              <w:t>Exercise 1 on the vocabulary sheet (12 sentences, also on the practice slides): students work alone, then check in pairs; ask which words in the sentence decide the answer.</w:t>
            </w:r>
          </w:p>
          <w:p>
            <w:pPr>
              <w:spacing w:after="40"/>
            </w:pPr>
            <w:r>
              <w:rPr>
                <w:b/>
                <w:i w:val="0"/>
                <w:sz w:val="17"/>
              </w:rPr>
              <w:t xml:space="preserve">7. Interview — a relative’s life story (Intervyu — qarindoshning hayot yo‘li) — 7 daqiqa. </w:t>
            </w:r>
            <w:r>
              <w:rPr>
                <w:b w:val="0"/>
                <w:i w:val="0"/>
                <w:sz w:val="17"/>
              </w:rPr>
              <w:t>Pairs interview each other about a relative’s life story using grow up, be brought up by, leave home, settle down; two or three students report back.</w:t>
            </w:r>
          </w:p>
          <w:p>
            <w:pPr>
              <w:spacing w:after="40"/>
            </w:pPr>
            <w:r>
              <w:rPr>
                <w:b/>
                <w:i w:val="0"/>
                <w:sz w:val="17"/>
              </w:rPr>
              <w:t xml:space="preserve">8. Matching activity (Moslashtirish mashqi) — 5 daqiqa. </w:t>
            </w:r>
            <w:r>
              <w:rPr>
                <w:b w:val="0"/>
                <w:i w:val="0"/>
                <w:sz w:val="17"/>
              </w:rPr>
              <w:t>Matching worksheet; Group A and Group B, then swap.</w:t>
            </w:r>
          </w:p>
          <w:p>
            <w:pPr>
              <w:spacing w:after="40"/>
            </w:pPr>
            <w:r>
              <w:rPr>
                <w:b/>
                <w:i w:val="0"/>
                <w:sz w:val="17"/>
              </w:rPr>
              <w:t xml:space="preserve">9. Feedback and homework (Xatolar tahlili va uyga vazifa) — 2 daqiqa. </w:t>
            </w:r>
            <w:r>
              <w:rPr>
                <w:b w:val="0"/>
                <w:i w:val="0"/>
                <w:sz w:val="17"/>
              </w:rPr>
              <w:t>Correct «married with» (→ married her / got married to her) and «My parents divorced.» used for the present state (→ My parents are divorced; event: They divorced / got divorced in 2020); set the homework (WB p. 5 ex. 1).</w:t>
            </w:r>
          </w:p>
          <w:p>
            <w:pPr>
              <w:spacing w:after="40"/>
            </w:pPr>
            <w:r>
              <w:rPr>
                <w:b/>
                <w:i w:val="0"/>
                <w:sz w:val="17"/>
              </w:rPr>
              <w:t xml:space="preserve">Metodlar: </w:t>
            </w:r>
            <w:r>
              <w:rPr>
                <w:b w:val="0"/>
                <w:i/>
                <w:sz w:val="17"/>
              </w:rPr>
              <w:t>tezkor viktorina (ta’rif → so‘z), vaqt chizig‘i bilan ishlash, «So‘z yasash» — juftlikda ishlash, intervyu, moslashtirish varaqasi (A va B guruh)</w:t>
            </w:r>
          </w:p>
        </w:tc>
        <w:tc>
          <w:tcPr>
            <w:tcW w:type="dxa" w:w="2835"/>
          </w:tcPr>
          <w:p>
            <w:pPr>
              <w:spacing w:after="40"/>
            </w:pPr>
            <w:r/>
            <w:r>
              <w:rPr>
                <w:b w:val="0"/>
                <w:i w:val="0"/>
                <w:sz w:val="17"/>
              </w:rPr>
              <w:t>O‘quvchilar dars oxirida:</w:t>
            </w:r>
          </w:p>
          <w:p>
            <w:pPr>
              <w:spacing w:after="40"/>
            </w:pPr>
            <w:r>
              <w:rPr>
                <w:b w:val="0"/>
                <w:i w:val="0"/>
                <w:sz w:val="17"/>
              </w:rPr>
              <w:t>• 1-dars Word box so‘zlarini (spoilt, divorced, stepsister…) ta’rifidan topa oladi;</w:t>
            </w:r>
          </w:p>
          <w:p>
            <w:pPr>
              <w:spacing w:after="40"/>
            </w:pPr>
            <w:r>
              <w:rPr>
                <w:b w:val="0"/>
                <w:i w:val="0"/>
                <w:sz w:val="17"/>
              </w:rPr>
              <w:t>• hayot bosqichlarini nomlab, hayotiy voqealarni to‘g‘ri tartibga qo‘ya oladi;</w:t>
            </w:r>
          </w:p>
          <w:p>
            <w:pPr>
              <w:spacing w:after="40"/>
            </w:pPr>
            <w:r>
              <w:rPr>
                <w:b w:val="0"/>
                <w:i w:val="0"/>
                <w:sz w:val="17"/>
              </w:rPr>
              <w:t>• bir o‘zakdan oila so‘zlarini yasay oladi (marry → marriage → remarry, adopt → adoption);</w:t>
            </w:r>
          </w:p>
          <w:p>
            <w:pPr>
              <w:spacing w:after="40"/>
            </w:pPr>
            <w:r>
              <w:rPr>
                <w:b w:val="0"/>
                <w:i w:val="0"/>
                <w:sz w:val="17"/>
              </w:rPr>
              <w:t>• sherigidan qarindoshining hayot yo‘li haqida take after, look up to, grow up, get on with bilan intervyu ola oladi.</w:t>
            </w:r>
          </w:p>
        </w:tc>
        <w:tc>
          <w:tcPr>
            <w:tcW w:type="dxa" w:w="3175"/>
          </w:tcPr>
          <w:p>
            <w:pPr>
              <w:spacing w:after="40"/>
            </w:pPr>
            <w:r/>
            <w:r>
              <w:rPr>
                <w:b w:val="0"/>
                <w:i w:val="0"/>
                <w:sz w:val="17"/>
              </w:rPr>
              <w:t>Laser B1+ SB p. 7 — Word box ex.4 so‘zlari (only child, spoilt, divorced, remarried, stepsister, loving, adopted, half brother): kitob topshirig‘i 1-darsda bajarilgan, bu darsda — takrorlash viktorinasi va F bo‘limi kartalari; Workbook p. 5 ex.1 — uy vazifasi</w:t>
            </w:r>
          </w:p>
          <w:p>
            <w:pPr>
              <w:spacing w:after="40"/>
            </w:pPr>
            <w:r>
              <w:rPr>
                <w:b/>
                <w:i w:val="0"/>
                <w:sz w:val="17"/>
              </w:rPr>
              <w:t xml:space="preserve">Jihozlar: </w:t>
            </w:r>
            <w:r>
              <w:rPr>
                <w:b w:val="0"/>
                <w:i w:val="0"/>
                <w:sz w:val="17"/>
              </w:rPr>
              <w:t>Vocabulary sheet (33 items; Exercise 1 — gap fill), matching worksheet (Groups A and B), slides, flashcards with audio (sozlar.com/vocab); Laser B1+ p. 7 (Word box — review); Workbook p. 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5, ex. 1 (spoilt, only child, divorced, adopted…).</w:t>
            </w:r>
          </w:p>
          <w:p>
            <w:pPr>
              <w:spacing w:after="40"/>
            </w:pPr>
            <w:r>
              <w:rPr>
                <w:b w:val="0"/>
                <w:i w:val="0"/>
                <w:sz w:val="19"/>
              </w:rPr>
              <w:t>• Learn the 33 items with the flashcards: sozlar.com/vocab/cards/?set=grade10-lesson2</w:t>
            </w:r>
          </w:p>
          <w:p>
            <w:pPr>
              <w:spacing w:after="40"/>
            </w:pPr>
            <w:r>
              <w:rPr>
                <w:b w:val="0"/>
                <w:i w:val="0"/>
                <w:sz w:val="19"/>
              </w:rPr>
              <w:t>• Write the life story of a relative in 8–10 sentences using ten life events.</w:t>
            </w:r>
          </w:p>
        </w:tc>
      </w:tr>
    </w:tbl>
    <w:p>
      <w:pPr>
        <w:spacing w:after="40"/>
      </w:pPr>
      <w:r>
        <w:rPr>
          <w:b/>
          <w:sz w:val="18"/>
        </w:rPr>
        <w:t xml:space="preserve">Farqlash: </w:t>
      </w:r>
      <w:r>
        <w:rPr>
          <w:i/>
          <w:sz w:val="18"/>
        </w:rPr>
        <w:t>Fast finishers write the life story of a famous person with ten life events; weaker students get the six quiz answers in a box and use sentence starters for the interview (He grew up in… · She was brought up by… · They settled down in…).</w:t>
      </w:r>
    </w:p>
    <w:p>
      <w:r>
        <w:br w:type="page"/>
      </w:r>
    </w:p>
    <w:p>
      <w:pPr>
        <w:spacing w:before="80" w:after="60"/>
      </w:pPr>
      <w:r>
        <w:rPr>
          <w:b/>
          <w:color w:val="0B6E5F"/>
          <w:sz w:val="24"/>
        </w:rPr>
        <w:t>Daily Lesson Plan · 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Present Tenses: How Families Live</w:t>
            </w:r>
            <w:r>
              <w:rPr>
                <w:b w:val="0"/>
                <w:i w:val="0"/>
                <w:sz w:val="19"/>
              </w:rPr>
              <w:t xml:space="preserve"> (Hozirgi zamon: oila hayoti)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simple va present continuous zamonlarining farqini, holat fe’llarining (stative verbs) continuous shaklda ishlatilmasligini hamda yangi payt ifodalarini o‘rganadi.</w:t>
            </w:r>
          </w:p>
          <w:p>
            <w:pPr>
              <w:spacing w:after="40"/>
            </w:pPr>
            <w:r>
              <w:rPr>
                <w:b/>
                <w:i w:val="0"/>
                <w:sz w:val="17"/>
              </w:rPr>
              <w:t xml:space="preserve">b) Tarbiyaviy: </w:t>
            </w:r>
            <w:r>
              <w:rPr>
                <w:b w:val="0"/>
                <w:i w:val="0"/>
                <w:sz w:val="17"/>
              </w:rPr>
              <w:t>Oiladagi kundalik odatlar va mas’uliyatlar haqida gapirish orqali oilaga g‘amxo‘rlik va tartib-intizomga o‘rgatish.</w:t>
            </w:r>
          </w:p>
          <w:p>
            <w:pPr>
              <w:spacing w:after="40"/>
            </w:pPr>
            <w:r>
              <w:rPr>
                <w:b/>
                <w:i w:val="0"/>
                <w:sz w:val="17"/>
              </w:rPr>
              <w:t xml:space="preserve">c) Rivojlantiruvchi: </w:t>
            </w:r>
            <w:r>
              <w:rPr>
                <w:b w:val="0"/>
                <w:i w:val="0"/>
                <w:sz w:val="17"/>
              </w:rPr>
              <w:t>Qoidani misollar asosida tushunib olish, so‘z yasash va so‘z birikmalari bilan ishlash, guruhda grammatik to‘g‘ri nutq tuzish ko‘nikmasini rivojlantirish.</w:t>
            </w:r>
          </w:p>
        </w:tc>
        <w:tc>
          <w:tcPr>
            <w:tcW w:type="dxa" w:w="5443"/>
          </w:tcPr>
          <w:p>
            <w:pPr>
              <w:spacing w:after="40"/>
            </w:pPr>
            <w:r/>
            <w:r>
              <w:rPr>
                <w:b/>
                <w:i w:val="0"/>
                <w:sz w:val="17"/>
              </w:rPr>
              <w:t xml:space="preserve">1. Warm-up (Kirish) — 2 daqiqa. </w:t>
            </w:r>
            <w:r>
              <w:rPr>
                <w:b w:val="0"/>
                <w:i w:val="0"/>
                <w:sz w:val="17"/>
              </w:rPr>
              <w:t>Write the two sentences on the board and elicit the difference (permanent habit vs action in progress).</w:t>
            </w:r>
          </w:p>
          <w:p>
            <w:pPr>
              <w:spacing w:after="40"/>
            </w:pPr>
            <w:r>
              <w:rPr>
                <w:b/>
                <w:i w:val="0"/>
                <w:sz w:val="17"/>
              </w:rPr>
              <w:t xml:space="preserve">2. Grammar clinic (Grammatika: ikki zamon jadvali) — 7 daqiqa. </w:t>
            </w:r>
            <w:r>
              <w:rPr>
                <w:b w:val="0"/>
                <w:i w:val="0"/>
                <w:sz w:val="17"/>
              </w:rPr>
              <w:t>Review the two tenses in a table: form, use, time expressions, and the rule that stative verbs are not normally used in the continuous.</w:t>
            </w:r>
          </w:p>
          <w:p>
            <w:pPr>
              <w:spacing w:after="40"/>
            </w:pPr>
            <w:r>
              <w:rPr>
                <w:b/>
                <w:i w:val="0"/>
                <w:sz w:val="17"/>
              </w:rPr>
              <w:t xml:space="preserve">3. Vocabulary (3 blocks) (Yangi so‘zlar (4 blok)) — 12 daqiqa. </w:t>
            </w:r>
            <w:r>
              <w:rPr>
                <w:b w:val="0"/>
                <w:i w:val="0"/>
                <w:sz w:val="17"/>
              </w:rPr>
              <w:t>Present the three blocks: give A family routines and habits (11) with the present simple and B happening now or for now (10) with the present continuous in full (they carry the grammar), then let students match C arguments and annoying habits (8) with the Uzbek column themselves and check in pairs.</w:t>
            </w:r>
          </w:p>
          <w:p>
            <w:pPr>
              <w:spacing w:after="40"/>
            </w:pPr>
            <w:r>
              <w:rPr>
                <w:b/>
                <w:i w:val="0"/>
                <w:sz w:val="17"/>
              </w:rPr>
              <w:t xml:space="preserve">4. Controlled practice (recycle 1) (Nazorat ostidagi mashq (takrorlash 1)) — 7 daqiqa. </w:t>
            </w:r>
            <w:r>
              <w:rPr>
                <w:b w:val="0"/>
                <w:i w:val="0"/>
                <w:sz w:val="17"/>
              </w:rPr>
              <w:t>Gap fill on the sheet: twelve sentences where students choose the correct tense and word. Monitor and correct in pairs.</w:t>
            </w:r>
          </w:p>
          <w:p>
            <w:pPr>
              <w:spacing w:after="40"/>
            </w:pPr>
            <w:r>
              <w:rPr>
                <w:b/>
                <w:i w:val="0"/>
                <w:sz w:val="17"/>
              </w:rPr>
              <w:t xml:space="preserve">5. Word formation and collocations (recycle 2) (So‘z yasash va birikmalar (takrorlash 2)) — 8 daqiqa. </w:t>
            </w:r>
            <w:r>
              <w:rPr>
                <w:b w:val="0"/>
                <w:i w:val="0"/>
                <w:sz w:val="17"/>
              </w:rPr>
              <w:t>Hand out the Use of English worksheet: ten word-formation items and ten collocations. Remind them to read the whole sentence first.</w:t>
            </w:r>
          </w:p>
          <w:p>
            <w:pPr>
              <w:spacing w:after="40"/>
            </w:pPr>
            <w:r>
              <w:rPr>
                <w:b/>
                <w:i w:val="0"/>
                <w:sz w:val="17"/>
              </w:rPr>
              <w:t xml:space="preserve">6. Speaking (recycle 3) (Gapirish (takrorlash 3)) — 7 daqiqa. </w:t>
            </w:r>
            <w:r>
              <w:rPr>
                <w:b w:val="0"/>
                <w:i w:val="0"/>
                <w:sz w:val="17"/>
              </w:rPr>
              <w:t>Set the discussion questions in groups of three; monitor for tense mistakes and note two for feedback.</w:t>
            </w:r>
          </w:p>
          <w:p>
            <w:pPr>
              <w:spacing w:after="40"/>
            </w:pPr>
            <w:r>
              <w:rPr>
                <w:b/>
                <w:i w:val="0"/>
                <w:sz w:val="17"/>
              </w:rPr>
              <w:t xml:space="preserve">7. Feedback and homework (Xatolar tahlili va uyga vazifa) — 2 daqiqa. </w:t>
            </w:r>
            <w:r>
              <w:rPr>
                <w:b w:val="0"/>
                <w:i w:val="0"/>
                <w:sz w:val="17"/>
              </w:rPr>
              <w:t>Correct two mistakes from monitoring on the board, set homework, show the flashcard link.</w:t>
            </w:r>
          </w:p>
          <w:p>
            <w:pPr>
              <w:spacing w:after="40"/>
            </w:pPr>
            <w:r>
              <w:rPr>
                <w:b/>
                <w:i w:val="0"/>
                <w:sz w:val="17"/>
              </w:rPr>
              <w:t xml:space="preserve">Metodlar: </w:t>
            </w:r>
            <w:r>
              <w:rPr>
                <w:b w:val="0"/>
                <w:i/>
                <w:sz w:val="17"/>
              </w:rPr>
              <w:t>taqqoslash (ikki gap — ikki zamon), jadval bilan ishlash, juftlikda tekshirish, Use of English varaqasi (so‘z yasash, birikmalar), uch kishilik guruhda muhokama</w:t>
            </w:r>
          </w:p>
        </w:tc>
        <w:tc>
          <w:tcPr>
            <w:tcW w:type="dxa" w:w="2835"/>
          </w:tcPr>
          <w:p>
            <w:pPr>
              <w:spacing w:after="40"/>
            </w:pPr>
            <w:r/>
            <w:r>
              <w:rPr>
                <w:b w:val="0"/>
                <w:i w:val="0"/>
                <w:sz w:val="17"/>
              </w:rPr>
              <w:t>O‘quvchilar dars oxirida:</w:t>
            </w:r>
          </w:p>
          <w:p>
            <w:pPr>
              <w:spacing w:after="40"/>
            </w:pPr>
            <w:r>
              <w:rPr>
                <w:b w:val="0"/>
                <w:i w:val="0"/>
                <w:sz w:val="17"/>
              </w:rPr>
              <w:t>• present simple va present continuous qachon ishlatilishini tushuntira oladi;</w:t>
            </w:r>
          </w:p>
          <w:p>
            <w:pPr>
              <w:spacing w:after="40"/>
            </w:pPr>
            <w:r>
              <w:rPr>
                <w:b w:val="0"/>
                <w:i w:val="0"/>
                <w:sz w:val="17"/>
              </w:rPr>
              <w:t>• o‘n beshta holat fe’lini to‘g‘ri (continuous shaklsiz) ishlata oladi;</w:t>
            </w:r>
          </w:p>
          <w:p>
            <w:pPr>
              <w:spacing w:after="40"/>
            </w:pPr>
            <w:r>
              <w:rPr>
                <w:b w:val="0"/>
                <w:i w:val="0"/>
                <w:sz w:val="17"/>
              </w:rPr>
              <w:t>• o‘n ikkita gapda to‘g‘ri zamon va so‘zni tanlay oladi;</w:t>
            </w:r>
          </w:p>
          <w:p>
            <w:pPr>
              <w:spacing w:after="40"/>
            </w:pPr>
            <w:r>
              <w:rPr>
                <w:b w:val="0"/>
                <w:i w:val="0"/>
                <w:sz w:val="17"/>
              </w:rPr>
              <w:t>• o‘z oilasining odatlarini yangi payt ifodalari bilan sakkiz gapda tasvirlay oladi.</w:t>
            </w:r>
          </w:p>
        </w:tc>
        <w:tc>
          <w:tcPr>
            <w:tcW w:type="dxa" w:w="3175"/>
          </w:tcPr>
          <w:p>
            <w:pPr>
              <w:spacing w:after="40"/>
            </w:pPr>
            <w:r/>
            <w:r>
              <w:rPr>
                <w:b w:val="0"/>
                <w:i w:val="0"/>
                <w:sz w:val="17"/>
              </w:rPr>
              <w:t>Laser B1+ Unit 1 (Family ties), p. 10 Grammar clinic — asosiy; Solutions Upper-Intermediate Unit 1 wordlist (Generations) — qo‘shimcha so‘zlar</w:t>
            </w:r>
          </w:p>
          <w:p>
            <w:pPr>
              <w:spacing w:after="40"/>
            </w:pPr>
            <w:r>
              <w:rPr>
                <w:b/>
                <w:i w:val="0"/>
                <w:sz w:val="17"/>
              </w:rPr>
              <w:t xml:space="preserve">Jihozlar: </w:t>
            </w:r>
            <w:r>
              <w:rPr>
                <w:b w:val="0"/>
                <w:i w:val="0"/>
                <w:sz w:val="17"/>
              </w:rPr>
              <w:t>Vocabulary sheet (29 words), word formation and collocation worksheet (answer key on a separate page), slides, teacher's guide, flashcards: sozlar.com/vocab/cards/?set=grade10-lesson3</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29 words (sections A–C).</w:t>
            </w:r>
          </w:p>
          <w:p>
            <w:pPr>
              <w:spacing w:after="40"/>
            </w:pPr>
            <w:r>
              <w:rPr>
                <w:b w:val="0"/>
                <w:i w:val="0"/>
                <w:sz w:val="19"/>
              </w:rPr>
              <w:t>• sozlar.com/vocab/cards/?set=grade10-lesson3 — listen to each word and test yourself.</w:t>
            </w:r>
          </w:p>
          <w:p>
            <w:pPr>
              <w:spacing w:after="40"/>
            </w:pPr>
            <w:r>
              <w:rPr>
                <w:b w:val="0"/>
                <w:i w:val="0"/>
                <w:sz w:val="19"/>
              </w:rPr>
              <w:t>• Write a 100-120 word paragraph: 'How my family lives these days', using both present tenses and six new words.</w:t>
            </w:r>
          </w:p>
          <w:p>
            <w:pPr>
              <w:spacing w:after="40"/>
            </w:pPr>
            <w:r>
              <w:rPr>
                <w:b w:val="0"/>
                <w:i w:val="0"/>
                <w:sz w:val="19"/>
              </w:rPr>
              <w:t>• Workbook: present tense review exercises.</w:t>
            </w:r>
          </w:p>
        </w:tc>
      </w:tr>
    </w:tbl>
    <w:p>
      <w:pPr>
        <w:spacing w:after="40"/>
      </w:pPr>
      <w:r>
        <w:rPr>
          <w:b/>
          <w:sz w:val="18"/>
        </w:rPr>
        <w:t xml:space="preserve">Farqlash: </w:t>
      </w:r>
      <w:r>
        <w:rPr>
          <w:i/>
          <w:sz w:val="18"/>
        </w:rPr>
        <w:t>Fast finishers rewrite five of their own sentences in the other tense and explain how the meaning changes. Weaker students get the stative verb list translated and do only the first five word-formation items.</w:t>
      </w:r>
    </w:p>
    <w:p>
      <w:r>
        <w:br w:type="page"/>
      </w:r>
    </w:p>
    <w:p>
      <w:pPr>
        <w:spacing w:before="80" w:after="60"/>
      </w:pPr>
      <w:r>
        <w:rPr>
          <w:b/>
          <w:color w:val="0B6E5F"/>
          <w:sz w:val="24"/>
        </w:rPr>
        <w:t>Daily Lesson Plan · 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Adjectives to Describe People</w:t>
            </w:r>
            <w:r>
              <w:rPr>
                <w:b w:val="0"/>
                <w:i w:val="0"/>
                <w:sz w:val="19"/>
              </w:rPr>
              <w:t xml:space="preserve"> (Odamni tasvirlaydigan sifatlar)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odam xarakterini tasvirlaydigan o‘ttizta sifatni, un-, im-, in-, ir-, il-, dis- inkor prefikslarini hamda up bilan keladigan frazal fe’llar va «harorat» metaforalarini o‘rganadi.</w:t>
            </w:r>
          </w:p>
          <w:p>
            <w:pPr>
              <w:spacing w:after="40"/>
            </w:pPr>
            <w:r>
              <w:rPr>
                <w:b/>
                <w:i w:val="0"/>
                <w:sz w:val="17"/>
              </w:rPr>
              <w:t xml:space="preserve">b) Tarbiyaviy: </w:t>
            </w:r>
            <w:r>
              <w:rPr>
                <w:b w:val="0"/>
                <w:i w:val="0"/>
                <w:sz w:val="17"/>
              </w:rPr>
              <w:t>Odamlarning ijobiy fazilatlarini ko‘ra bilish, boshqalarni xushmuomalalik bilan tasvirlash va o‘ziga tanqidiy baho berishga o‘rgatish.</w:t>
            </w:r>
          </w:p>
          <w:p>
            <w:pPr>
              <w:spacing w:after="40"/>
            </w:pPr>
            <w:r>
              <w:rPr>
                <w:b/>
                <w:i w:val="0"/>
                <w:sz w:val="17"/>
              </w:rPr>
              <w:t xml:space="preserve">c) Rivojlantiruvchi: </w:t>
            </w:r>
            <w:r>
              <w:rPr>
                <w:b w:val="0"/>
                <w:i w:val="0"/>
                <w:sz w:val="17"/>
              </w:rPr>
              <w:t>Qoidani mustaqil kashf etish (prefiks qaysi harfga bog‘liq), so‘zni kontekstga qarab tanlash va fikrni misol bilan asoslash ko‘nikmasini rivojlantirish.</w:t>
            </w:r>
          </w:p>
        </w:tc>
        <w:tc>
          <w:tcPr>
            <w:tcW w:type="dxa" w:w="5443"/>
          </w:tcPr>
          <w:p>
            <w:pPr>
              <w:spacing w:after="40"/>
            </w:pPr>
            <w:r/>
            <w:r>
              <w:rPr>
                <w:b/>
                <w:i w:val="0"/>
                <w:sz w:val="17"/>
              </w:rPr>
              <w:t xml:space="preserve">1. Lead-in (Kirish) — 3 daqiqa. </w:t>
            </w:r>
            <w:r>
              <w:rPr>
                <w:b w:val="0"/>
                <w:i w:val="0"/>
                <w:sz w:val="17"/>
              </w:rPr>
              <w:t>Write three adjectives about yourself on the board — one of them false. Students guess which one is not true.</w:t>
            </w:r>
          </w:p>
          <w:p>
            <w:pPr>
              <w:spacing w:after="40"/>
            </w:pPr>
            <w:r>
              <w:rPr>
                <w:b/>
                <w:i w:val="0"/>
                <w:sz w:val="17"/>
              </w:rPr>
              <w:t xml:space="preserve">2. Vocabulary (5 blocks) (Yangi so‘zlar (4 blok)) — 10 daqiqa. </w:t>
            </w:r>
            <w:r>
              <w:rPr>
                <w:b w:val="0"/>
                <w:i w:val="0"/>
                <w:sz w:val="17"/>
              </w:rPr>
              <w:t>Present A positive (10) and B difficult (7) in full with examples. For C, D and E give two examples each and let students match the rest with the Uzbek column in pairs.</w:t>
            </w:r>
          </w:p>
          <w:p>
            <w:pPr>
              <w:spacing w:after="40"/>
            </w:pPr>
            <w:r>
              <w:rPr>
                <w:b/>
                <w:i w:val="0"/>
                <w:sz w:val="17"/>
              </w:rPr>
              <w:t xml:space="preserve">3. Positive or negative? (recycle 1) (Ijobiymi yoki salbiymi? (takrorlash 1)) — 3 daqiqa. </w:t>
            </w:r>
            <w:r>
              <w:rPr>
                <w:b w:val="0"/>
                <w:i w:val="0"/>
                <w:sz w:val="17"/>
              </w:rPr>
              <w:t>Read fifteen adjectives at random from the slide; students stand for a positive quality and sit for a negative one. Stop at 'sensitive' and 'ambitious' and ask why the class disagrees.</w:t>
            </w:r>
          </w:p>
          <w:p>
            <w:pPr>
              <w:spacing w:after="40"/>
            </w:pPr>
            <w:r>
              <w:rPr>
                <w:b/>
                <w:i w:val="0"/>
                <w:sz w:val="17"/>
              </w:rPr>
              <w:t xml:space="preserve">4. Prefix rules (discovery) (Prefiks qoidalari (kashfiyot)) — 5 daqiqa. </w:t>
            </w:r>
            <w:r>
              <w:rPr>
                <w:b w:val="0"/>
                <w:i w:val="0"/>
                <w:sz w:val="17"/>
              </w:rPr>
              <w:t>Ask students to find the rule behind unkind / impolite / incapable / irrelevant / dishonest BEFORE showing the focus slide, then confirm with the slide.</w:t>
            </w:r>
          </w:p>
          <w:p>
            <w:pPr>
              <w:spacing w:after="40"/>
            </w:pPr>
            <w:r>
              <w:rPr>
                <w:b/>
                <w:i w:val="0"/>
                <w:sz w:val="17"/>
              </w:rPr>
              <w:t xml:space="preserve">5. Gap fill (recycle 2) (Bo‘sh joyni to‘ldirish (takrorlash 2)) — 6 daqiqa. </w:t>
            </w:r>
            <w:r>
              <w:rPr>
                <w:b w:val="0"/>
                <w:i w:val="0"/>
                <w:sz w:val="17"/>
              </w:rPr>
              <w:t>Twelve sentences on the sheet: choose the right adjective or phrasal verb. Monitor and correct in pairs.</w:t>
            </w:r>
          </w:p>
          <w:p>
            <w:pPr>
              <w:spacing w:after="40"/>
            </w:pPr>
            <w:r>
              <w:rPr>
                <w:b/>
                <w:i w:val="0"/>
                <w:sz w:val="17"/>
              </w:rPr>
              <w:t xml:space="preserve">6. Word formation and phrasal verbs (recycle 3) (So‘z yasash va frazal fe’llar (takrorlash 3)) — 8 daqiqa. </w:t>
            </w:r>
            <w:r>
              <w:rPr>
                <w:b w:val="0"/>
                <w:i w:val="0"/>
                <w:sz w:val="17"/>
              </w:rPr>
              <w:t>Hand out the Use of English worksheet: Part A ten prefixes, Part B ten phrasal verbs with 'up'. Remind them to read the whole sentence first.</w:t>
            </w:r>
          </w:p>
          <w:p>
            <w:pPr>
              <w:spacing w:after="40"/>
            </w:pPr>
            <w:r>
              <w:rPr>
                <w:b/>
                <w:i w:val="0"/>
                <w:sz w:val="17"/>
              </w:rPr>
              <w:t xml:space="preserve">7. Speaking (Part C) (Gapirish (C qism)) — 6 daqiqa. </w:t>
            </w:r>
            <w:r>
              <w:rPr>
                <w:b w:val="0"/>
                <w:i w:val="0"/>
                <w:sz w:val="17"/>
              </w:rPr>
              <w:t>Set the five discussion questions in groups of three; monitor for adjective mistakes and note two for feedback.</w:t>
            </w:r>
          </w:p>
          <w:p>
            <w:pPr>
              <w:spacing w:after="40"/>
            </w:pPr>
            <w:r>
              <w:rPr>
                <w:b/>
                <w:i w:val="0"/>
                <w:sz w:val="17"/>
              </w:rPr>
              <w:t xml:space="preserve">8. Feedback and homework (Xatolar tahlili va uyga vazifa) — 4 daqiqa. </w:t>
            </w:r>
            <w:r>
              <w:rPr>
                <w:b w:val="0"/>
                <w:i w:val="0"/>
                <w:sz w:val="17"/>
              </w:rPr>
              <w:t>Correct two mistakes from monitoring on the board, set homework, show the flashcard link.</w:t>
            </w:r>
          </w:p>
          <w:p>
            <w:pPr>
              <w:spacing w:after="40"/>
            </w:pPr>
            <w:r>
              <w:rPr>
                <w:b/>
                <w:i w:val="0"/>
                <w:sz w:val="17"/>
              </w:rPr>
              <w:t xml:space="preserve">Metodlar: </w:t>
            </w:r>
            <w:r>
              <w:rPr>
                <w:b w:val="0"/>
                <w:i/>
                <w:sz w:val="17"/>
              </w:rPr>
              <w:t>«Ikki rost, bir yolg‘on» o‘yini, «Tur yoki o‘tir» — harakatli o‘yin, kashfiyot usuli (qoidani o‘zi topish), Use of English varaqasi, uch kishilik guruhda muhokama</w:t>
            </w:r>
          </w:p>
        </w:tc>
        <w:tc>
          <w:tcPr>
            <w:tcW w:type="dxa" w:w="2835"/>
          </w:tcPr>
          <w:p>
            <w:pPr>
              <w:spacing w:after="40"/>
            </w:pPr>
            <w:r/>
            <w:r>
              <w:rPr>
                <w:b w:val="0"/>
                <w:i w:val="0"/>
                <w:sz w:val="17"/>
              </w:rPr>
              <w:t>O‘quvchilar dars oxirida:</w:t>
            </w:r>
          </w:p>
          <w:p>
            <w:pPr>
              <w:spacing w:after="40"/>
            </w:pPr>
            <w:r>
              <w:rPr>
                <w:b w:val="0"/>
                <w:i w:val="0"/>
                <w:sz w:val="17"/>
              </w:rPr>
              <w:t>• tasvirlangan xatti-harakatga mos sifatni tanlay oladi (o‘ttizta sifat);</w:t>
            </w:r>
          </w:p>
          <w:p>
            <w:pPr>
              <w:spacing w:after="40"/>
            </w:pPr>
            <w:r>
              <w:rPr>
                <w:b w:val="0"/>
                <w:i w:val="0"/>
                <w:sz w:val="17"/>
              </w:rPr>
              <w:t>• un-, im-, in-, ir-, il-, dis- bilan inkor shakl yasab, prefiksni qaysi harf belgilashini tushuntira oladi;</w:t>
            </w:r>
          </w:p>
          <w:p>
            <w:pPr>
              <w:spacing w:after="40"/>
            </w:pPr>
            <w:r>
              <w:rPr>
                <w:b w:val="0"/>
                <w:i w:val="0"/>
                <w:sz w:val="17"/>
              </w:rPr>
              <w:t>• up bilan keladigan beshta frazal fe’l va beshta harorat metaforasini ishlata oladi;</w:t>
            </w:r>
          </w:p>
          <w:p>
            <w:pPr>
              <w:spacing w:after="40"/>
            </w:pPr>
            <w:r>
              <w:rPr>
                <w:b w:val="0"/>
                <w:i w:val="0"/>
                <w:sz w:val="17"/>
              </w:rPr>
              <w:t>• guruhda odamlarning xarakteri haqidagi beshta savolni muhokama qila oladi.</w:t>
            </w:r>
          </w:p>
        </w:tc>
        <w:tc>
          <w:tcPr>
            <w:tcW w:type="dxa" w:w="3175"/>
          </w:tcPr>
          <w:p>
            <w:pPr>
              <w:spacing w:after="40"/>
            </w:pPr>
            <w:r/>
            <w:r>
              <w:rPr>
                <w:b w:val="0"/>
                <w:i w:val="0"/>
                <w:sz w:val="17"/>
              </w:rPr>
              <w:t>Laser B1+ SB, Vocabulary builder 1 (Adjectives to describe people; Word formation: prefixes; Phrasal verbs with 'up'; Magic metaphors: temperature) — asosiy; Solutions Upper-Intermediate SB p. 8 (Vocabulary: 'What are they like?' — personality adjectives) — qo‘shimcha</w:t>
            </w:r>
          </w:p>
          <w:p>
            <w:pPr>
              <w:spacing w:after="40"/>
            </w:pPr>
            <w:r>
              <w:rPr>
                <w:b/>
                <w:i w:val="0"/>
                <w:sz w:val="17"/>
              </w:rPr>
              <w:t xml:space="preserve">Jihozlar: </w:t>
            </w:r>
            <w:r>
              <w:rPr>
                <w:b w:val="0"/>
                <w:i w:val="0"/>
                <w:sz w:val="17"/>
              </w:rPr>
              <w:t>Vocabulary sheet (35 items), Use of English worksheet (word formation + phrasal verbs), slides, flashcards with audio (sozlar.com/vocab); Laser B1+ Vocabulary builder 1, Solutions Upper-Intermediate p. 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 100-word description of a person you admire, using at least six adjectives from today's list and one phrasal verb with 'up'.</w:t>
            </w:r>
          </w:p>
          <w:p>
            <w:pPr>
              <w:spacing w:after="40"/>
            </w:pPr>
            <w:r>
              <w:rPr>
                <w:b w:val="0"/>
                <w:i w:val="0"/>
                <w:sz w:val="19"/>
              </w:rPr>
              <w:t>• Learn the 35 words (sections A-E) with the flashcards: sozlar.com/vocab/cards/?set=grade10-lesson4</w:t>
            </w:r>
          </w:p>
          <w:p>
            <w:pPr>
              <w:spacing w:after="40"/>
            </w:pPr>
            <w:r>
              <w:rPr>
                <w:b w:val="0"/>
                <w:i w:val="0"/>
                <w:sz w:val="19"/>
              </w:rPr>
              <w:t>• Laser B1+ Workbook, Vocabulary builder 1, exercises 1-3.</w:t>
            </w:r>
          </w:p>
        </w:tc>
      </w:tr>
    </w:tbl>
    <w:p>
      <w:pPr>
        <w:spacing w:after="40"/>
      </w:pPr>
      <w:r>
        <w:rPr>
          <w:b/>
          <w:sz w:val="18"/>
        </w:rPr>
        <w:t xml:space="preserve">Farqlash: </w:t>
      </w:r>
      <w:r>
        <w:rPr>
          <w:i/>
          <w:sz w:val="18"/>
        </w:rPr>
        <w:t>Fast finishers write five more negative adjectives with the correct prefix and check them in a dictionary; weaker students work with the prefix table on the desk and only do the first six items of Part A.</w:t>
      </w:r>
    </w:p>
    <w:p>
      <w:r>
        <w:br w:type="page"/>
      </w:r>
    </w:p>
    <w:p>
      <w:pPr>
        <w:spacing w:before="80" w:after="60"/>
      </w:pPr>
      <w:r>
        <w:rPr>
          <w:b/>
          <w:color w:val="0B6E5F"/>
          <w:sz w:val="24"/>
        </w:rPr>
        <w:t>Daily Lesson Plan · 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Family</w:t>
            </w:r>
            <w:r>
              <w:rPr>
                <w:b w:val="0"/>
                <w:i w:val="0"/>
                <w:sz w:val="19"/>
              </w:rPr>
              <w:t xml:space="preserve"> (Tinglash va gapirish: oila)</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oila haqidagi beshta qisqa parchani tinglab A, B yoki C javobni tanlashni, kitobiy jumlalar o‘rniga tabiiy iboralarni ishlatishni hamda /ɪ/ va /iː/ tovushlarini farqlashni o‘rganadi.</w:t>
            </w:r>
          </w:p>
          <w:p>
            <w:pPr>
              <w:spacing w:after="40"/>
            </w:pPr>
            <w:r>
              <w:rPr>
                <w:b/>
                <w:i w:val="0"/>
                <w:sz w:val="17"/>
              </w:rPr>
              <w:t xml:space="preserve">b) Tarbiyaviy: </w:t>
            </w:r>
            <w:r>
              <w:rPr>
                <w:b w:val="0"/>
                <w:i w:val="0"/>
                <w:sz w:val="17"/>
              </w:rPr>
              <w:t>Suhbatdoshni diqqat bilan tinglash, o‘z oilasi haqida samimiy va hurmat bilan gapirishga o‘rgatish.</w:t>
            </w:r>
          </w:p>
          <w:p>
            <w:pPr>
              <w:spacing w:after="40"/>
            </w:pPr>
            <w:r>
              <w:rPr>
                <w:b/>
                <w:i w:val="0"/>
                <w:sz w:val="17"/>
              </w:rPr>
              <w:t xml:space="preserve">c) Rivojlantiruvchi: </w:t>
            </w:r>
            <w:r>
              <w:rPr>
                <w:b w:val="0"/>
                <w:i w:val="0"/>
                <w:sz w:val="17"/>
              </w:rPr>
              <w:t>Savoldagi kalit so‘zga tayanib tinglash, talaffuzni farqlash va bir daqiqa davomida erkin gapirish ko‘nikmasini rivojlantirish.</w:t>
            </w:r>
          </w:p>
        </w:tc>
        <w:tc>
          <w:tcPr>
            <w:tcW w:type="dxa" w:w="5443"/>
          </w:tcPr>
          <w:p>
            <w:pPr>
              <w:spacing w:after="40"/>
            </w:pPr>
            <w:r/>
            <w:r>
              <w:rPr>
                <w:b/>
                <w:i w:val="0"/>
                <w:sz w:val="17"/>
              </w:rPr>
              <w:t xml:space="preserve">1. Lead-in (Kirish) — 3 daqiqa. </w:t>
            </w:r>
            <w:r>
              <w:rPr>
                <w:b w:val="0"/>
                <w:i w:val="0"/>
                <w:sz w:val="17"/>
              </w:rPr>
              <w:t>Write 'There are ___ of us in my family' on the board and complete it about yourself. Ask three students to do the same.</w:t>
            </w:r>
          </w:p>
          <w:p>
            <w:pPr>
              <w:spacing w:after="40"/>
            </w:pPr>
            <w:r>
              <w:rPr>
                <w:b/>
                <w:i w:val="0"/>
                <w:sz w:val="17"/>
              </w:rPr>
              <w:t xml:space="preserve">2. Vocabulary (4 blocks) (Yangi so‘zlar (4 blok)) — 10 daqiqa. </w:t>
            </w:r>
            <w:r>
              <w:rPr>
                <w:b w:val="0"/>
                <w:i w:val="0"/>
                <w:sz w:val="17"/>
              </w:rPr>
              <w:t>Present A family (8) and B school and jobs (10) in full. For C and D give two examples each and let students match the rest with the Uzbek column in pairs.</w:t>
            </w:r>
          </w:p>
          <w:p>
            <w:pPr>
              <w:spacing w:after="40"/>
            </w:pPr>
            <w:r>
              <w:rPr>
                <w:b/>
                <w:i w:val="0"/>
                <w:sz w:val="17"/>
              </w:rPr>
              <w:t xml:space="preserve">3. Listening strategy (Tinglash strategiyasi) — 3 daqiqa. </w:t>
            </w:r>
            <w:r>
              <w:rPr>
                <w:b w:val="0"/>
                <w:i w:val="0"/>
                <w:sz w:val="17"/>
              </w:rPr>
              <w:t>Show the strategy slide; students read the five questions and underline the key word in each.</w:t>
            </w:r>
          </w:p>
          <w:p>
            <w:pPr>
              <w:spacing w:after="40"/>
            </w:pPr>
            <w:r>
              <w:rPr>
                <w:b/>
                <w:i w:val="0"/>
                <w:sz w:val="17"/>
              </w:rPr>
              <w:t xml:space="preserve">4. First listening (recycle 1) (Birinchi tinglash (takrorlash 1)) — 6 daqiqa. </w:t>
            </w:r>
            <w:r>
              <w:rPr>
                <w:b w:val="0"/>
                <w:i w:val="0"/>
                <w:sz w:val="17"/>
              </w:rPr>
              <w:t>Read the five extracts at normal speed. Students choose A, B or C.</w:t>
            </w:r>
          </w:p>
          <w:p>
            <w:pPr>
              <w:spacing w:after="40"/>
            </w:pPr>
            <w:r>
              <w:rPr>
                <w:b/>
                <w:i w:val="0"/>
                <w:sz w:val="17"/>
              </w:rPr>
              <w:t xml:space="preserve">5. Second listening and check (Ikkinchi tinglash va tekshirish) — 4 daqiqa. </w:t>
            </w:r>
            <w:r>
              <w:rPr>
                <w:b w:val="0"/>
                <w:i w:val="0"/>
                <w:sz w:val="17"/>
              </w:rPr>
              <w:t>Read the extracts again, pausing after each. Check the answers and ask which words gave the answer away.</w:t>
            </w:r>
          </w:p>
          <w:p>
            <w:pPr>
              <w:spacing w:after="40"/>
            </w:pPr>
            <w:r>
              <w:rPr>
                <w:b/>
                <w:i w:val="0"/>
                <w:sz w:val="17"/>
              </w:rPr>
              <w:t xml:space="preserve">6. Natural or not? (recycle 2) (Tabiiymi yoki yo‘q? (takrorlash 2)) — 5 daqiqa. </w:t>
            </w:r>
            <w:r>
              <w:rPr>
                <w:b w:val="0"/>
                <w:i w:val="0"/>
                <w:sz w:val="17"/>
              </w:rPr>
              <w:t>Laser p. 12 ex. 2: students choose the natural version of three ideas, then say all three about themselves.</w:t>
            </w:r>
          </w:p>
          <w:p>
            <w:pPr>
              <w:spacing w:after="40"/>
            </w:pPr>
            <w:r>
              <w:rPr>
                <w:b/>
                <w:i w:val="0"/>
                <w:sz w:val="17"/>
              </w:rPr>
              <w:t xml:space="preserve">7. Soundbite (Soundbite — talaffuz) — 3 daqiqa. </w:t>
            </w:r>
            <w:r>
              <w:rPr>
                <w:b w:val="0"/>
                <w:i w:val="0"/>
                <w:sz w:val="17"/>
              </w:rPr>
              <w:t>Say five minimal pairs; students write 1 or 2 for the word they hear, then drill the sentence.</w:t>
            </w:r>
          </w:p>
          <w:p>
            <w:pPr>
              <w:spacing w:after="40"/>
            </w:pPr>
            <w:r>
              <w:rPr>
                <w:b/>
                <w:i w:val="0"/>
                <w:sz w:val="17"/>
              </w:rPr>
              <w:t xml:space="preserve">8. Speaking in pairs (recycle 3) (Juftlikda gapirish (takrorlash 3)) — 3 daqiqa. </w:t>
            </w:r>
            <w:r>
              <w:rPr>
                <w:b w:val="0"/>
                <w:i w:val="0"/>
                <w:sz w:val="17"/>
              </w:rPr>
              <w:t>The four questions from ex. 3 in pairs; monitor and note two good full answers and two short ones.</w:t>
            </w:r>
          </w:p>
          <w:p>
            <w:pPr>
              <w:spacing w:after="40"/>
            </w:pPr>
            <w:r>
              <w:rPr>
                <w:b/>
                <w:i w:val="0"/>
                <w:sz w:val="17"/>
              </w:rPr>
              <w:t xml:space="preserve">9. Matching activity (Moslashtirish mashqi) — 6 daqiqa. </w:t>
            </w:r>
            <w:r>
              <w:rPr>
                <w:b w:val="0"/>
                <w:i w:val="0"/>
                <w:sz w:val="17"/>
              </w:rPr>
              <w:t>Hand out the matching worksheet; Group A and Group B, then swap tables.</w:t>
            </w:r>
          </w:p>
          <w:p>
            <w:pPr>
              <w:spacing w:after="40"/>
            </w:pPr>
            <w:r>
              <w:rPr>
                <w:b/>
                <w:i w:val="0"/>
                <w:sz w:val="17"/>
              </w:rPr>
              <w:t xml:space="preserve">10. Feedback and homework (Xatolar tahlili va uyga vazifa) — 2 daqiqa. </w:t>
            </w:r>
            <w:r>
              <w:rPr>
                <w:b w:val="0"/>
                <w:i w:val="0"/>
                <w:sz w:val="17"/>
              </w:rPr>
              <w:t>Read out one good full answer, set homework, show the flashcard link.</w:t>
            </w:r>
          </w:p>
          <w:p>
            <w:pPr>
              <w:spacing w:after="40"/>
            </w:pPr>
            <w:r>
              <w:rPr>
                <w:b/>
                <w:i w:val="0"/>
                <w:sz w:val="17"/>
              </w:rPr>
              <w:t xml:space="preserve">Metodlar: </w:t>
            </w:r>
            <w:r>
              <w:rPr>
                <w:b w:val="0"/>
                <w:i/>
                <w:sz w:val="17"/>
              </w:rPr>
              <w:t>kalit so‘zni belgilash (tinglash strategiyasi), ikki bosqichli tinglash, «Tabiiymi yoki yo‘q?» — tanlash, minimal juftliklar bilan talaffuz mashqi, juftlikda savol-javob</w:t>
            </w:r>
          </w:p>
        </w:tc>
        <w:tc>
          <w:tcPr>
            <w:tcW w:type="dxa" w:w="2835"/>
          </w:tcPr>
          <w:p>
            <w:pPr>
              <w:spacing w:after="40"/>
            </w:pPr>
            <w:r/>
            <w:r>
              <w:rPr>
                <w:b w:val="0"/>
                <w:i w:val="0"/>
                <w:sz w:val="17"/>
              </w:rPr>
              <w:t>O‘quvchilar dars oxirida:</w:t>
            </w:r>
          </w:p>
          <w:p>
            <w:pPr>
              <w:spacing w:after="40"/>
            </w:pPr>
            <w:r>
              <w:rPr>
                <w:b w:val="0"/>
                <w:i w:val="0"/>
                <w:sz w:val="17"/>
              </w:rPr>
              <w:t>• savoldagi kalit so‘zdan foydalanib, bir marta tinglashda A, B yoki C ni tanlay oladi;</w:t>
            </w:r>
          </w:p>
          <w:p>
            <w:pPr>
              <w:spacing w:after="40"/>
            </w:pPr>
            <w:r>
              <w:rPr>
                <w:b w:val="0"/>
                <w:i w:val="0"/>
                <w:sz w:val="17"/>
              </w:rPr>
              <w:t>• «My family consists of…» kabi g‘ayritabiiy gaplarni tabiiy ifodalar bilan almashtira oladi (p. 12 ex. 2);</w:t>
            </w:r>
          </w:p>
          <w:p>
            <w:pPr>
              <w:spacing w:after="40"/>
            </w:pPr>
            <w:r>
              <w:rPr>
                <w:b w:val="0"/>
                <w:i w:val="0"/>
                <w:sz w:val="17"/>
              </w:rPr>
              <w:t>• sakkizta minimal juftlikda /ɪ/ va /iː/ tovushlarini eshitib farqlay va ayta oladi;</w:t>
            </w:r>
          </w:p>
          <w:p>
            <w:pPr>
              <w:spacing w:after="40"/>
            </w:pPr>
            <w:r>
              <w:rPr>
                <w:b w:val="0"/>
                <w:i w:val="0"/>
                <w:sz w:val="17"/>
              </w:rPr>
              <w:t>• juftlikda oilasi haqidagi to‘rtta savolga to‘liq javob bera oladi (ex. 3).</w:t>
            </w:r>
          </w:p>
        </w:tc>
        <w:tc>
          <w:tcPr>
            <w:tcW w:type="dxa" w:w="3175"/>
          </w:tcPr>
          <w:p>
            <w:pPr>
              <w:spacing w:after="40"/>
            </w:pPr>
            <w:r/>
            <w:r>
              <w:rPr>
                <w:b w:val="0"/>
                <w:i w:val="0"/>
                <w:sz w:val="17"/>
              </w:rPr>
              <w:t>Laser B1+ SB p. 12 (Listening: besh qisqa parcha, A/B/C javob tanlash; Speaking: Julie oilasi haqida, tabiiy ifodani tanlash, juftlikdagi savollar; Soundbite /ɪ/ va /iː/) — asosiy manba</w:t>
            </w:r>
          </w:p>
          <w:p>
            <w:pPr>
              <w:spacing w:after="40"/>
            </w:pPr>
            <w:r>
              <w:rPr>
                <w:b/>
                <w:i w:val="0"/>
                <w:sz w:val="17"/>
              </w:rPr>
              <w:t xml:space="preserve">Jihozlar: </w:t>
            </w:r>
            <w:r>
              <w:rPr>
                <w:b w:val="0"/>
                <w:i w:val="0"/>
                <w:sz w:val="17"/>
              </w:rPr>
              <w:t>Vocabulary sheet (30 items) with the listening task, matching worksheet (Groups A and B), slides, flashcards with audio (sozlar.com/vocab); Laser B1+ p. 12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your answers to the four speaking questions (family, school, parents' jobs, the same job?) — three sentences for each.</w:t>
            </w:r>
          </w:p>
          <w:p>
            <w:pPr>
              <w:spacing w:after="40"/>
            </w:pPr>
            <w:r>
              <w:rPr>
                <w:b w:val="0"/>
                <w:i w:val="0"/>
                <w:sz w:val="19"/>
              </w:rPr>
              <w:t>• Learn the 30 words and phrases (sections A-D) with the flashcards: sozlar.com/vocab/cards/?set=grade10-lesson5</w:t>
            </w:r>
          </w:p>
          <w:p>
            <w:pPr>
              <w:spacing w:after="40"/>
            </w:pPr>
            <w:r>
              <w:rPr>
                <w:b w:val="0"/>
                <w:i w:val="0"/>
                <w:sz w:val="19"/>
              </w:rPr>
              <w:t>• Laser B1+ Workbook p. 9, exercises 1-2.</w:t>
            </w:r>
          </w:p>
        </w:tc>
      </w:tr>
    </w:tbl>
    <w:p>
      <w:pPr>
        <w:spacing w:after="40"/>
      </w:pPr>
      <w:r>
        <w:rPr>
          <w:b/>
          <w:sz w:val="18"/>
        </w:rPr>
        <w:t xml:space="preserve">Farqlash: </w:t>
      </w:r>
      <w:r>
        <w:rPr>
          <w:i/>
          <w:sz w:val="18"/>
        </w:rPr>
        <w:t>Fast finishers write two more three-option questions about extract 5 for another pair; weaker students get the five extracts on paper and follow while listening the second time.</w:t>
      </w:r>
    </w:p>
    <w:p>
      <w:r>
        <w:br w:type="page"/>
      </w:r>
    </w:p>
    <w:p>
      <w:pPr>
        <w:spacing w:before="80" w:after="60"/>
      </w:pPr>
      <w:r>
        <w:rPr>
          <w:b/>
          <w:color w:val="0B6E5F"/>
          <w:sz w:val="24"/>
        </w:rPr>
        <w:t>Daily Lesson Plan · 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Stative Verbs and Word Patterns</w:t>
            </w:r>
            <w:r>
              <w:rPr>
                <w:b w:val="0"/>
                <w:i w:val="0"/>
                <w:sz w:val="19"/>
              </w:rPr>
              <w:t xml:space="preserve"> (Use of English: holat fe’llari va so‘z qoliplari)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holat fe’llari uchun to‘g‘ri zamonni tanlashni, o‘nta «fe’l + predlog» qolipini (look at, accuse of, deal with, blame for, care about) va o‘n bo‘shliqli A/B/C/D tanlovli matn (multiple-choice cloze) bilan ishlash strategiyasini o‘rganadi.</w:t>
            </w:r>
          </w:p>
          <w:p>
            <w:pPr>
              <w:spacing w:after="40"/>
            </w:pPr>
            <w:r>
              <w:rPr>
                <w:b/>
                <w:i w:val="0"/>
                <w:sz w:val="17"/>
              </w:rPr>
              <w:t xml:space="preserve">b) Tarbiyaviy: </w:t>
            </w:r>
            <w:r>
              <w:rPr>
                <w:b w:val="0"/>
                <w:i w:val="0"/>
                <w:sz w:val="17"/>
              </w:rPr>
              <w:t>«Babysitting» matni orqali kichiklarga g‘amxo‘rlik qilish va berilgan ishga mas’uliyat bilan yondashishga o‘rgatish.</w:t>
            </w:r>
          </w:p>
          <w:p>
            <w:pPr>
              <w:spacing w:after="40"/>
            </w:pPr>
            <w:r>
              <w:rPr>
                <w:b/>
                <w:i w:val="0"/>
                <w:sz w:val="17"/>
              </w:rPr>
              <w:t xml:space="preserve">c) Rivojlantiruvchi: </w:t>
            </w:r>
            <w:r>
              <w:rPr>
                <w:b w:val="0"/>
                <w:i w:val="0"/>
                <w:sz w:val="17"/>
              </w:rPr>
              <w:t>Ma’no farqini tahlil qilish (I think / I’m thinking), javobni tanlashdan oldin butun gapni tekshirish va topshiriqni strategiya asosida bajarish ko‘nikmasini rivojlantirish.</w:t>
            </w:r>
          </w:p>
        </w:tc>
        <w:tc>
          <w:tcPr>
            <w:tcW w:type="dxa" w:w="5443"/>
          </w:tcPr>
          <w:p>
            <w:pPr>
              <w:spacing w:after="40"/>
            </w:pPr>
            <w:r/>
            <w:r>
              <w:rPr>
                <w:b/>
                <w:i w:val="0"/>
                <w:sz w:val="17"/>
              </w:rPr>
              <w:t xml:space="preserve">1. Lead-in (Kirish) — 3 daqiqa. </w:t>
            </w:r>
            <w:r>
              <w:rPr>
                <w:b w:val="0"/>
                <w:i w:val="0"/>
                <w:sz w:val="17"/>
              </w:rPr>
              <w:t>Write on the board: 'I think it's easy' / 'I'm thinking about it'. Ask what the difference is.</w:t>
            </w:r>
          </w:p>
          <w:p>
            <w:pPr>
              <w:spacing w:after="40"/>
            </w:pPr>
            <w:r>
              <w:rPr>
                <w:b/>
                <w:i w:val="0"/>
                <w:sz w:val="17"/>
              </w:rPr>
              <w:t xml:space="preserve">2. Grammar clinic (Grammatika: ikki qoida) — 4 daqiqa. </w:t>
            </w:r>
            <w:r>
              <w:rPr>
                <w:b w:val="0"/>
                <w:i w:val="0"/>
                <w:sz w:val="17"/>
              </w:rPr>
              <w:t>Two rules on one slide: stative verbs, and verb + preposition as one item. Give three examples of each.</w:t>
            </w:r>
          </w:p>
          <w:p>
            <w:pPr>
              <w:spacing w:after="40"/>
            </w:pPr>
            <w:r>
              <w:rPr>
                <w:b/>
                <w:i w:val="0"/>
                <w:sz w:val="17"/>
              </w:rPr>
              <w:t xml:space="preserve">3. Vocabulary (4 blocks) (Yangi so‘zlar (4 blok)) — 11 daqiqa. </w:t>
            </w:r>
            <w:r>
              <w:rPr>
                <w:b w:val="0"/>
                <w:i w:val="0"/>
                <w:sz w:val="17"/>
              </w:rPr>
              <w:t>Present A senses and appearance (7), B having, measuring and thinking (7) and C verb + preposition (8) in full. D (babysitting, 12) is for pair work with the Uzbek column — the class checks only the five hardest items.</w:t>
            </w:r>
          </w:p>
          <w:p>
            <w:pPr>
              <w:spacing w:after="40"/>
            </w:pPr>
            <w:r>
              <w:rPr>
                <w:b/>
                <w:i w:val="0"/>
                <w:sz w:val="17"/>
              </w:rPr>
              <w:t xml:space="preserve">4. Choose the tense (recycle 1) (Zamonni tanlash (takrorlash 1)) — 4 daqiqa. </w:t>
            </w:r>
            <w:r>
              <w:rPr>
                <w:b w:val="0"/>
                <w:i w:val="0"/>
                <w:sz w:val="17"/>
              </w:rPr>
              <w:t>Laser p. 11 ex. 1: six sentences, circle the correct tense. Check and ask WHY for each.</w:t>
            </w:r>
          </w:p>
          <w:p>
            <w:pPr>
              <w:spacing w:after="40"/>
            </w:pPr>
            <w:r>
              <w:rPr>
                <w:b/>
                <w:i w:val="0"/>
                <w:sz w:val="17"/>
              </w:rPr>
              <w:t xml:space="preserve">5. Prepositions (recycle 2) (Predloglar (takrorlash 2)) — 4 daqiqa. </w:t>
            </w:r>
            <w:r>
              <w:rPr>
                <w:b w:val="0"/>
                <w:i w:val="0"/>
                <w:sz w:val="17"/>
              </w:rPr>
              <w:t>Laser p. 11 ex. 2: five gaps with the verbs from the box in the correct form. Drill the weak preposition sounds.</w:t>
            </w:r>
          </w:p>
          <w:p>
            <w:pPr>
              <w:spacing w:after="40"/>
            </w:pPr>
            <w:r>
              <w:rPr>
                <w:b/>
                <w:i w:val="0"/>
                <w:sz w:val="17"/>
              </w:rPr>
              <w:t xml:space="preserve">6. Multiple-choice cloze (recycle 3) (Tanlovli bo‘shliqli matn (takrorlash 3)) — 8 daqiqa. </w:t>
            </w:r>
            <w:r>
              <w:rPr>
                <w:b w:val="0"/>
                <w:i w:val="0"/>
                <w:sz w:val="17"/>
              </w:rPr>
              <w:t>Laser p. 11 ex. 3: the babysitting text. Remind them of the strategy before they start; monitor and note two hard gaps.</w:t>
            </w:r>
          </w:p>
          <w:p>
            <w:pPr>
              <w:spacing w:after="40"/>
            </w:pPr>
            <w:r>
              <w:rPr>
                <w:b/>
                <w:i w:val="0"/>
                <w:sz w:val="17"/>
              </w:rPr>
              <w:t xml:space="preserve">7. Speaking in pairs (Juftlikda gapirish) — 3 daqiqa. </w:t>
            </w:r>
            <w:r>
              <w:rPr>
                <w:b w:val="0"/>
                <w:i w:val="0"/>
                <w:sz w:val="17"/>
              </w:rPr>
              <w:t>Two questions on the slide; monitor for the prepositions.</w:t>
            </w:r>
          </w:p>
          <w:p>
            <w:pPr>
              <w:spacing w:after="40"/>
            </w:pPr>
            <w:r>
              <w:rPr>
                <w:b/>
                <w:i w:val="0"/>
                <w:sz w:val="17"/>
              </w:rPr>
              <w:t xml:space="preserve">8. Matching activity (Moslashtirish mashqi) — 6 daqiqa. </w:t>
            </w:r>
            <w:r>
              <w:rPr>
                <w:b w:val="0"/>
                <w:i w:val="0"/>
                <w:sz w:val="17"/>
              </w:rPr>
              <w:t>Hand out the matching worksheet; Group A and Group B, then swap tables.</w:t>
            </w:r>
          </w:p>
          <w:p>
            <w:pPr>
              <w:spacing w:after="40"/>
            </w:pPr>
            <w:r>
              <w:rPr>
                <w:b/>
                <w:i w:val="0"/>
                <w:sz w:val="17"/>
              </w:rPr>
              <w:t xml:space="preserve">9. Feedback and homework (Xatolar tahlili va uyga vazifa) — 2 daqiqa. </w:t>
            </w:r>
            <w:r>
              <w:rPr>
                <w:b w:val="0"/>
                <w:i w:val="0"/>
                <w:sz w:val="17"/>
              </w:rPr>
              <w:t>Go through the two hardest gaps on the board, set homework, show the flashcard link.</w:t>
            </w:r>
          </w:p>
          <w:p>
            <w:pPr>
              <w:spacing w:after="40"/>
            </w:pPr>
            <w:r>
              <w:rPr>
                <w:b/>
                <w:i w:val="0"/>
                <w:sz w:val="17"/>
              </w:rPr>
              <w:t xml:space="preserve">Metodlar: </w:t>
            </w:r>
            <w:r>
              <w:rPr>
                <w:b w:val="0"/>
                <w:i/>
                <w:sz w:val="17"/>
              </w:rPr>
              <w:t>taqqoslash (ikki gap — ikki ma’no), «Nega?» — javobni asoslash, talaffuz drili (kuchsiz predloglar), strategiya asosida test bajarish, moslashtirish varaqasi (A va B guruh)</w:t>
            </w:r>
          </w:p>
        </w:tc>
        <w:tc>
          <w:tcPr>
            <w:tcW w:type="dxa" w:w="2835"/>
          </w:tcPr>
          <w:p>
            <w:pPr>
              <w:spacing w:after="40"/>
            </w:pPr>
            <w:r/>
            <w:r>
              <w:rPr>
                <w:b w:val="0"/>
                <w:i w:val="0"/>
                <w:sz w:val="17"/>
              </w:rPr>
              <w:t>O‘quvchilar dars oxirida:</w:t>
            </w:r>
          </w:p>
          <w:p>
            <w:pPr>
              <w:spacing w:after="40"/>
            </w:pPr>
            <w:r>
              <w:rPr>
                <w:b w:val="0"/>
                <w:i w:val="0"/>
                <w:sz w:val="17"/>
              </w:rPr>
              <w:t>• «I’m thinking» va «I think» ikkalasi ham to‘g‘ri, lekin ma’nosi farqli ekanini tushuntira oladi (ex. 1);</w:t>
            </w:r>
          </w:p>
          <w:p>
            <w:pPr>
              <w:spacing w:after="40"/>
            </w:pPr>
            <w:r>
              <w:rPr>
                <w:b w:val="0"/>
                <w:i w:val="0"/>
                <w:sz w:val="17"/>
              </w:rPr>
              <w:t>• look, accuse, deal, blame, care va yana beshta fe’ldan keyingi predlogni qo‘ya oladi (ex. 2);</w:t>
            </w:r>
          </w:p>
          <w:p>
            <w:pPr>
              <w:spacing w:after="40"/>
            </w:pPr>
            <w:r>
              <w:rPr>
                <w:b w:val="0"/>
                <w:i w:val="0"/>
                <w:sz w:val="17"/>
              </w:rPr>
              <w:t>• cloze bo‘shlig‘ida A, B, C yoki D ni tanlashdan oldin tekshiriladigan uchta narsani ayta oladi;</w:t>
            </w:r>
          </w:p>
          <w:p>
            <w:pPr>
              <w:spacing w:after="40"/>
            </w:pPr>
            <w:r>
              <w:rPr>
                <w:b w:val="0"/>
                <w:i w:val="0"/>
                <w:sz w:val="17"/>
              </w:rPr>
              <w:t>• «Babysitting» matnidagi o‘nta bo‘shliqni to‘ldira oladi (ex. 3).</w:t>
            </w:r>
          </w:p>
        </w:tc>
        <w:tc>
          <w:tcPr>
            <w:tcW w:type="dxa" w:w="3175"/>
          </w:tcPr>
          <w:p>
            <w:pPr>
              <w:spacing w:after="40"/>
            </w:pPr>
            <w:r/>
            <w:r>
              <w:rPr>
                <w:b w:val="0"/>
                <w:i w:val="0"/>
                <w:sz w:val="17"/>
              </w:rPr>
              <w:t>Laser B1+ SB p. 11 (Use of English: ex.1 to‘g‘ri zamonni tanlash — stative fe’llar; ex.2 fe’l + predlog quticha: look, accuse, deal, blame, care; ex.3 «Babysitting» matni — 10 ta bo‘shliq, A/B/C/D tanlov) — asosiy manba</w:t>
            </w:r>
          </w:p>
          <w:p>
            <w:pPr>
              <w:spacing w:after="40"/>
            </w:pPr>
            <w:r>
              <w:rPr>
                <w:b/>
                <w:i w:val="0"/>
                <w:sz w:val="17"/>
              </w:rPr>
              <w:t xml:space="preserve">Jihozlar: </w:t>
            </w:r>
            <w:r>
              <w:rPr>
                <w:b w:val="0"/>
                <w:i w:val="0"/>
                <w:sz w:val="17"/>
              </w:rPr>
              <w:t>Vocabulary sheet (34 items), matching worksheet (Groups A and B), slides, flashcards with audio (sozlar.com/vocab); Laser B1+ p. 11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eight sentences, each with a different verb + preposition pair from section C.</w:t>
            </w:r>
          </w:p>
          <w:p>
            <w:pPr>
              <w:spacing w:after="40"/>
            </w:pPr>
            <w:r>
              <w:rPr>
                <w:b w:val="0"/>
                <w:i w:val="0"/>
                <w:sz w:val="19"/>
              </w:rPr>
              <w:t>• Learn the 34 items (sections A-D) with the flashcards: sozlar.com/vocab/cards/?set=grade10-lesson6</w:t>
            </w:r>
          </w:p>
          <w:p>
            <w:pPr>
              <w:spacing w:after="40"/>
            </w:pPr>
            <w:r>
              <w:rPr>
                <w:b w:val="0"/>
                <w:i w:val="0"/>
                <w:sz w:val="19"/>
              </w:rPr>
              <w:t>• Laser B1+ Workbook p. 7, exercises 1-2.</w:t>
            </w:r>
          </w:p>
        </w:tc>
      </w:tr>
    </w:tbl>
    <w:p>
      <w:pPr>
        <w:spacing w:after="40"/>
      </w:pPr>
      <w:r>
        <w:rPr>
          <w:b/>
          <w:sz w:val="18"/>
        </w:rPr>
        <w:t xml:space="preserve">Farqlash: </w:t>
      </w:r>
      <w:r>
        <w:rPr>
          <w:i/>
          <w:sz w:val="18"/>
        </w:rPr>
        <w:t>Fast finishers write two more cloze gaps for the same text and give them to another pair; weaker students do the cloze with the four options already reduced to two.</w:t>
      </w:r>
    </w:p>
    <w:p>
      <w:r>
        <w:br w:type="page"/>
      </w:r>
    </w:p>
    <w:p>
      <w:pPr>
        <w:spacing w:before="80" w:after="60"/>
      </w:pPr>
      <w:r>
        <w:rPr>
          <w:b/>
          <w:color w:val="0B6E5F"/>
          <w:sz w:val="24"/>
        </w:rPr>
        <w:t>Daily Lesson Plan · 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Informal Letter</w:t>
            </w:r>
            <w:r>
              <w:rPr>
                <w:b w:val="0"/>
                <w:i w:val="0"/>
                <w:sz w:val="19"/>
              </w:rPr>
              <w:t xml:space="preserve"> (Norasmiy xat yozish)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rasmiy va norasmiy uslubni farqlashni, Martinaning xatidagi yangilik iboralarini (Anyway, The big news is…, Oh, and another thing!) hamda norasmiy xatning tuzilishini (salomlashish, xatboshilar, xayrlashuv) o‘rganadi.</w:t>
            </w:r>
          </w:p>
          <w:p>
            <w:pPr>
              <w:spacing w:after="40"/>
            </w:pPr>
            <w:r>
              <w:rPr>
                <w:b/>
                <w:i w:val="0"/>
                <w:sz w:val="19"/>
              </w:rPr>
              <w:t xml:space="preserve">b) Tarbiyaviy: </w:t>
            </w:r>
            <w:r>
              <w:rPr>
                <w:b w:val="0"/>
                <w:i w:val="0"/>
                <w:sz w:val="19"/>
              </w:rPr>
              <w:t>Qarindosh va do‘stlar bilan aloqani saqlash, xat orqali samimiy munosabat bildirish madaniyatiga o‘rgatish.</w:t>
            </w:r>
          </w:p>
          <w:p>
            <w:pPr>
              <w:spacing w:after="40"/>
            </w:pPr>
            <w:r>
              <w:rPr>
                <w:b/>
                <w:i w:val="0"/>
                <w:sz w:val="19"/>
              </w:rPr>
              <w:t xml:space="preserve">c) Rivojlantiruvchi: </w:t>
            </w:r>
            <w:r>
              <w:rPr>
                <w:b w:val="0"/>
                <w:i w:val="0"/>
                <w:sz w:val="19"/>
              </w:rPr>
              <w:t>Matnni reja asosida tuzish, uslubni vaziyatga moslash va o‘z yozganini tekshirish ko‘nikmasini rivojlantirish.</w:t>
            </w:r>
          </w:p>
        </w:tc>
        <w:tc>
          <w:tcPr>
            <w:tcW w:type="dxa" w:w="5443"/>
          </w:tcPr>
          <w:p>
            <w:pPr>
              <w:spacing w:after="40"/>
            </w:pPr>
            <w:r/>
            <w:r>
              <w:rPr>
                <w:b/>
                <w:i w:val="0"/>
                <w:sz w:val="18"/>
              </w:rPr>
              <w:t xml:space="preserve">1. Lead-in (Kirish) — 3 daqiqa. </w:t>
            </w:r>
            <w:r>
              <w:rPr>
                <w:b w:val="0"/>
                <w:i w:val="0"/>
                <w:sz w:val="18"/>
              </w:rPr>
              <w:t>Show two openings: 'Dear Sir or Madam' and 'Hi Tina!'. Ask: who writes each one, and to whom?</w:t>
            </w:r>
          </w:p>
          <w:p>
            <w:pPr>
              <w:spacing w:after="40"/>
            </w:pPr>
            <w:r>
              <w:rPr>
                <w:b/>
                <w:i w:val="0"/>
                <w:sz w:val="18"/>
              </w:rPr>
              <w:t xml:space="preserve">2. Presentation (4 blocks) (Yangi iboralar taqdimoti (4 blok)) — 9 daqiqa. </w:t>
            </w:r>
            <w:r>
              <w:rPr>
                <w:b w:val="0"/>
                <w:i w:val="0"/>
                <w:sz w:val="18"/>
              </w:rPr>
              <w:t>Present A letters and emails (10), B starting and ending a letter (7), C informal style (7), D linking words and family news (7).</w:t>
            </w:r>
          </w:p>
          <w:p>
            <w:pPr>
              <w:spacing w:after="40"/>
            </w:pPr>
            <w:r>
              <w:rPr>
                <w:b/>
                <w:i w:val="0"/>
                <w:sz w:val="18"/>
              </w:rPr>
              <w:t xml:space="preserve">3. Book pp. 12–13 ex.1–5 (recycle 1) (Kitob pp. 12–13 ex.1–5 (takrorlash 1)) — 8 daqiqa. </w:t>
            </w:r>
            <w:r>
              <w:rPr>
                <w:b w:val="0"/>
                <w:i w:val="0"/>
                <w:sz w:val="18"/>
              </w:rPr>
              <w:t>ex.2 matching in pairs, ex.4 find the phrases in the letter, ex.5 true/false. Check quickly.</w:t>
            </w:r>
          </w:p>
          <w:p>
            <w:pPr>
              <w:spacing w:after="40"/>
            </w:pPr>
            <w:r>
              <w:rPr>
                <w:b/>
                <w:i w:val="0"/>
                <w:sz w:val="18"/>
              </w:rPr>
              <w:t xml:space="preserve">4. Language focus — the shape (Til fokusi — xat tuzilishi) — 4 daqiqa. </w:t>
            </w:r>
            <w:r>
              <w:rPr>
                <w:b w:val="0"/>
                <w:i w:val="0"/>
                <w:sz w:val="18"/>
              </w:rPr>
              <w:t>Show the focus slide; students label Martina's letter: opening, paragraphs, closing.</w:t>
            </w:r>
          </w:p>
          <w:p>
            <w:pPr>
              <w:spacing w:after="40"/>
            </w:pPr>
            <w:r>
              <w:rPr>
                <w:b/>
                <w:i w:val="0"/>
                <w:sz w:val="18"/>
              </w:rPr>
              <w:t xml:space="preserve">5. Speaking — big news + pen-friends (recycle 2) (Gapirish — yangiliklar va takliflar (takrorlash 2)) — 3 daqiqa. </w:t>
            </w:r>
            <w:r>
              <w:rPr>
                <w:b w:val="0"/>
                <w:i w:val="0"/>
                <w:sz w:val="18"/>
              </w:rPr>
              <w:t>Pairs tell their big news and talk about a pen-friend or a relative who lives abroad.</w:t>
            </w:r>
          </w:p>
          <w:p>
            <w:pPr>
              <w:spacing w:after="40"/>
            </w:pPr>
            <w:r>
              <w:rPr>
                <w:b/>
                <w:i w:val="0"/>
                <w:sz w:val="18"/>
              </w:rPr>
              <w:t xml:space="preserve">6. Plan and start the letter (recycle 3) (Reja tuzish va xatni boshlash (takrorlash 3)) — 10 daqiqa. </w:t>
            </w:r>
            <w:r>
              <w:rPr>
                <w:b w:val="0"/>
                <w:i w:val="0"/>
                <w:sz w:val="18"/>
              </w:rPr>
              <w:t>Laser p.13 ex.6–7: students plan the letter to Dean and write the first two paragraphs. Monitor for formal phrases.</w:t>
            </w:r>
          </w:p>
          <w:p>
            <w:pPr>
              <w:spacing w:after="40"/>
            </w:pPr>
            <w:r>
              <w:rPr>
                <w:b/>
                <w:i w:val="0"/>
                <w:sz w:val="18"/>
              </w:rPr>
              <w:t xml:space="preserve">7. Matching activity (Moslashtirish mashqi) — 6 daqiqa. </w:t>
            </w:r>
            <w:r>
              <w:rPr>
                <w:b w:val="0"/>
                <w:i w:val="0"/>
                <w:sz w:val="18"/>
              </w:rPr>
              <w:t>Matching worksheet; Group A and B, then swap.</w:t>
            </w:r>
          </w:p>
          <w:p>
            <w:pPr>
              <w:spacing w:after="40"/>
            </w:pPr>
            <w:r>
              <w:rPr>
                <w:b/>
                <w:i w:val="0"/>
                <w:sz w:val="18"/>
              </w:rPr>
              <w:t xml:space="preserve">8. Feedback and homework (Xatolar tahlili va uyga vazifa) — 2 daqiqa. </w:t>
            </w:r>
            <w:r>
              <w:rPr>
                <w:b w:val="0"/>
                <w:i w:val="0"/>
                <w:sz w:val="18"/>
              </w:rPr>
              <w:t>Read one good opening line; set the letter as homework.</w:t>
            </w:r>
          </w:p>
          <w:p>
            <w:pPr>
              <w:spacing w:after="40"/>
            </w:pPr>
            <w:r>
              <w:rPr>
                <w:b/>
                <w:i w:val="0"/>
                <w:sz w:val="18"/>
              </w:rPr>
              <w:t xml:space="preserve">Metodlar: </w:t>
            </w:r>
            <w:r>
              <w:rPr>
                <w:b w:val="0"/>
                <w:i/>
                <w:sz w:val="18"/>
              </w:rPr>
              <w:t>taqqoslash (rasmiy va norasmiy murojaat), namuna matn tahlili (tuzilishni belgilash), juftlikda rolli muloqot (yangilik va taklif), reja asosida yozish, moslashtirish varaqasi (A va B guruh)</w:t>
            </w:r>
          </w:p>
        </w:tc>
        <w:tc>
          <w:tcPr>
            <w:tcW w:type="dxa" w:w="2835"/>
          </w:tcPr>
          <w:p>
            <w:pPr>
              <w:spacing w:after="40"/>
            </w:pPr>
            <w:r/>
            <w:r>
              <w:rPr>
                <w:b w:val="0"/>
                <w:i w:val="0"/>
                <w:sz w:val="19"/>
              </w:rPr>
              <w:t>O‘quvchilar dars oxirida:</w:t>
            </w:r>
          </w:p>
          <w:p>
            <w:pPr>
              <w:spacing w:after="40"/>
            </w:pPr>
            <w:r>
              <w:rPr>
                <w:b w:val="0"/>
                <w:i w:val="0"/>
                <w:sz w:val="19"/>
              </w:rPr>
              <w:t>• beshta rasmiy ifodani norasmiy ifoda bilan almashtira oladi (ex. 2);</w:t>
            </w:r>
          </w:p>
          <w:p>
            <w:pPr>
              <w:spacing w:after="40"/>
            </w:pPr>
            <w:r>
              <w:rPr>
                <w:b w:val="0"/>
                <w:i w:val="0"/>
                <w:sz w:val="19"/>
              </w:rPr>
              <w:t>• Martinaning xatidagi oltita yangilik iborasini topib ishlata oladi (ex. 4);</w:t>
            </w:r>
          </w:p>
          <w:p>
            <w:pPr>
              <w:spacing w:after="40"/>
            </w:pPr>
            <w:r>
              <w:rPr>
                <w:b w:val="0"/>
                <w:i w:val="0"/>
                <w:sz w:val="19"/>
              </w:rPr>
              <w:t>• norasmiy yozuvning beshta belgisini ayta oladi (ex. 5);</w:t>
            </w:r>
          </w:p>
          <w:p>
            <w:pPr>
              <w:spacing w:after="40"/>
            </w:pPr>
            <w:r>
              <w:rPr>
                <w:b w:val="0"/>
                <w:i w:val="0"/>
                <w:sz w:val="19"/>
              </w:rPr>
              <w:t>• Deanga xat rejasini tuzib, dastlabki ikki xatboshini yoza oladi (p. 13 ex. 6–8).</w:t>
            </w:r>
          </w:p>
        </w:tc>
        <w:tc>
          <w:tcPr>
            <w:tcW w:type="dxa" w:w="3175"/>
          </w:tcPr>
          <w:p>
            <w:pPr>
              <w:spacing w:after="40"/>
            </w:pPr>
            <w:r/>
            <w:r>
              <w:rPr>
                <w:b w:val="0"/>
                <w:i w:val="0"/>
                <w:sz w:val="18"/>
              </w:rPr>
              <w:t>Laser B1+ SB pp. 12–13 (Writing: norasmiy xat — ex.1 topshiriq, ex.2 rasmiy ↔ norasmiy iboralar, Martinaning Tina'ga xati, ex.4 norasmiy iboralarni topish, ex.5 norasmiy yozuv qoidalari, ex.6–7 Dean'ga xat rejasi, ex.8–9 yozish va Check it out!) — asosiy; Solutions Pre-Intermediate p. 39 (An informal letter: Andy'ning xati, Writing Strategy, taklif iboralari); Solutions Intermediate p. 27 (Claudia blogi — suhbat ohangi)</w:t>
            </w:r>
          </w:p>
          <w:p>
            <w:pPr>
              <w:spacing w:after="40"/>
            </w:pPr>
            <w:r>
              <w:rPr>
                <w:b/>
                <w:i w:val="0"/>
                <w:sz w:val="18"/>
              </w:rPr>
              <w:t xml:space="preserve">Jihozlar: </w:t>
            </w:r>
            <w:r>
              <w:rPr>
                <w:b w:val="0"/>
                <w:i w:val="0"/>
                <w:sz w:val="18"/>
              </w:rPr>
              <w:t>Vocabulary sheet (31 items), matching worksheet (Groups A and B), slides, flashcards with audio (sozlar.com/vocab); Laser B1+ pp. 12–13; Writing Planner 1 (p. 155)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Finish the letter to Dean (120–180 words) and tick the Check it out! list on p. 13.</w:t>
            </w:r>
          </w:p>
          <w:p>
            <w:pPr>
              <w:spacing w:after="40"/>
            </w:pPr>
            <w:r>
              <w:rPr>
                <w:b w:val="0"/>
                <w:i w:val="0"/>
                <w:sz w:val="19"/>
              </w:rPr>
              <w:t>• Learn the 31 items with the flashcards: sozlar.com/vocab/cards/?set=grade10-lesson7</w:t>
            </w:r>
          </w:p>
          <w:p>
            <w:pPr>
              <w:spacing w:after="40"/>
            </w:pPr>
            <w:r>
              <w:rPr>
                <w:b w:val="0"/>
                <w:i w:val="0"/>
                <w:sz w:val="19"/>
              </w:rPr>
              <w:t>• Plan homework: write the informal letter (Laser B1+ p. 13, ex. 8).</w:t>
            </w:r>
          </w:p>
        </w:tc>
      </w:tr>
    </w:tbl>
    <w:p>
      <w:pPr>
        <w:spacing w:after="40"/>
      </w:pPr>
      <w:r>
        <w:rPr>
          <w:b/>
          <w:sz w:val="18"/>
        </w:rPr>
        <w:t xml:space="preserve">Farqlash: </w:t>
      </w:r>
      <w:r>
        <w:rPr>
          <w:i/>
          <w:sz w:val="18"/>
        </w:rPr>
        <w:t>Fast finishers finish the whole letter and count the words; weaker students use the model answer 'Dear Dean' as a frame and change the details.</w:t>
      </w:r>
    </w:p>
    <w:p>
      <w:r>
        <w:br w:type="page"/>
      </w:r>
    </w:p>
    <w:p>
      <w:pPr>
        <w:spacing w:before="80" w:after="60"/>
      </w:pPr>
      <w:r>
        <w:rPr>
          <w:b/>
          <w:color w:val="0B6E5F"/>
          <w:sz w:val="24"/>
        </w:rPr>
        <w:t>Daily Lesson Plan · 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Reading: A Short History of Transport</w:t>
            </w:r>
            <w:r>
              <w:rPr>
                <w:b w:val="0"/>
                <w:i w:val="0"/>
                <w:sz w:val="19"/>
              </w:rPr>
              <w:t xml:space="preserve"> (O‘qish: transportning qisqa tarixi)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transport tarixi haqidagi qomusiy maqoladan sana va raqamlarni topishni, A–D tanlovli savollarga javob berishni hamda ixtirolar va «birinchilar»ga oid o‘n ikkita iborani o‘rganadi.</w:t>
            </w:r>
          </w:p>
          <w:p>
            <w:pPr>
              <w:spacing w:after="40"/>
            </w:pPr>
            <w:r>
              <w:rPr>
                <w:b/>
                <w:i w:val="0"/>
                <w:sz w:val="19"/>
              </w:rPr>
              <w:t xml:space="preserve">b) Tarbiyaviy: </w:t>
            </w:r>
            <w:r>
              <w:rPr>
                <w:b w:val="0"/>
                <w:i w:val="0"/>
                <w:sz w:val="19"/>
              </w:rPr>
              <w:t>Insoniyat ixtirolari va kashfiyotchilar mehnatini qadrlash, ilm-fanga qiziqishni oshirish.</w:t>
            </w:r>
          </w:p>
          <w:p>
            <w:pPr>
              <w:spacing w:after="40"/>
            </w:pPr>
            <w:r>
              <w:rPr>
                <w:b/>
                <w:i w:val="0"/>
                <w:sz w:val="19"/>
              </w:rPr>
              <w:t xml:space="preserve">c) Rivojlantiruvchi: </w:t>
            </w:r>
            <w:r>
              <w:rPr>
                <w:b w:val="0"/>
                <w:i w:val="0"/>
                <w:sz w:val="19"/>
              </w:rPr>
              <w:t>Matnni tez ko‘zdan kechirish (skimming, scanning), javobni matndagi satr bilan asoslash va fikrni sabab bilan himoya qilish ko‘nikmasini rivojlantirish.</w:t>
            </w:r>
          </w:p>
        </w:tc>
        <w:tc>
          <w:tcPr>
            <w:tcW w:type="dxa" w:w="5443"/>
          </w:tcPr>
          <w:p>
            <w:pPr>
              <w:spacing w:after="40"/>
            </w:pPr>
            <w:r/>
            <w:r>
              <w:rPr>
                <w:b/>
                <w:i w:val="0"/>
                <w:sz w:val="18"/>
              </w:rPr>
              <w:t xml:space="preserve">1. Lead-in (Kirish) — 3 daqiqa. </w:t>
            </w:r>
            <w:r>
              <w:rPr>
                <w:b w:val="0"/>
                <w:i w:val="0"/>
                <w:sz w:val="18"/>
              </w:rPr>
              <w:t>Ask the three questions from the top of p. 14; students guess in pairs.</w:t>
            </w:r>
          </w:p>
          <w:p>
            <w:pPr>
              <w:spacing w:after="40"/>
            </w:pPr>
            <w:r>
              <w:rPr>
                <w:b/>
                <w:i w:val="0"/>
                <w:sz w:val="18"/>
              </w:rPr>
              <w:t xml:space="preserve">2. Presentation (4 blocks) (Yangi so‘zlar taqdimoti (4 blok)) — 9 daqiqa. </w:t>
            </w:r>
            <w:r>
              <w:rPr>
                <w:b w:val="0"/>
                <w:i w:val="0"/>
                <w:sz w:val="18"/>
              </w:rPr>
              <w:t>Present A early travel (9), B balloons and railways (11), C bikes, cars and planes (7), D into space (5).</w:t>
            </w:r>
          </w:p>
          <w:p>
            <w:pPr>
              <w:spacing w:after="40"/>
            </w:pPr>
            <w:r>
              <w:rPr>
                <w:b/>
                <w:i w:val="0"/>
                <w:sz w:val="18"/>
              </w:rPr>
              <w:t xml:space="preserve">3. Skim and check (ex.1) (Ko‘zdan kechirish va tekshirish (ex.1)) — 3 daqiqa. </w:t>
            </w:r>
            <w:r>
              <w:rPr>
                <w:b w:val="0"/>
                <w:i w:val="0"/>
                <w:sz w:val="18"/>
              </w:rPr>
              <w:t>Three minutes: read and check the guesses.</w:t>
            </w:r>
          </w:p>
          <w:p>
            <w:pPr>
              <w:spacing w:after="40"/>
            </w:pPr>
            <w:r>
              <w:rPr>
                <w:b/>
                <w:i w:val="0"/>
                <w:sz w:val="18"/>
              </w:rPr>
              <w:t xml:space="preserve">4. Scan for numbers (ex.2) (Raqamlarni topish (ex.2)) — 3 daqiqa. </w:t>
            </w:r>
            <w:r>
              <w:rPr>
                <w:b w:val="0"/>
                <w:i w:val="0"/>
                <w:sz w:val="18"/>
              </w:rPr>
              <w:t>Race: first pair to finish all four numbers wins.</w:t>
            </w:r>
          </w:p>
          <w:p>
            <w:pPr>
              <w:spacing w:after="40"/>
            </w:pPr>
            <w:r>
              <w:rPr>
                <w:b/>
                <w:i w:val="0"/>
                <w:sz w:val="18"/>
              </w:rPr>
              <w:t xml:space="preserve">5. Multiple choice (ex.3, recycle 1) (Tanlovli savollar (ex.3, takrorlash 1)) — 9 daqiqa. </w:t>
            </w:r>
            <w:r>
              <w:rPr>
                <w:b w:val="0"/>
                <w:i w:val="0"/>
                <w:sz w:val="18"/>
              </w:rPr>
              <w:t>Students do ex.3 alone, then justify each answer with a line from the text.</w:t>
            </w:r>
          </w:p>
          <w:p>
            <w:pPr>
              <w:spacing w:after="40"/>
            </w:pPr>
            <w:r>
              <w:rPr>
                <w:b/>
                <w:i w:val="0"/>
                <w:sz w:val="18"/>
              </w:rPr>
              <w:t xml:space="preserve">6. Have your say! (recycle 2) (Have your say! (takrorlash 2)) — 6 daqiqa. </w:t>
            </w:r>
            <w:r>
              <w:rPr>
                <w:b w:val="0"/>
                <w:i w:val="0"/>
                <w:sz w:val="18"/>
              </w:rPr>
              <w:t>Groups of three choose the most important form of transport and present one reason and one example.</w:t>
            </w:r>
          </w:p>
          <w:p>
            <w:pPr>
              <w:spacing w:after="40"/>
            </w:pPr>
            <w:r>
              <w:rPr>
                <w:b/>
                <w:i w:val="0"/>
                <w:sz w:val="18"/>
              </w:rPr>
              <w:t xml:space="preserve">7. Matching activity (Moslashtirish mashqi) — 8 daqiqa. </w:t>
            </w:r>
            <w:r>
              <w:rPr>
                <w:b w:val="0"/>
                <w:i w:val="0"/>
                <w:sz w:val="18"/>
              </w:rPr>
              <w:t>Matching worksheet; Group A and B, then swap.</w:t>
            </w:r>
          </w:p>
          <w:p>
            <w:pPr>
              <w:spacing w:after="40"/>
            </w:pPr>
            <w:r>
              <w:rPr>
                <w:b/>
                <w:i w:val="0"/>
                <w:sz w:val="18"/>
              </w:rPr>
              <w:t xml:space="preserve">8. Feedback and homework (Xatolar tahlili va uyga vazifa) — 4 daqiqa. </w:t>
            </w:r>
            <w:r>
              <w:rPr>
                <w:b w:val="0"/>
                <w:i w:val="0"/>
                <w:sz w:val="18"/>
              </w:rPr>
              <w:t>Correct dates said as 'one thousand seven hundred eighty-three'; set homework.</w:t>
            </w:r>
          </w:p>
          <w:p>
            <w:pPr>
              <w:spacing w:after="40"/>
            </w:pPr>
            <w:r>
              <w:rPr>
                <w:b/>
                <w:i w:val="0"/>
                <w:sz w:val="18"/>
              </w:rPr>
              <w:t xml:space="preserve">Metodlar: </w:t>
            </w:r>
            <w:r>
              <w:rPr>
                <w:b w:val="0"/>
                <w:i/>
                <w:sz w:val="18"/>
              </w:rPr>
              <w:t>taxmin qilish va tekshirish, musobaqa (raqamlarni tez topish), javobni matndan asoslash, uch kishilik guruhda muhokama va taqdimot, moslashtirish varaqasi (A va B guruh)</w:t>
            </w:r>
          </w:p>
        </w:tc>
        <w:tc>
          <w:tcPr>
            <w:tcW w:type="dxa" w:w="2835"/>
          </w:tcPr>
          <w:p>
            <w:pPr>
              <w:spacing w:after="40"/>
            </w:pPr>
            <w:r/>
            <w:r>
              <w:rPr>
                <w:b w:val="0"/>
                <w:i w:val="0"/>
                <w:sz w:val="19"/>
              </w:rPr>
              <w:t>O‘quvchilar dars oxirida:</w:t>
            </w:r>
          </w:p>
          <w:p>
            <w:pPr>
              <w:spacing w:after="40"/>
            </w:pPr>
            <w:r>
              <w:rPr>
                <w:b w:val="0"/>
                <w:i w:val="0"/>
                <w:sz w:val="19"/>
              </w:rPr>
              <w:t>• ikki daqiqadan kam vaqtda matndan raqam va sanalarni topa oladi (ex. 2);</w:t>
            </w:r>
          </w:p>
          <w:p>
            <w:pPr>
              <w:spacing w:after="40"/>
            </w:pPr>
            <w:r>
              <w:rPr>
                <w:b w:val="0"/>
                <w:i w:val="0"/>
                <w:sz w:val="19"/>
              </w:rPr>
              <w:t>• A–D dan eng to‘g‘ri javobni tanlab, uni matndagi satr bilan asoslay oladi (ex. 3);</w:t>
            </w:r>
          </w:p>
          <w:p>
            <w:pPr>
              <w:spacing w:after="40"/>
            </w:pPr>
            <w:r>
              <w:rPr>
                <w:b w:val="0"/>
                <w:i w:val="0"/>
                <w:sz w:val="19"/>
              </w:rPr>
              <w:t>• ixtirolar va «birinchilar»ga oid o‘n ikkita iborani ishlata oladi;</w:t>
            </w:r>
          </w:p>
          <w:p>
            <w:pPr>
              <w:spacing w:after="40"/>
            </w:pPr>
            <w:r>
              <w:rPr>
                <w:b w:val="0"/>
                <w:i w:val="0"/>
                <w:sz w:val="19"/>
              </w:rPr>
              <w:t>• qaysi transport hayotimizga ko‘proq ta’sir qilgani haqida sabab bilan fikr bildira oladi (Have your say!).</w:t>
            </w:r>
          </w:p>
        </w:tc>
        <w:tc>
          <w:tcPr>
            <w:tcW w:type="dxa" w:w="3175"/>
          </w:tcPr>
          <w:p>
            <w:pPr>
              <w:spacing w:after="40"/>
            </w:pPr>
            <w:r/>
            <w:r>
              <w:rPr>
                <w:b w:val="0"/>
                <w:i w:val="0"/>
                <w:sz w:val="18"/>
              </w:rPr>
              <w:t>Laser B1+ SB pp. 14–15 (Unit 2 The open road — Reading: 'transport' qomusiy maqolasi: chang‘i, g‘ildirak va arava, ot, havo shari, temir yo‘l, pedalli velosiped, benzinli avtomobil, samolyot, kosmik transport; ex.1 savollar, ex.2 raqamlar, ex.3 A–D tanlov, Have your say!) — asosiy; Solutions Pre-Intermediate p. 20 (past continuous — vokzaldagi manzara)</w:t>
            </w:r>
          </w:p>
          <w:p>
            <w:pPr>
              <w:spacing w:after="40"/>
            </w:pPr>
            <w:r>
              <w:rPr>
                <w:b/>
                <w:i w:val="0"/>
                <w:sz w:val="18"/>
              </w:rPr>
              <w:t xml:space="preserve">Jihozlar: </w:t>
            </w:r>
            <w:r>
              <w:rPr>
                <w:b w:val="0"/>
                <w:i w:val="0"/>
                <w:sz w:val="18"/>
              </w:rPr>
              <w:t>Vocabulary sheet (32 items), matching worksheet (Groups A and B), slides, flashcards with audio (sozlar.com/vocab); Laser B1+ pp. 14–15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Unit 2 reading page.</w:t>
            </w:r>
          </w:p>
          <w:p>
            <w:pPr>
              <w:spacing w:after="40"/>
            </w:pPr>
            <w:r>
              <w:rPr>
                <w:b w:val="0"/>
                <w:i w:val="0"/>
                <w:sz w:val="19"/>
              </w:rPr>
              <w:t>• Learn the 32 items with the flashcards: sozlar.com/vocab/cards/?set=grade10-lesson8</w:t>
            </w:r>
          </w:p>
          <w:p>
            <w:pPr>
              <w:spacing w:after="40"/>
            </w:pPr>
            <w:r>
              <w:rPr>
                <w:b w:val="0"/>
                <w:i w:val="0"/>
                <w:sz w:val="19"/>
              </w:rPr>
              <w:t>• Write 80–100 words: Which form of transport has had the biggest influence on our lives?</w:t>
            </w:r>
          </w:p>
        </w:tc>
      </w:tr>
    </w:tbl>
    <w:p>
      <w:pPr>
        <w:spacing w:after="40"/>
      </w:pPr>
      <w:r>
        <w:rPr>
          <w:b/>
          <w:sz w:val="18"/>
        </w:rPr>
        <w:t xml:space="preserve">Farqlash: </w:t>
      </w:r>
      <w:r>
        <w:rPr>
          <w:i/>
          <w:sz w:val="18"/>
        </w:rPr>
        <w:t>Fast finishers write a short timeline (eight dates) for a poster; weaker students do ex.2 and the five questions on the lesson page instead of ex.3.</w:t>
      </w:r>
    </w:p>
    <w:p>
      <w:r>
        <w:br w:type="page"/>
      </w:r>
    </w:p>
    <w:p>
      <w:pPr>
        <w:spacing w:before="80" w:after="60"/>
      </w:pPr>
      <w:r>
        <w:rPr>
          <w:b/>
          <w:color w:val="0B6E5F"/>
          <w:sz w:val="24"/>
        </w:rPr>
        <w:t>Daily Lesson Plan · 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16.09.2026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Transport</w:t>
            </w:r>
            <w:r>
              <w:rPr>
                <w:b w:val="0"/>
                <w:i w:val="0"/>
                <w:sz w:val="19"/>
              </w:rPr>
              <w:t xml:space="preserve"> (So‘zlar qutisi: transport)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transport turlari va ularning qismlarini nomlash va ta’riflashni (hydrofoil, vehicle, hovercraft, rails, cart, pedal), vokzal manzarasini past continuous bilan tasvirlashni hamda transportga oid ot va sifatlarni yasashni o‘rganadi.</w:t>
            </w:r>
          </w:p>
          <w:p>
            <w:pPr>
              <w:spacing w:after="40"/>
            </w:pPr>
            <w:r>
              <w:rPr>
                <w:b/>
                <w:i w:val="0"/>
                <w:sz w:val="19"/>
              </w:rPr>
              <w:t xml:space="preserve">b) Tarbiyaviy: </w:t>
            </w:r>
            <w:r>
              <w:rPr>
                <w:b w:val="0"/>
                <w:i w:val="0"/>
                <w:sz w:val="19"/>
              </w:rPr>
              <w:t>Jamoat joylarida (vokzal, transport) odob-axloq qoidalariga rioya qilish va yo‘lovchilarga hurmat bilan munosabatda bo‘lishga o‘rgatish.</w:t>
            </w:r>
          </w:p>
          <w:p>
            <w:pPr>
              <w:spacing w:after="40"/>
            </w:pPr>
            <w:r>
              <w:rPr>
                <w:b/>
                <w:i w:val="0"/>
                <w:sz w:val="19"/>
              </w:rPr>
              <w:t xml:space="preserve">c) Rivojlantiruvchi: </w:t>
            </w:r>
            <w:r>
              <w:rPr>
                <w:b w:val="0"/>
                <w:i w:val="0"/>
                <w:sz w:val="19"/>
              </w:rPr>
              <w:t>Ta’rif tuzish, so‘z yasash qonuniyatini ko‘rish va in my opinion / on the other hand bilan fikrni himoya qilish ko‘nikmasini rivojlantirish.</w:t>
            </w:r>
          </w:p>
        </w:tc>
        <w:tc>
          <w:tcPr>
            <w:tcW w:type="dxa" w:w="5443"/>
          </w:tcPr>
          <w:p>
            <w:pPr>
              <w:spacing w:after="40"/>
            </w:pPr>
            <w:r/>
            <w:r>
              <w:rPr>
                <w:b/>
                <w:i w:val="0"/>
                <w:sz w:val="18"/>
              </w:rPr>
              <w:t xml:space="preserve">1. Lead-in (Kirish) — 3 daqiqa. </w:t>
            </w:r>
            <w:r>
              <w:rPr>
                <w:b w:val="0"/>
                <w:i w:val="0"/>
                <w:sz w:val="18"/>
              </w:rPr>
              <w:t>Ask: How did you get to school today? How did your grandparents travel when they were young?</w:t>
            </w:r>
          </w:p>
          <w:p>
            <w:pPr>
              <w:spacing w:after="40"/>
            </w:pPr>
            <w:r>
              <w:rPr>
                <w:b/>
                <w:i w:val="0"/>
                <w:sz w:val="18"/>
              </w:rPr>
              <w:t xml:space="preserve">2. Presentation (4 blocks) (Yangi so‘zlar taqdimoti (4 blok)) — 9 daqiqa. </w:t>
            </w:r>
            <w:r>
              <w:rPr>
                <w:b w:val="0"/>
                <w:i w:val="0"/>
                <w:sz w:val="18"/>
              </w:rPr>
              <w:t>Present A vehicles (10), B parts and how they move (9), C at the station (9), D transport and our lives (6).</w:t>
            </w:r>
          </w:p>
          <w:p>
            <w:pPr>
              <w:spacing w:after="40"/>
            </w:pPr>
            <w:r>
              <w:rPr>
                <w:b/>
                <w:i w:val="0"/>
                <w:sz w:val="18"/>
              </w:rPr>
              <w:t xml:space="preserve">3. Book p.15 ex.4 (recycle 1) (Kitob p.15 ex.4 (takrorlash 1)) — 5 daqiqa. </w:t>
            </w:r>
            <w:r>
              <w:rPr>
                <w:b w:val="0"/>
                <w:i w:val="0"/>
                <w:sz w:val="18"/>
              </w:rPr>
              <w:t>Match the six definitions; then students write their own definition for one more vehicle.</w:t>
            </w:r>
          </w:p>
          <w:p>
            <w:pPr>
              <w:spacing w:after="40"/>
            </w:pPr>
            <w:r>
              <w:rPr>
                <w:b/>
                <w:i w:val="0"/>
                <w:sz w:val="18"/>
              </w:rPr>
              <w:t xml:space="preserve">4. Word formation (recycle 2) (So‘z yasash (takrorlash 2)) — 8 daqiqa. </w:t>
            </w:r>
            <w:r>
              <w:rPr>
                <w:b w:val="0"/>
                <w:i w:val="0"/>
                <w:sz w:val="18"/>
              </w:rPr>
              <w:t>Hand out the word-formation worksheet (ten items). Check and write the suffixes on the board.</w:t>
            </w:r>
          </w:p>
          <w:p>
            <w:pPr>
              <w:spacing w:after="40"/>
            </w:pPr>
            <w:r>
              <w:rPr>
                <w:b/>
                <w:i w:val="0"/>
                <w:sz w:val="18"/>
              </w:rPr>
              <w:t xml:space="preserve">5. Station scene (recycle 3) (Vokzal manzarasi (takrorlash 3)) — 5 daqiqa. </w:t>
            </w:r>
            <w:r>
              <w:rPr>
                <w:b w:val="0"/>
                <w:i w:val="0"/>
                <w:sz w:val="18"/>
              </w:rPr>
              <w:t>Solutions p. 20 idea: students write four sentences about a busy station in the past continuous.</w:t>
            </w:r>
          </w:p>
          <w:p>
            <w:pPr>
              <w:spacing w:after="40"/>
            </w:pPr>
            <w:r>
              <w:rPr>
                <w:b/>
                <w:i w:val="0"/>
                <w:sz w:val="18"/>
              </w:rPr>
              <w:t xml:space="preserve">6. Have your say! — 7 daqiqa. </w:t>
            </w:r>
            <w:r>
              <w:rPr>
                <w:b w:val="0"/>
                <w:i w:val="0"/>
                <w:sz w:val="18"/>
              </w:rPr>
              <w:t>Groups of three: each student defends one form of transport; the group votes.</w:t>
            </w:r>
          </w:p>
          <w:p>
            <w:pPr>
              <w:spacing w:after="40"/>
            </w:pPr>
            <w:r>
              <w:rPr>
                <w:b/>
                <w:i w:val="0"/>
                <w:sz w:val="18"/>
              </w:rPr>
              <w:t xml:space="preserve">7. Getting around — reading (recycle 4) (O‘qish — Getting around (takrorlash 4)) — 6 daqiqa. </w:t>
            </w:r>
            <w:r>
              <w:rPr>
                <w:b w:val="0"/>
                <w:i w:val="0"/>
                <w:sz w:val="18"/>
              </w:rPr>
              <w:t>Students read the short text on the lesson page and answer the four questions.</w:t>
            </w:r>
          </w:p>
          <w:p>
            <w:pPr>
              <w:spacing w:after="40"/>
            </w:pPr>
            <w:r>
              <w:rPr>
                <w:b/>
                <w:i w:val="0"/>
                <w:sz w:val="18"/>
              </w:rPr>
              <w:t xml:space="preserve">8. Feedback and homework (Xatolar tahlili va uyga vazifa) — 2 daqiqa. </w:t>
            </w:r>
            <w:r>
              <w:rPr>
                <w:b w:val="0"/>
                <w:i w:val="0"/>
                <w:sz w:val="18"/>
              </w:rPr>
              <w:t>Correct 'a vehicle' pronounced with /h/; set homework.</w:t>
            </w:r>
          </w:p>
          <w:p>
            <w:pPr>
              <w:spacing w:after="40"/>
            </w:pPr>
            <w:r>
              <w:rPr>
                <w:b/>
                <w:i w:val="0"/>
                <w:sz w:val="18"/>
              </w:rPr>
              <w:t xml:space="preserve">Metodlar: </w:t>
            </w:r>
            <w:r>
              <w:rPr>
                <w:b w:val="0"/>
                <w:i/>
                <w:sz w:val="18"/>
              </w:rPr>
              <w:t>ta’rif bo‘yicha so‘z topish, so‘z yasash varaqasi, rasm (manzara) tasviri, munozara va ovoz berish, matn bo‘yicha savol-javob</w:t>
            </w:r>
          </w:p>
        </w:tc>
        <w:tc>
          <w:tcPr>
            <w:tcW w:type="dxa" w:w="2835"/>
          </w:tcPr>
          <w:p>
            <w:pPr>
              <w:spacing w:after="40"/>
            </w:pPr>
            <w:r/>
            <w:r>
              <w:rPr>
                <w:b w:val="0"/>
                <w:i w:val="0"/>
                <w:sz w:val="19"/>
              </w:rPr>
              <w:t>O‘quvchilar dars oxirida:</w:t>
            </w:r>
          </w:p>
          <w:p>
            <w:pPr>
              <w:spacing w:after="40"/>
            </w:pPr>
            <w:r>
              <w:rPr>
                <w:b w:val="0"/>
                <w:i w:val="0"/>
                <w:sz w:val="19"/>
              </w:rPr>
              <w:t>• Laser p. 15 ex. 4 dagi oltita ta’rifni so‘zga moslay oladi;</w:t>
            </w:r>
          </w:p>
          <w:p>
            <w:pPr>
              <w:spacing w:after="40"/>
            </w:pPr>
            <w:r>
              <w:rPr>
                <w:b w:val="0"/>
                <w:i w:val="0"/>
                <w:sz w:val="19"/>
              </w:rPr>
              <w:t>• gavjum vokzal manzarasini past continuous bilan to‘rt gapda tasvirlay oladi (Solutions p. 20);</w:t>
            </w:r>
          </w:p>
          <w:p>
            <w:pPr>
              <w:spacing w:after="40"/>
            </w:pPr>
            <w:r>
              <w:rPr>
                <w:b w:val="0"/>
                <w:i w:val="0"/>
                <w:sz w:val="19"/>
              </w:rPr>
              <w:t>• o‘zakdan o‘nta so‘z yasay oladi (invention, passenger, flight…);</w:t>
            </w:r>
          </w:p>
          <w:p>
            <w:pPr>
              <w:spacing w:after="40"/>
            </w:pPr>
            <w:r>
              <w:rPr>
                <w:b w:val="0"/>
                <w:i w:val="0"/>
                <w:sz w:val="19"/>
              </w:rPr>
              <w:t>• in my opinion / on the other hand bilan bitta transport turini himoya qila oladi.</w:t>
            </w:r>
          </w:p>
        </w:tc>
        <w:tc>
          <w:tcPr>
            <w:tcW w:type="dxa" w:w="3175"/>
          </w:tcPr>
          <w:p>
            <w:pPr>
              <w:spacing w:after="40"/>
            </w:pPr>
            <w:r/>
            <w:r>
              <w:rPr>
                <w:b w:val="0"/>
                <w:i w:val="0"/>
                <w:sz w:val="18"/>
              </w:rPr>
              <w:t>Laser B1+ SB pp. 14–15 (ex.4 ta’riflar: hydrofoil, vehicle, hovercraft, rails, cart, pedal; «Have your say!» muhokama) — asosiy; Solutions Pre-Intermediate p. 20 (past continuous matni — vokzal: platform, travellers, catch trains, carry heavy bags, wave goodbye)</w:t>
            </w:r>
          </w:p>
          <w:p>
            <w:pPr>
              <w:spacing w:after="40"/>
            </w:pPr>
            <w:r>
              <w:rPr>
                <w:b/>
                <w:i w:val="0"/>
                <w:sz w:val="18"/>
              </w:rPr>
              <w:t xml:space="preserve">Jihozlar: </w:t>
            </w:r>
            <w:r>
              <w:rPr>
                <w:b w:val="0"/>
                <w:i w:val="0"/>
                <w:sz w:val="18"/>
              </w:rPr>
              <w:t>Vocabulary sheet (34 items), word-formation worksheet, slides, flashcards with audio (sozlar.com/vocab); Laser B1+ pp. 14–15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pp. 11–12, ex. 1–2.</w:t>
            </w:r>
          </w:p>
          <w:p>
            <w:pPr>
              <w:spacing w:after="40"/>
            </w:pPr>
            <w:r>
              <w:rPr>
                <w:b w:val="0"/>
                <w:i w:val="0"/>
                <w:sz w:val="19"/>
              </w:rPr>
              <w:t>• Learn the 34 items with the flashcards: sozlar.com/vocab/cards/?set=grade10-lesson9</w:t>
            </w:r>
          </w:p>
          <w:p>
            <w:pPr>
              <w:spacing w:after="40"/>
            </w:pPr>
            <w:r>
              <w:rPr>
                <w:b w:val="0"/>
                <w:i w:val="0"/>
                <w:sz w:val="19"/>
              </w:rPr>
              <w:t>• Write 100 words: the form of transport that has had the biggest influence on our lives.</w:t>
            </w:r>
          </w:p>
        </w:tc>
      </w:tr>
    </w:tbl>
    <w:p>
      <w:pPr>
        <w:spacing w:after="40"/>
      </w:pPr>
      <w:r>
        <w:rPr>
          <w:b/>
          <w:sz w:val="18"/>
        </w:rPr>
        <w:t xml:space="preserve">Farqlash: </w:t>
      </w:r>
      <w:r>
        <w:rPr>
          <w:i/>
          <w:sz w:val="18"/>
        </w:rPr>
        <w:t>Fast finishers make a 'transport quiz' of six definitions for the class; weaker students do ex. 4 and the first five word-formation items.</w:t>
      </w:r>
    </w:p>
    <w:p>
      <w:r>
        <w:br w:type="page"/>
      </w:r>
    </w:p>
    <w:p>
      <w:pPr>
        <w:spacing w:before="80" w:after="60"/>
      </w:pPr>
      <w:r>
        <w:rPr>
          <w:b/>
          <w:color w:val="0B6E5F"/>
          <w:sz w:val="24"/>
        </w:rPr>
        <w:t>Daily Lesson Plan · 10-dars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17.09.2026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Clinic: Past Tense Review</w:t>
            </w:r>
            <w:r>
              <w:rPr>
                <w:b w:val="0"/>
                <w:i w:val="0"/>
                <w:sz w:val="19"/>
              </w:rPr>
              <w:t xml:space="preserve"> (O‘tgan zamonlar takrori (Past Simple va Past Continuous))</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past simple va past continuous zamonlarini bir martalik, davom etayotgan, takrorlangan harakat va o‘tgan holat uchun to‘g‘ri tanlashni hamda hikoyani when, while, as bilan bog‘lashni o‘rganadi.</w:t>
            </w:r>
          </w:p>
          <w:p>
            <w:pPr>
              <w:spacing w:after="40"/>
            </w:pPr>
            <w:r>
              <w:rPr>
                <w:b/>
                <w:i w:val="0"/>
                <w:sz w:val="19"/>
              </w:rPr>
              <w:t xml:space="preserve">b) Tarbiyaviy: </w:t>
            </w:r>
            <w:r>
              <w:rPr>
                <w:b w:val="0"/>
                <w:i w:val="0"/>
                <w:sz w:val="19"/>
              </w:rPr>
              <w:t>Yangi ko‘nikmani (masalan, velosiped haydash) o‘rganishdagi sabr-toqat va qat’iyatni qadrlashga o‘rgatish.</w:t>
            </w:r>
          </w:p>
          <w:p>
            <w:pPr>
              <w:spacing w:after="40"/>
            </w:pPr>
            <w:r>
              <w:rPr>
                <w:b/>
                <w:i w:val="0"/>
                <w:sz w:val="19"/>
              </w:rPr>
              <w:t xml:space="preserve">c) Rivojlantiruvchi: </w:t>
            </w:r>
            <w:r>
              <w:rPr>
                <w:b w:val="0"/>
                <w:i w:val="0"/>
                <w:sz w:val="19"/>
              </w:rPr>
              <w:t>Vaqt chizig‘i orqali voqealar ketma-ketligini ko‘rish, xatoni topib tuzatish va izchil hikoya qilib berish ko‘nikmasini rivojlantirish.</w:t>
            </w:r>
          </w:p>
        </w:tc>
        <w:tc>
          <w:tcPr>
            <w:tcW w:type="dxa" w:w="5443"/>
          </w:tcPr>
          <w:p>
            <w:pPr>
              <w:spacing w:after="40"/>
            </w:pPr>
            <w:r/>
            <w:r>
              <w:rPr>
                <w:b/>
                <w:i w:val="0"/>
                <w:sz w:val="18"/>
              </w:rPr>
              <w:t xml:space="preserve">1. Lead-in (Kirish) — 3 daqiqa. </w:t>
            </w:r>
            <w:r>
              <w:rPr>
                <w:b w:val="0"/>
                <w:i w:val="0"/>
                <w:sz w:val="18"/>
              </w:rPr>
              <w:t>Show a picture of a busy station. Ask: What were people doing when this photo was taken? Write two answers.</w:t>
            </w:r>
          </w:p>
          <w:p>
            <w:pPr>
              <w:spacing w:after="40"/>
            </w:pPr>
            <w:r>
              <w:rPr>
                <w:b/>
                <w:i w:val="0"/>
                <w:sz w:val="18"/>
              </w:rPr>
              <w:t xml:space="preserve">2. Presentation (3 blocks) (Yangi so‘zlar taqdimoti (4 blok)) — 8 daqiqa. </w:t>
            </w:r>
            <w:r>
              <w:rPr>
                <w:b w:val="0"/>
                <w:i w:val="0"/>
                <w:sz w:val="18"/>
              </w:rPr>
              <w:t>Present A travel stories (12), B learning to ride a bike (10), C story linkers (8).</w:t>
            </w:r>
          </w:p>
          <w:p>
            <w:pPr>
              <w:spacing w:after="40"/>
            </w:pPr>
            <w:r>
              <w:rPr>
                <w:b/>
                <w:i w:val="0"/>
                <w:sz w:val="18"/>
              </w:rPr>
              <w:t xml:space="preserve">3. Language focus (Til fokusi — qoida va vaqt chizig‘i) — 5 daqiqa. </w:t>
            </w:r>
            <w:r>
              <w:rPr>
                <w:b w:val="0"/>
                <w:i w:val="0"/>
                <w:sz w:val="18"/>
              </w:rPr>
              <w:t>Show the rules slide; draw the timeline: long line (past continuous) + X (past simple).</w:t>
            </w:r>
          </w:p>
          <w:p>
            <w:pPr>
              <w:spacing w:after="40"/>
            </w:pPr>
            <w:r>
              <w:rPr>
                <w:b/>
                <w:i w:val="0"/>
                <w:sz w:val="18"/>
              </w:rPr>
              <w:t xml:space="preserve">4. Book p.16 ex.1–5 (recycle 1) (Kitob p.16 ex.1–5 (takrorlash 1)) — 12 daqiqa. </w:t>
            </w:r>
            <w:r>
              <w:rPr>
                <w:b w:val="0"/>
                <w:i w:val="0"/>
                <w:sz w:val="18"/>
              </w:rPr>
              <w:t>ex.1–2 in pairs (4 min), ex.3 and ex.4 alone (4 min), ex.5 in pairs (4 min). Check key answers.</w:t>
            </w:r>
          </w:p>
          <w:p>
            <w:pPr>
              <w:spacing w:after="40"/>
            </w:pPr>
            <w:r>
              <w:rPr>
                <w:b/>
                <w:i w:val="0"/>
                <w:sz w:val="18"/>
              </w:rPr>
              <w:t xml:space="preserve">5. The night train (recycle 2) (Tungi poyezd — o‘qish (takrorlash 2)) — 5 daqiqa. </w:t>
            </w:r>
            <w:r>
              <w:rPr>
                <w:b w:val="0"/>
                <w:i w:val="0"/>
                <w:sz w:val="18"/>
              </w:rPr>
              <w:t>Students read the short story on the lesson page, underline every past continuous and answer the five questions.</w:t>
            </w:r>
          </w:p>
          <w:p>
            <w:pPr>
              <w:spacing w:after="40"/>
            </w:pPr>
            <w:r>
              <w:rPr>
                <w:b/>
                <w:i w:val="0"/>
                <w:sz w:val="18"/>
              </w:rPr>
              <w:t xml:space="preserve">6. Speaking — learning to ride (ex.6, recycle 3) (Gapirish — velosiped haydashni o‘rganish (ex.6, takrorlash 3)) — 7 daqiqa. </w:t>
            </w:r>
            <w:r>
              <w:rPr>
                <w:b w:val="0"/>
                <w:i w:val="0"/>
                <w:sz w:val="18"/>
              </w:rPr>
              <w:t>Pairs tell each other about learning a skill; three students tell the class.</w:t>
            </w:r>
          </w:p>
          <w:p>
            <w:pPr>
              <w:spacing w:after="40"/>
            </w:pPr>
            <w:r>
              <w:rPr>
                <w:b/>
                <w:i w:val="0"/>
                <w:sz w:val="18"/>
              </w:rPr>
              <w:t xml:space="preserve">7. Matching activity (short) (Moslashtirish mashqi (qisqa)) — 3 daqiqa. </w:t>
            </w:r>
            <w:r>
              <w:rPr>
                <w:b w:val="0"/>
                <w:i w:val="0"/>
                <w:sz w:val="18"/>
              </w:rPr>
              <w:t>Matching worksheet — Group A only; Group B as homework.</w:t>
            </w:r>
          </w:p>
          <w:p>
            <w:pPr>
              <w:spacing w:after="40"/>
            </w:pPr>
            <w:r>
              <w:rPr>
                <w:b/>
                <w:i w:val="0"/>
                <w:sz w:val="18"/>
              </w:rPr>
              <w:t xml:space="preserve">8. Feedback and homework (Xatolar tahlili va uyga vazifa) — 2 daqiqa. </w:t>
            </w:r>
            <w:r>
              <w:rPr>
                <w:b w:val="0"/>
                <w:i w:val="0"/>
                <w:sz w:val="18"/>
              </w:rPr>
              <w:t>Correct 'I was knowing'; set homework.</w:t>
            </w:r>
          </w:p>
          <w:p>
            <w:pPr>
              <w:spacing w:after="40"/>
            </w:pPr>
            <w:r>
              <w:rPr>
                <w:b/>
                <w:i w:val="0"/>
                <w:sz w:val="18"/>
              </w:rPr>
              <w:t xml:space="preserve">Metodlar: </w:t>
            </w:r>
            <w:r>
              <w:rPr>
                <w:b w:val="0"/>
                <w:i/>
                <w:sz w:val="18"/>
              </w:rPr>
              <w:t>rasm asosida savol-javob, vaqt chizig‘i (timeline), xatoni topish va tuzatish, matndan grammatik shaklni topish, juftlikda hikoya qilish</w:t>
            </w:r>
          </w:p>
        </w:tc>
        <w:tc>
          <w:tcPr>
            <w:tcW w:type="dxa" w:w="2835"/>
          </w:tcPr>
          <w:p>
            <w:pPr>
              <w:spacing w:after="40"/>
            </w:pPr>
            <w:r/>
            <w:r>
              <w:rPr>
                <w:b w:val="0"/>
                <w:i w:val="0"/>
                <w:sz w:val="19"/>
              </w:rPr>
              <w:t>O‘quvchilar dars oxirida:</w:t>
            </w:r>
          </w:p>
          <w:p>
            <w:pPr>
              <w:spacing w:after="40"/>
            </w:pPr>
            <w:r>
              <w:rPr>
                <w:b w:val="0"/>
                <w:i w:val="0"/>
                <w:sz w:val="19"/>
              </w:rPr>
              <w:t>• o‘tgan zamonlarning to‘rtta qo‘llanishini transport matnidagi misollarga moslay oladi (ex. 1–2);</w:t>
            </w:r>
          </w:p>
          <w:p>
            <w:pPr>
              <w:spacing w:after="40"/>
            </w:pPr>
            <w:r>
              <w:rPr>
                <w:b w:val="0"/>
                <w:i w:val="0"/>
                <w:sz w:val="19"/>
              </w:rPr>
              <w:t>• to‘rtta zamon xatosini tuzatib, to‘g‘ri gapni topa oladi (ex. 4);</w:t>
            </w:r>
          </w:p>
          <w:p>
            <w:pPr>
              <w:spacing w:after="40"/>
            </w:pPr>
            <w:r>
              <w:rPr>
                <w:b w:val="0"/>
                <w:i w:val="0"/>
                <w:sz w:val="19"/>
              </w:rPr>
              <w:t>• «Learning to ride!» hikoyasini to‘ldira oladi (ex. 5);</w:t>
            </w:r>
          </w:p>
          <w:p>
            <w:pPr>
              <w:spacing w:after="40"/>
            </w:pPr>
            <w:r>
              <w:rPr>
                <w:b w:val="0"/>
                <w:i w:val="0"/>
                <w:sz w:val="19"/>
              </w:rPr>
              <w:t>• while / when / as bilan biror ko‘nikmani o‘rgangani haqida qisqa hikoya qila oladi (ex. 6).</w:t>
            </w:r>
          </w:p>
        </w:tc>
        <w:tc>
          <w:tcPr>
            <w:tcW w:type="dxa" w:w="3175"/>
          </w:tcPr>
          <w:p>
            <w:pPr>
              <w:spacing w:after="40"/>
            </w:pPr>
            <w:r/>
            <w:r>
              <w:rPr>
                <w:b w:val="0"/>
                <w:i w:val="0"/>
                <w:sz w:val="18"/>
              </w:rPr>
              <w:t>Laser B1+ SB p. 16 (Past tense review: ex.1 tushuntirishga moslash — single completed action, action in progress, repeated action, past state; ex.2 matndan misol topish; ex.3 samolyot hikoyasi; ex.4 xatolarni tuzatish; ex.5 'Learning to ride!' matni) — asosiy; Solutions Intermediate p. 10 (Past tense contrast: Jeanne Calment matni) va Solutions Pre-Intermediate pp. 20, 22 (past continuous; while / as / when)</w:t>
            </w:r>
          </w:p>
          <w:p>
            <w:pPr>
              <w:spacing w:after="40"/>
            </w:pPr>
            <w:r>
              <w:rPr>
                <w:b/>
                <w:i w:val="0"/>
                <w:sz w:val="18"/>
              </w:rPr>
              <w:t xml:space="preserve">Jihozlar: </w:t>
            </w:r>
            <w:r>
              <w:rPr>
                <w:b w:val="0"/>
                <w:i w:val="0"/>
                <w:sz w:val="18"/>
              </w:rPr>
              <w:t>Vocabulary sheet (30 items), matching worksheet (Groups A and B), slides, flashcards with audio (sozlar.com/vocab); Laser B1+ p. 16; Grammar database pp. 168–170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12, ex. 1–2.</w:t>
            </w:r>
          </w:p>
          <w:p>
            <w:pPr>
              <w:spacing w:after="40"/>
            </w:pPr>
            <w:r>
              <w:rPr>
                <w:b w:val="0"/>
                <w:i w:val="0"/>
                <w:sz w:val="19"/>
              </w:rPr>
              <w:t>• Learn the 30 items with the flashcards: sozlar.com/vocab/cards/?set=grade10-lesson10</w:t>
            </w:r>
          </w:p>
          <w:p>
            <w:pPr>
              <w:spacing w:after="40"/>
            </w:pPr>
            <w:r>
              <w:rPr>
                <w:b w:val="0"/>
                <w:i w:val="0"/>
                <w:sz w:val="19"/>
              </w:rPr>
              <w:t>• Write a 100-word story: 'I remember one day in particular…' (use at least three past continuous verbs and three linkers from section C).</w:t>
            </w:r>
          </w:p>
        </w:tc>
      </w:tr>
    </w:tbl>
    <w:p>
      <w:pPr>
        <w:spacing w:after="40"/>
      </w:pPr>
      <w:r>
        <w:rPr>
          <w:b/>
          <w:sz w:val="18"/>
        </w:rPr>
        <w:t xml:space="preserve">Farqlash: </w:t>
      </w:r>
      <w:r>
        <w:rPr>
          <w:i/>
          <w:sz w:val="18"/>
        </w:rPr>
        <w:t>Fast finishers write a 100-word story that starts 'It was a cold morning and…' with five words from the lesson (pilot, notice, shout, luckily, in the end…); weaker students complete ex. 3 and the gap fill with the timeline on the board.</w:t>
      </w:r>
    </w:p>
    <w:p>
      <w:r>
        <w:br w:type="page"/>
      </w:r>
    </w:p>
    <w:p>
      <w:pPr>
        <w:spacing w:before="80" w:after="60"/>
      </w:pPr>
      <w:r>
        <w:rPr>
          <w:b/>
          <w:color w:val="0B6E5F"/>
          <w:sz w:val="24"/>
        </w:rPr>
        <w:t>Daily Lesson Plan · 11-dars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Builder: Public Transport</w:t>
            </w:r>
            <w:r>
              <w:rPr>
                <w:b w:val="0"/>
                <w:i w:val="0"/>
                <w:sz w:val="19"/>
              </w:rPr>
              <w:t xml:space="preserve"> (So‘z boyligi: jamoat transporti, adashtiriladigan so‘zlar, birikmalar)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jamoat transportiga oid so‘zlarni (fare, platform, terminal, ferry, coach), adashtiriladigan juftliklarni (travel / journey / trip, miss / lose) va get in / get on birikmalarini to‘g‘ri ishlatishni o‘rganadi.</w:t>
            </w:r>
          </w:p>
          <w:p>
            <w:pPr>
              <w:spacing w:after="40"/>
            </w:pPr>
            <w:r>
              <w:rPr>
                <w:b/>
                <w:i w:val="0"/>
                <w:sz w:val="19"/>
              </w:rPr>
              <w:t xml:space="preserve">b) Tarbiyaviy: </w:t>
            </w:r>
            <w:r>
              <w:rPr>
                <w:b w:val="0"/>
                <w:i w:val="0"/>
                <w:sz w:val="19"/>
              </w:rPr>
              <w:t>Jamoat transportida madaniyatli bo‘lish, safarni oldindan rejalashtirish va vaqtni qadrlashga o‘rgatish.</w:t>
            </w:r>
          </w:p>
          <w:p>
            <w:pPr>
              <w:spacing w:after="40"/>
            </w:pPr>
            <w:r>
              <w:rPr>
                <w:b/>
                <w:i w:val="0"/>
                <w:sz w:val="19"/>
              </w:rPr>
              <w:t xml:space="preserve">c) Rivojlantiruvchi: </w:t>
            </w:r>
            <w:r>
              <w:rPr>
                <w:b w:val="0"/>
                <w:i w:val="0"/>
                <w:sz w:val="19"/>
              </w:rPr>
              <w:t>Ma’nosi yaqin so‘zlarni farqlash, so‘zlarni guruhlash va gapiruvchining nutqidan xulosa chiqarish ko‘nikmasini rivojlantirish.</w:t>
            </w:r>
          </w:p>
        </w:tc>
        <w:tc>
          <w:tcPr>
            <w:tcW w:type="dxa" w:w="5443"/>
          </w:tcPr>
          <w:p>
            <w:pPr>
              <w:spacing w:after="40"/>
            </w:pPr>
            <w:r/>
            <w:r>
              <w:rPr>
                <w:b/>
                <w:i w:val="0"/>
                <w:sz w:val="18"/>
              </w:rPr>
              <w:t xml:space="preserve">1. Lead-in (Kirish) — 3 daqiqa. </w:t>
            </w:r>
            <w:r>
              <w:rPr>
                <w:b w:val="0"/>
                <w:i w:val="0"/>
                <w:sz w:val="18"/>
              </w:rPr>
              <w:t>Ask: How did you travel on your last holiday? What went wrong? Write 'miss' and 'lose' on the board.</w:t>
            </w:r>
          </w:p>
          <w:p>
            <w:pPr>
              <w:spacing w:after="40"/>
            </w:pPr>
            <w:r>
              <w:rPr>
                <w:b/>
                <w:i w:val="0"/>
                <w:sz w:val="18"/>
              </w:rPr>
              <w:t xml:space="preserve">2. Presentation (4 blocks) (Yangi so‘zlar taqdimoti (4 blok)) — 9 daqiqa. </w:t>
            </w:r>
            <w:r>
              <w:rPr>
                <w:b w:val="0"/>
                <w:i w:val="0"/>
                <w:sz w:val="18"/>
              </w:rPr>
              <w:t>Present A public transport (8), B travel, journey or trip? (6), C get in / get on (7), D compound nouns (6).</w:t>
            </w:r>
          </w:p>
          <w:p>
            <w:pPr>
              <w:spacing w:after="40"/>
            </w:pPr>
            <w:r>
              <w:rPr>
                <w:b/>
                <w:i w:val="0"/>
                <w:sz w:val="18"/>
              </w:rPr>
              <w:t xml:space="preserve">3. Language focus — three traps (Til fokusi — uchta tuzoq) — 5 daqiqa. </w:t>
            </w:r>
            <w:r>
              <w:rPr>
                <w:b w:val="0"/>
                <w:i w:val="0"/>
                <w:sz w:val="18"/>
              </w:rPr>
              <w:t>Show the rules slide; draw a car (in) and a bus (on).</w:t>
            </w:r>
          </w:p>
          <w:p>
            <w:pPr>
              <w:spacing w:after="40"/>
            </w:pPr>
            <w:r>
              <w:rPr>
                <w:b/>
                <w:i w:val="0"/>
                <w:sz w:val="18"/>
              </w:rPr>
              <w:t xml:space="preserve">4. Book p.17 ex.1–5 (recycle 1) (Kitob p.17 ex.1–5 (takrorlash 1)) — 13 daqiqa. </w:t>
            </w:r>
            <w:r>
              <w:rPr>
                <w:b w:val="0"/>
                <w:i w:val="0"/>
                <w:sz w:val="18"/>
              </w:rPr>
              <w:t>ex.1–2 pairs (5 min), ex.3 table (4 min), ex.4–5 (5 min). Check quickly.</w:t>
            </w:r>
          </w:p>
          <w:p>
            <w:pPr>
              <w:spacing w:after="40"/>
            </w:pPr>
            <w:r>
              <w:rPr>
                <w:b/>
                <w:i w:val="0"/>
                <w:sz w:val="18"/>
              </w:rPr>
              <w:t xml:space="preserve">5. My last journey (recycle 2) (Mening so‘nggi safarim (takrorlash 2)) — 5 daqiqa. </w:t>
            </w:r>
            <w:r>
              <w:rPr>
                <w:b w:val="0"/>
                <w:i w:val="0"/>
                <w:sz w:val="18"/>
              </w:rPr>
              <w:t>Pairs describe a journey using five words from the lesson.</w:t>
            </w:r>
          </w:p>
          <w:p>
            <w:pPr>
              <w:spacing w:after="40"/>
            </w:pPr>
            <w:r>
              <w:rPr>
                <w:b/>
                <w:i w:val="0"/>
                <w:sz w:val="18"/>
              </w:rPr>
              <w:t xml:space="preserve">6. Matching activity (Moslashtirish mashqi) — 8 daqiqa. </w:t>
            </w:r>
            <w:r>
              <w:rPr>
                <w:b w:val="0"/>
                <w:i w:val="0"/>
                <w:sz w:val="18"/>
              </w:rPr>
              <w:t>Matching worksheet; Group A and B, then swap.</w:t>
            </w:r>
          </w:p>
          <w:p>
            <w:pPr>
              <w:spacing w:after="40"/>
            </w:pPr>
            <w:r>
              <w:rPr>
                <w:b/>
                <w:i w:val="0"/>
                <w:sz w:val="18"/>
              </w:rPr>
              <w:t xml:space="preserve">7. Feedback and homework (Xatolar tahlili va uyga vazifa) — 2 daqiqa. </w:t>
            </w:r>
            <w:r>
              <w:rPr>
                <w:b w:val="0"/>
                <w:i w:val="0"/>
                <w:sz w:val="18"/>
              </w:rPr>
              <w:t>Correct 'I lost the bus'; set homework.</w:t>
            </w:r>
          </w:p>
          <w:p>
            <w:pPr>
              <w:spacing w:after="40"/>
            </w:pPr>
            <w:r>
              <w:rPr>
                <w:b/>
                <w:i w:val="0"/>
                <w:sz w:val="18"/>
              </w:rPr>
              <w:t xml:space="preserve">Metodlar: </w:t>
            </w:r>
            <w:r>
              <w:rPr>
                <w:b w:val="0"/>
                <w:i/>
                <w:sz w:val="18"/>
              </w:rPr>
              <w:t>«uch tuzoq» — chizma bilan tushuntirish, jadvalga ajratish, juftlikda ishlash, shaxsiy tajriba asosida hikoya, moslashtirish varaqasi (A va B guruh)</w:t>
            </w:r>
          </w:p>
        </w:tc>
        <w:tc>
          <w:tcPr>
            <w:tcW w:type="dxa" w:w="2835"/>
          </w:tcPr>
          <w:p>
            <w:pPr>
              <w:spacing w:after="40"/>
            </w:pPr>
            <w:r/>
            <w:r>
              <w:rPr>
                <w:b w:val="0"/>
                <w:i w:val="0"/>
                <w:sz w:val="19"/>
              </w:rPr>
              <w:t>O‘quvchilar dars oxirida:</w:t>
            </w:r>
          </w:p>
          <w:p>
            <w:pPr>
              <w:spacing w:after="40"/>
            </w:pPr>
            <w:r>
              <w:rPr>
                <w:b w:val="0"/>
                <w:i w:val="0"/>
                <w:sz w:val="19"/>
              </w:rPr>
              <w:t>• sakkizta jamoat transporti so‘zini ta’rifiga moslay oladi (ex. 1);</w:t>
            </w:r>
          </w:p>
          <w:p>
            <w:pPr>
              <w:spacing w:after="40"/>
            </w:pPr>
            <w:r>
              <w:rPr>
                <w:b w:val="0"/>
                <w:i w:val="0"/>
                <w:sz w:val="19"/>
              </w:rPr>
              <w:t>• to‘rtta adashtiriladigan juftlikda to‘g‘ri so‘zni tanlay oladi (ex. 2);</w:t>
            </w:r>
          </w:p>
          <w:p>
            <w:pPr>
              <w:spacing w:after="40"/>
            </w:pPr>
            <w:r>
              <w:rPr>
                <w:b w:val="0"/>
                <w:i w:val="0"/>
                <w:sz w:val="19"/>
              </w:rPr>
              <w:t>• o‘n to‘rtta transport turini get in / get out of va get on / get off guruhlariga ajrata oladi (ex. 3);</w:t>
            </w:r>
          </w:p>
          <w:p>
            <w:pPr>
              <w:spacing w:after="40"/>
            </w:pPr>
            <w:r>
              <w:rPr>
                <w:b w:val="0"/>
                <w:i w:val="0"/>
                <w:sz w:val="19"/>
              </w:rPr>
              <w:t>• gapiruvchining so‘zlaridan qaysi transport haqida gap ketayotganini topa oladi (ex. 5).</w:t>
            </w:r>
          </w:p>
        </w:tc>
        <w:tc>
          <w:tcPr>
            <w:tcW w:type="dxa" w:w="3175"/>
          </w:tcPr>
          <w:p>
            <w:pPr>
              <w:spacing w:after="40"/>
            </w:pPr>
            <w:r/>
            <w:r>
              <w:rPr>
                <w:b w:val="0"/>
                <w:i w:val="0"/>
                <w:sz w:val="18"/>
              </w:rPr>
              <w:t>Laser B1+ SB p. 17 (Vocabulary builder: ex.1 Public transport ta’riflari — cabin, taxi rank, fare, airline, underground, platform, terminal, ferry, coach; ex.2 Confusable words — travel/journey, trip/journey, miss/lose, on/in; ex.3 Collocations: get in(to) / get out of — get on / get off; ex.4–5 qo‘shma otlar va kim qaysi transport haqida gapiryapti) — asosiy manba</w:t>
            </w:r>
          </w:p>
          <w:p>
            <w:pPr>
              <w:spacing w:after="40"/>
            </w:pPr>
            <w:r>
              <w:rPr>
                <w:b/>
                <w:i w:val="0"/>
                <w:sz w:val="18"/>
              </w:rPr>
              <w:t xml:space="preserve">Jihozlar: </w:t>
            </w:r>
            <w:r>
              <w:rPr>
                <w:b w:val="0"/>
                <w:i w:val="0"/>
                <w:sz w:val="18"/>
              </w:rPr>
              <w:t>Vocabulary sheet (27 items), matching worksheet (Groups A and B), slides, flashcards with audio (sozlar.com/vocab); Laser B1+ p. 17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pp. 12–13 (vocabulary).</w:t>
            </w:r>
          </w:p>
          <w:p>
            <w:pPr>
              <w:spacing w:after="40"/>
            </w:pPr>
            <w:r>
              <w:rPr>
                <w:b w:val="0"/>
                <w:i w:val="0"/>
                <w:sz w:val="19"/>
              </w:rPr>
              <w:t>• Learn the 27 items with the flashcards: sozlar.com/vocab/cards/?set=grade10-lesson11</w:t>
            </w:r>
          </w:p>
          <w:p>
            <w:pPr>
              <w:spacing w:after="40"/>
            </w:pPr>
            <w:r>
              <w:rPr>
                <w:b w:val="0"/>
                <w:i w:val="0"/>
                <w:sz w:val="19"/>
              </w:rPr>
              <w:t>• Write about a real or imaginary journey (80–100 words) using ten words from the lesson.</w:t>
            </w:r>
          </w:p>
        </w:tc>
      </w:tr>
    </w:tbl>
    <w:p>
      <w:pPr>
        <w:spacing w:after="40"/>
      </w:pPr>
      <w:r>
        <w:rPr>
          <w:b/>
          <w:sz w:val="18"/>
        </w:rPr>
        <w:t xml:space="preserve">Farqlash: </w:t>
      </w:r>
      <w:r>
        <w:rPr>
          <w:i/>
          <w:sz w:val="18"/>
        </w:rPr>
        <w:t>Fast finishers write five 'Guess the transport' sentences like ex. 5 for the class; weaker students do ex. 1 and ex. 3 with the word list on the board.</w:t>
      </w:r>
    </w:p>
    <w:p>
      <w:r>
        <w:br w:type="page"/>
      </w:r>
    </w:p>
    <w:p>
      <w:pPr>
        <w:spacing w:before="80" w:after="60"/>
      </w:pPr>
      <w:r>
        <w:rPr>
          <w:b/>
          <w:color w:val="0B6E5F"/>
          <w:sz w:val="24"/>
        </w:rPr>
        <w:t>Daily Lesson Plan · 12-dars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Comparing means of transport</w:t>
            </w:r>
            <w:r>
              <w:rPr>
                <w:b w:val="0"/>
                <w:i w:val="0"/>
                <w:sz w:val="19"/>
              </w:rPr>
              <w:t xml:space="preserve"> (Tinglash va gapirish: transportni taqqoslash)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safar haqidagi qisqa suhbatlarni tinglab tushunishni, ikki transport turini whereas / while / both bilan taqqoslashni va qaysi birini afzal ko‘rishini asoslab aytishni o‘rganadi.</w:t>
            </w:r>
          </w:p>
          <w:p>
            <w:pPr>
              <w:spacing w:after="40"/>
            </w:pPr>
            <w:r>
              <w:rPr>
                <w:b/>
                <w:i w:val="0"/>
                <w:sz w:val="19"/>
              </w:rPr>
              <w:t xml:space="preserve">b) Tarbiyaviy: </w:t>
            </w:r>
            <w:r>
              <w:rPr>
                <w:b w:val="0"/>
                <w:i w:val="0"/>
                <w:sz w:val="19"/>
              </w:rPr>
              <w:t>Boshqa fikrga hurmat bilan qarash, tanlovni asosli qilish va xavfsiz, ekologik toza transportni qadrlashga o‘rgatish.</w:t>
            </w:r>
          </w:p>
          <w:p>
            <w:pPr>
              <w:spacing w:after="40"/>
            </w:pPr>
            <w:r>
              <w:rPr>
                <w:b/>
                <w:i w:val="0"/>
                <w:sz w:val="19"/>
              </w:rPr>
              <w:t xml:space="preserve">c) Rivojlantiruvchi: </w:t>
            </w:r>
            <w:r>
              <w:rPr>
                <w:b w:val="0"/>
                <w:i w:val="0"/>
                <w:sz w:val="19"/>
              </w:rPr>
              <w:t>Tinglashda joy va aniq ma’lumotni ajratish, taqqoslash va bir daqiqa davomida izchil gapirish ko‘nikmasini rivojlantirish.</w:t>
            </w:r>
          </w:p>
        </w:tc>
        <w:tc>
          <w:tcPr>
            <w:tcW w:type="dxa" w:w="5443"/>
          </w:tcPr>
          <w:p>
            <w:pPr>
              <w:spacing w:after="40"/>
            </w:pPr>
            <w:r/>
            <w:r>
              <w:rPr>
                <w:b/>
                <w:i w:val="0"/>
                <w:sz w:val="18"/>
              </w:rPr>
              <w:t xml:space="preserve">1. Lead-in (Kirish) — 4 daqiqa. </w:t>
            </w:r>
            <w:r>
              <w:rPr>
                <w:b w:val="0"/>
                <w:i w:val="0"/>
                <w:sz w:val="18"/>
              </w:rPr>
              <w:t>Doskaga bus · train · ship deb yozing. So‘rang: How did you get to school today?</w:t>
            </w:r>
          </w:p>
          <w:p>
            <w:pPr>
              <w:spacing w:after="40"/>
            </w:pPr>
            <w:r>
              <w:rPr>
                <w:b/>
                <w:i w:val="0"/>
                <w:sz w:val="18"/>
              </w:rPr>
              <w:t xml:space="preserve">2. Vocabulary A–C (Yangi so‘zlar A–B) — 8 daqiqa. </w:t>
            </w:r>
            <w:r>
              <w:rPr>
                <w:b w:val="0"/>
                <w:i w:val="0"/>
                <w:sz w:val="18"/>
              </w:rPr>
              <w:t>28 ta birlikni bo‘lim bo‘yicha oching (A — kema, poyezd va avtobus so‘zlari, B — vokzal va aeroport, C — taqqoslash); talaffuzni karnaycha bilan eshittiring.</w:t>
            </w:r>
          </w:p>
          <w:p>
            <w:pPr>
              <w:spacing w:after="40"/>
            </w:pPr>
            <w:r>
              <w:rPr>
                <w:b/>
                <w:i w:val="0"/>
                <w:sz w:val="18"/>
              </w:rPr>
              <w:t xml:space="preserve">3. Listening (ex.2–3) (Tinglash (ex.2–3)) — 10 daqiqa. </w:t>
            </w:r>
            <w:r>
              <w:rPr>
                <w:b w:val="0"/>
                <w:i w:val="0"/>
                <w:sz w:val="18"/>
              </w:rPr>
              <w:t>Ikki marta qo‘ying: birinchi marta joyni, ikkinchi marta bo‘shliqlarni.</w:t>
            </w:r>
          </w:p>
          <w:p>
            <w:pPr>
              <w:spacing w:after="40"/>
            </w:pPr>
            <w:r>
              <w:rPr>
                <w:b/>
                <w:i w:val="0"/>
                <w:sz w:val="18"/>
              </w:rPr>
              <w:t xml:space="preserve">4. Focus: whereas / while (Fokus: whereas / while) — 8 daqiqa. </w:t>
            </w:r>
            <w:r>
              <w:rPr>
                <w:b w:val="0"/>
                <w:i w:val="0"/>
                <w:sz w:val="18"/>
              </w:rPr>
              <w:t>Uchta usulni misol bilan ko‘rsating; tuzoqni (unlike + ot) alohida ayting.</w:t>
            </w:r>
          </w:p>
          <w:p>
            <w:pPr>
              <w:spacing w:after="40"/>
            </w:pPr>
            <w:r>
              <w:rPr>
                <w:b/>
                <w:i w:val="0"/>
                <w:sz w:val="18"/>
              </w:rPr>
              <w:t xml:space="preserve">5. Speaking ex.1–4 (Gapirish ex.1–4) — 10 daqiqa. </w:t>
            </w:r>
            <w:r>
              <w:rPr>
                <w:b w:val="0"/>
                <w:i w:val="0"/>
                <w:sz w:val="18"/>
              </w:rPr>
              <w:t>Vaqtni belgilang: 1 daqiqa gapirish, keyin almashish.</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so‘z uyalari (word web), ikki bosqichli tinglash, taqqoslash jadvali (whereas / while), vaqt belgilangan juftlikdagi nutq, «Memory check» — yakuniy tekshiruv</w:t>
            </w:r>
          </w:p>
        </w:tc>
        <w:tc>
          <w:tcPr>
            <w:tcW w:type="dxa" w:w="2835"/>
          </w:tcPr>
          <w:p>
            <w:pPr>
              <w:spacing w:after="40"/>
            </w:pPr>
            <w:r/>
            <w:r>
              <w:rPr>
                <w:b w:val="0"/>
                <w:i w:val="0"/>
                <w:sz w:val="19"/>
              </w:rPr>
              <w:t>O‘quvchilar dars oxirida:</w:t>
            </w:r>
          </w:p>
          <w:p>
            <w:pPr>
              <w:spacing w:after="40"/>
            </w:pPr>
            <w:r>
              <w:rPr>
                <w:b w:val="0"/>
                <w:i w:val="0"/>
                <w:sz w:val="19"/>
              </w:rPr>
              <w:t>• uchta qisqa suhbat qayerda bo‘layotganini aniqlay oladi (ex. 2);</w:t>
            </w:r>
          </w:p>
          <w:p>
            <w:pPr>
              <w:spacing w:after="40"/>
            </w:pPr>
            <w:r>
              <w:rPr>
                <w:b w:val="0"/>
                <w:i w:val="0"/>
                <w:sz w:val="19"/>
              </w:rPr>
              <w:t>• ikkinchi tinglashda beshta bo‘shliqni to‘ldira oladi (ex. 3);</w:t>
            </w:r>
          </w:p>
          <w:p>
            <w:pPr>
              <w:spacing w:after="40"/>
            </w:pPr>
            <w:r>
              <w:rPr>
                <w:b w:val="0"/>
                <w:i w:val="0"/>
                <w:sz w:val="19"/>
              </w:rPr>
              <w:t>• poyezd va avtobusning o‘xshash va farqli tomonlari haqida ikki gapdan tuza oladi (Speaking ex. 1–2);</w:t>
            </w:r>
          </w:p>
          <w:p>
            <w:pPr>
              <w:spacing w:after="40"/>
            </w:pPr>
            <w:r>
              <w:rPr>
                <w:b w:val="0"/>
                <w:i w:val="0"/>
                <w:sz w:val="19"/>
              </w:rPr>
              <w:t>• ikki suratni taqqoslab, bir daqiqa davomida o‘z afzalligini bildira oladi (Speaking ex. 4).</w:t>
            </w:r>
          </w:p>
        </w:tc>
        <w:tc>
          <w:tcPr>
            <w:tcW w:type="dxa" w:w="3175"/>
          </w:tcPr>
          <w:p>
            <w:pPr>
              <w:spacing w:after="40"/>
            </w:pPr>
            <w:r/>
            <w:r>
              <w:rPr>
                <w:b w:val="0"/>
                <w:i w:val="0"/>
                <w:sz w:val="18"/>
              </w:rPr>
              <w:t>Laser B1+ SB p. 18 — Listening ex.1 (transport so‘z uyalari: bus, ship, train), ex.2 uchta suhbatning joyini tanlash (vokzal / port / aeroport), ex.3 bo‘shliqlarni to‘ldirish (return ticket, fare), Soundbite: /æ/ va /e/; Speaking ex.1–2 (umumiylik va farq: «A train travels on tracks whereas a bus travels on the road»), ex.3 afzallik, ex.4 ikki suratni taqqoslash; Speaking database p. 165 — Comparing va Expressing preferences</w:t>
            </w:r>
          </w:p>
          <w:p>
            <w:pPr>
              <w:spacing w:after="40"/>
            </w:pPr>
            <w:r>
              <w:rPr>
                <w:b/>
                <w:i w:val="0"/>
                <w:sz w:val="18"/>
              </w:rPr>
              <w:t xml:space="preserve">Jihozlar: </w:t>
            </w:r>
            <w:r>
              <w:rPr>
                <w:b w:val="0"/>
                <w:i w:val="0"/>
                <w:sz w:val="18"/>
              </w:rPr>
              <w:t>Vocabulary sheet (28 items), slides, flashcards with audio (sozlar.com/vocab); Laser B1+ SB p. 18 and Speaking database p. 165.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15 ex. 1.</w:t>
            </w:r>
          </w:p>
          <w:p>
            <w:pPr>
              <w:spacing w:after="40"/>
            </w:pPr>
            <w:r>
              <w:rPr>
                <w:b w:val="0"/>
                <w:i w:val="0"/>
                <w:sz w:val="19"/>
              </w:rPr>
              <w:t>• Learn the 28 items with the flashcards: sozlar.com/vocab/cards/?set=grade10-lesson12</w:t>
            </w:r>
          </w:p>
          <w:p>
            <w:pPr>
              <w:spacing w:after="40"/>
            </w:pPr>
            <w:r>
              <w:rPr>
                <w:b w:val="0"/>
                <w:i w:val="0"/>
                <w:sz w:val="19"/>
              </w:rPr>
              <w:t>• Write six sentences comparing the bus and the train (use whereas, while, both, but, in common, I'd rather and three words from section C: comfortable, convenient, reliable…).</w:t>
            </w:r>
          </w:p>
        </w:tc>
      </w:tr>
    </w:tbl>
    <w:p>
      <w:pPr>
        <w:spacing w:after="40"/>
      </w:pPr>
      <w:r>
        <w:rPr>
          <w:b/>
          <w:sz w:val="18"/>
        </w:rPr>
        <w:t xml:space="preserve">Farqlash: </w:t>
      </w:r>
      <w:r>
        <w:rPr>
          <w:i/>
          <w:sz w:val="18"/>
        </w:rPr>
        <w:t>Kuchli o‘quvchilar ex.4 da ikki daqiqa gapiradi va «on the other hand» ni qo‘shadi; kuchsizlarga ex.2 dan oldin joy nomlari (station / airport) beriladi.</w:t>
      </w:r>
    </w:p>
    <w:p>
      <w:r>
        <w:br w:type="page"/>
      </w:r>
    </w:p>
    <w:p>
      <w:pPr>
        <w:spacing w:before="80" w:after="60"/>
      </w:pPr>
      <w:r>
        <w:rPr>
          <w:b/>
          <w:color w:val="0B6E5F"/>
          <w:sz w:val="24"/>
        </w:rPr>
        <w:t>Daily Lesson Plan · 13-dars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23.09.2026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would / used to / be used to</w:t>
            </w:r>
            <w:r>
              <w:rPr>
                <w:b w:val="0"/>
                <w:i w:val="0"/>
                <w:sz w:val="19"/>
              </w:rPr>
              <w:t xml:space="preserve"> (Grammatika: would, used to va be used to)</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used to, would va be / get used to shakllarini farqlashni hamda work, insist, remind, complain, take fe’llaridan keyingi predloglarni ochiq bo‘shliqli matnda (open cloze) ishlatishni o‘rganadi.</w:t>
            </w:r>
          </w:p>
          <w:p>
            <w:pPr>
              <w:spacing w:after="40"/>
            </w:pPr>
            <w:r>
              <w:rPr>
                <w:b/>
                <w:i w:val="0"/>
                <w:sz w:val="19"/>
              </w:rPr>
              <w:t xml:space="preserve">b) Tarbiyaviy: </w:t>
            </w:r>
            <w:r>
              <w:rPr>
                <w:b w:val="0"/>
                <w:i w:val="0"/>
                <w:sz w:val="19"/>
              </w:rPr>
              <w:t>O‘tmishdagi odatlarni hozirgisi bilan solishtirish orqali o‘z ustida ishlash va yangi sharoitga moslashishga o‘rgatish.</w:t>
            </w:r>
          </w:p>
          <w:p>
            <w:pPr>
              <w:spacing w:after="40"/>
            </w:pPr>
            <w:r>
              <w:rPr>
                <w:b/>
                <w:i w:val="0"/>
                <w:sz w:val="19"/>
              </w:rPr>
              <w:t xml:space="preserve">c) Rivojlantiruvchi: </w:t>
            </w:r>
            <w:r>
              <w:rPr>
                <w:b w:val="0"/>
                <w:i w:val="0"/>
                <w:sz w:val="19"/>
              </w:rPr>
              <w:t>Shakllarni yonma-yon tahlil qilish, gapni berilgan so‘z bilan qayta yozish va matn mazmuniga tayanib bo‘shliqni to‘ldirish ko‘nikmasini rivojlantirish.</w:t>
            </w:r>
          </w:p>
        </w:tc>
        <w:tc>
          <w:tcPr>
            <w:tcW w:type="dxa" w:w="5443"/>
          </w:tcPr>
          <w:p>
            <w:pPr>
              <w:spacing w:after="40"/>
            </w:pPr>
            <w:r/>
            <w:r>
              <w:rPr>
                <w:b/>
                <w:i w:val="0"/>
                <w:sz w:val="18"/>
              </w:rPr>
              <w:t xml:space="preserve">1. Lead-in (Kirish) — 4 daqiqa. </w:t>
            </w:r>
            <w:r>
              <w:rPr>
                <w:b w:val="0"/>
                <w:i w:val="0"/>
                <w:sz w:val="18"/>
              </w:rPr>
              <w:t>So‘rang: What did you use to do at seven that you don't do now?</w:t>
            </w:r>
          </w:p>
          <w:p>
            <w:pPr>
              <w:spacing w:after="40"/>
            </w:pPr>
            <w:r>
              <w:rPr>
                <w:b/>
                <w:i w:val="0"/>
                <w:sz w:val="18"/>
              </w:rPr>
              <w:t xml:space="preserve">2. Focus: three forms (Fokus: uchta shakl) — 10 daqiqa. </w:t>
            </w:r>
            <w:r>
              <w:rPr>
                <w:b w:val="0"/>
                <w:i w:val="0"/>
                <w:sz w:val="18"/>
              </w:rPr>
              <w:t>Uchta shaklni yonma-yon qo‘ying; -ING tuzog‘ini alohida ta’kidlang.</w:t>
            </w:r>
          </w:p>
          <w:p>
            <w:pPr>
              <w:spacing w:after="40"/>
            </w:pPr>
            <w:r>
              <w:rPr>
                <w:b/>
                <w:i w:val="0"/>
                <w:sz w:val="18"/>
              </w:rPr>
              <w:t xml:space="preserve">3. Book ex.1–2 (Kitob ex.1–2) — 8 daqiqa. </w:t>
            </w:r>
            <w:r>
              <w:rPr>
                <w:b w:val="0"/>
                <w:i w:val="0"/>
                <w:sz w:val="18"/>
              </w:rPr>
              <w:t>Yakka bajarish, keyin juftlikda tekshirish.</w:t>
            </w:r>
          </w:p>
          <w:p>
            <w:pPr>
              <w:spacing w:after="40"/>
            </w:pPr>
            <w:r>
              <w:rPr>
                <w:b/>
                <w:i w:val="0"/>
                <w:sz w:val="18"/>
              </w:rPr>
              <w:t xml:space="preserve">4. Word patterns (ex.3) (So‘z qoliplari (ex.3)) — 8 daqiqa. </w:t>
            </w:r>
            <w:r>
              <w:rPr>
                <w:b w:val="0"/>
                <w:i w:val="0"/>
                <w:sz w:val="18"/>
              </w:rPr>
              <w:t>Besh fe’lni predlogi bilan doskaga yozing.</w:t>
            </w:r>
          </w:p>
          <w:p>
            <w:pPr>
              <w:spacing w:after="40"/>
            </w:pPr>
            <w:r>
              <w:rPr>
                <w:b/>
                <w:i w:val="0"/>
                <w:sz w:val="18"/>
              </w:rPr>
              <w:t xml:space="preserve">5. Open cloze (ex.4) (Ochiq bo‘shliqli matn (ex.4)) — 10 daqiqa. </w:t>
            </w:r>
            <w:r>
              <w:rPr>
                <w:b w:val="0"/>
                <w:i w:val="0"/>
                <w:sz w:val="18"/>
              </w:rPr>
              <w:t>Matnni birga o‘qing, keyin 10 ta bo‘shliq.</w:t>
            </w:r>
          </w:p>
          <w:p>
            <w:pPr>
              <w:spacing w:after="40"/>
            </w:pPr>
            <w:r>
              <w:rPr>
                <w:b/>
                <w:i w:val="0"/>
                <w:sz w:val="18"/>
              </w:rPr>
              <w:t xml:space="preserve">6. Wrap-up (Yakun) — 5 daqiqa. </w:t>
            </w:r>
            <w:r>
              <w:rPr>
                <w:b w:val="0"/>
                <w:i w:val="0"/>
                <w:sz w:val="18"/>
              </w:rPr>
              <w:t>«Memory check» slaydi.</w:t>
            </w:r>
          </w:p>
          <w:p>
            <w:pPr>
              <w:spacing w:after="40"/>
            </w:pPr>
            <w:r>
              <w:rPr>
                <w:b/>
                <w:i w:val="0"/>
                <w:sz w:val="18"/>
              </w:rPr>
              <w:t xml:space="preserve">Metodlar: </w:t>
            </w:r>
            <w:r>
              <w:rPr>
                <w:b w:val="0"/>
                <w:i/>
                <w:sz w:val="18"/>
              </w:rPr>
              <w:t>savol-javob (shaxsiy tajriba), taqqoslash jadvali (uch shakl), yakka bajarish va juftlikda tekshirish, matnni birgalikda o‘qish, «Memory check» — yakuniy tekshiruv</w:t>
            </w:r>
          </w:p>
        </w:tc>
        <w:tc>
          <w:tcPr>
            <w:tcW w:type="dxa" w:w="2835"/>
          </w:tcPr>
          <w:p>
            <w:pPr>
              <w:spacing w:after="40"/>
            </w:pPr>
            <w:r/>
            <w:r>
              <w:rPr>
                <w:b w:val="0"/>
                <w:i w:val="0"/>
                <w:sz w:val="19"/>
              </w:rPr>
              <w:t>O‘quvchilar dars oxirida:</w:t>
            </w:r>
          </w:p>
          <w:p>
            <w:pPr>
              <w:spacing w:after="40"/>
            </w:pPr>
            <w:r>
              <w:rPr>
                <w:b w:val="0"/>
                <w:i w:val="0"/>
                <w:sz w:val="19"/>
              </w:rPr>
              <w:t>• oltita gapda to‘g‘ri shaklni tanlay oladi (ex. 1);</w:t>
            </w:r>
          </w:p>
          <w:p>
            <w:pPr>
              <w:spacing w:after="40"/>
            </w:pPr>
            <w:r>
              <w:rPr>
                <w:b w:val="0"/>
                <w:i w:val="0"/>
                <w:sz w:val="19"/>
              </w:rPr>
              <w:t>• to‘rtta gapni berilgan so‘z bilan qayta yoza oladi (ex. 2);</w:t>
            </w:r>
          </w:p>
          <w:p>
            <w:pPr>
              <w:spacing w:after="40"/>
            </w:pPr>
            <w:r>
              <w:rPr>
                <w:b w:val="0"/>
                <w:i w:val="0"/>
                <w:sz w:val="19"/>
              </w:rPr>
              <w:t>• work / insist / remind / complain / take bilan beshta gapni to‘ldira oladi (ex. 3);</w:t>
            </w:r>
          </w:p>
          <w:p>
            <w:pPr>
              <w:spacing w:after="40"/>
            </w:pPr>
            <w:r>
              <w:rPr>
                <w:b w:val="0"/>
                <w:i w:val="0"/>
                <w:sz w:val="19"/>
              </w:rPr>
              <w:t>• ochiq bo‘shliqli matndagi o‘nta bo‘shliqni to‘ldira oladi (ex. 4).</w:t>
            </w:r>
          </w:p>
        </w:tc>
        <w:tc>
          <w:tcPr>
            <w:tcW w:type="dxa" w:w="3175"/>
          </w:tcPr>
          <w:p>
            <w:pPr>
              <w:spacing w:after="40"/>
            </w:pPr>
            <w:r/>
            <w:r>
              <w:rPr>
                <w:b w:val="0"/>
                <w:i w:val="0"/>
                <w:sz w:val="18"/>
              </w:rPr>
              <w:t>Laser B1+ SB p. 19 — «Would, used to, be used to» ex.1 (to‘g‘ri shaklni tanlash), ex.2 (qalin so‘z bilan qayta yozish), Word patterns ex.3 (work · insist · remind · complain · take), ex.4 «The sky's the limit!» matni (1–10 bo‘shliq); Grammar database p. 170</w:t>
            </w:r>
          </w:p>
          <w:p>
            <w:pPr>
              <w:spacing w:after="40"/>
            </w:pPr>
            <w:r>
              <w:rPr>
                <w:b/>
                <w:i w:val="0"/>
                <w:sz w:val="18"/>
              </w:rPr>
              <w:t xml:space="preserve">Jihozlar: </w:t>
            </w:r>
            <w:r>
              <w:rPr>
                <w:b w:val="0"/>
                <w:i w:val="0"/>
                <w:sz w:val="18"/>
              </w:rPr>
              <w:t>Vocabulary sheet (31 items), slides, flashcards with audio (sozlar.com/vocab); Laser B1+ SB p. 19, Grammar database p. 170.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14 ex. 1–2.</w:t>
            </w:r>
          </w:p>
          <w:p>
            <w:pPr>
              <w:spacing w:after="40"/>
            </w:pPr>
            <w:r>
              <w:rPr>
                <w:b w:val="0"/>
                <w:i w:val="0"/>
                <w:sz w:val="19"/>
              </w:rPr>
              <w:t>• Learn the 31 items with the flashcards: sozlar.com/vocab/cards/?set=grade10-lesson13</w:t>
            </w:r>
          </w:p>
          <w:p>
            <w:pPr>
              <w:spacing w:after="40"/>
            </w:pPr>
            <w:r>
              <w:rPr>
                <w:b w:val="0"/>
                <w:i w:val="0"/>
                <w:sz w:val="19"/>
              </w:rPr>
              <w:t>• Write five sentences: three with used to and two with be used to.</w:t>
            </w:r>
          </w:p>
        </w:tc>
      </w:tr>
    </w:tbl>
    <w:p>
      <w:pPr>
        <w:spacing w:after="40"/>
      </w:pPr>
      <w:r>
        <w:rPr>
          <w:b/>
          <w:sz w:val="18"/>
        </w:rPr>
        <w:t xml:space="preserve">Farqlash: </w:t>
      </w:r>
      <w:r>
        <w:rPr>
          <w:i/>
          <w:sz w:val="18"/>
        </w:rPr>
        <w:t>Kuchli o‘quvchilar ex.4 ni kitobsiz bajaradi; kuchsizlarga uchta shakl yozilgan kartochka beriladi va ex.2 da birinchi so‘z aytiladi.</w:t>
      </w:r>
    </w:p>
    <w:p>
      <w:r>
        <w:br w:type="page"/>
      </w:r>
    </w:p>
    <w:p>
      <w:pPr>
        <w:spacing w:before="80" w:after="60"/>
      </w:pPr>
      <w:r>
        <w:rPr>
          <w:b/>
          <w:color w:val="0B6E5F"/>
          <w:sz w:val="24"/>
        </w:rPr>
        <w:t>Daily Lesson Plan · 14-dars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24.09.2026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opinion essay</w:t>
            </w:r>
            <w:r>
              <w:rPr>
                <w:b w:val="0"/>
                <w:i w:val="0"/>
                <w:sz w:val="19"/>
              </w:rPr>
              <w:t xml:space="preserve"> (Yozish: fikr-mulohaza essesi)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to‘rt xatboshili fikr-mulohaza essesining tuzilishini va rasmiy bog‘lovchi iboralarni (birinchi fikr, qo‘shimcha fikr, sabab va natija, qarama-qarshilik, xulosa) o‘rganib, 120–180 so‘zli esse rejasini tuzadi.</w:t>
            </w:r>
          </w:p>
          <w:p>
            <w:pPr>
              <w:spacing w:after="40"/>
            </w:pPr>
            <w:r>
              <w:rPr>
                <w:b/>
                <w:i w:val="0"/>
                <w:sz w:val="19"/>
              </w:rPr>
              <w:t xml:space="preserve">b) Tarbiyaviy: </w:t>
            </w:r>
            <w:r>
              <w:rPr>
                <w:b w:val="0"/>
                <w:i w:val="0"/>
                <w:sz w:val="19"/>
              </w:rPr>
              <w:t>Jamoat transporti va shahar muammolariga befarq bo‘lmaslik, fikrni dalil bilan, xolis bildirishga o‘rgatish.</w:t>
            </w:r>
          </w:p>
          <w:p>
            <w:pPr>
              <w:spacing w:after="40"/>
            </w:pPr>
            <w:r>
              <w:rPr>
                <w:b/>
                <w:i w:val="0"/>
                <w:sz w:val="19"/>
              </w:rPr>
              <w:t xml:space="preserve">c) Rivojlantiruvchi: </w:t>
            </w:r>
            <w:r>
              <w:rPr>
                <w:b w:val="0"/>
                <w:i w:val="0"/>
                <w:sz w:val="19"/>
              </w:rPr>
              <w:t>Mantiqiy fikrlash, fikrni xatboshilarga taqsimlash va matnni reja asosida izchil yozish ko‘nikmasini rivojlantirish.</w:t>
            </w:r>
          </w:p>
        </w:tc>
        <w:tc>
          <w:tcPr>
            <w:tcW w:type="dxa" w:w="5443"/>
          </w:tcPr>
          <w:p>
            <w:pPr>
              <w:spacing w:after="40"/>
            </w:pPr>
            <w:r/>
            <w:r>
              <w:rPr>
                <w:b/>
                <w:i w:val="0"/>
                <w:sz w:val="18"/>
              </w:rPr>
              <w:t xml:space="preserve">1. Lead-in (Kirish) — 5 daqiqa. </w:t>
            </w:r>
            <w:r>
              <w:rPr>
                <w:b w:val="0"/>
                <w:i w:val="0"/>
                <w:sz w:val="18"/>
              </w:rPr>
              <w:t>Ex.1 savollarini bering: public transport nima? Afzallik va kamchiliklari?</w:t>
            </w:r>
          </w:p>
          <w:p>
            <w:pPr>
              <w:spacing w:after="40"/>
            </w:pPr>
            <w:r>
              <w:rPr>
                <w:b/>
                <w:i w:val="0"/>
                <w:sz w:val="18"/>
              </w:rPr>
              <w:t xml:space="preserve">2. Phrase bank (ex.3) (Iboralar banki (ex.3)) — 8 daqiqa. </w:t>
            </w:r>
            <w:r>
              <w:rPr>
                <w:b w:val="0"/>
                <w:i w:val="0"/>
                <w:sz w:val="18"/>
              </w:rPr>
              <w:t>Besh guruhni slayddan bering; bo‘shliqlarni to‘ldiring.</w:t>
            </w:r>
          </w:p>
          <w:p>
            <w:pPr>
              <w:spacing w:after="40"/>
            </w:pPr>
            <w:r>
              <w:rPr>
                <w:b/>
                <w:i w:val="0"/>
                <w:sz w:val="18"/>
              </w:rPr>
              <w:t xml:space="preserve">3. Model essay (ex.4–5) (Namunaviy esse (ex.4–5)) — 10 daqiqa. </w:t>
            </w:r>
            <w:r>
              <w:rPr>
                <w:b w:val="0"/>
                <w:i w:val="0"/>
                <w:sz w:val="18"/>
              </w:rPr>
              <w:t>Esseni birga o‘qing; har xatboshining vazifasini so‘rang.</w:t>
            </w:r>
          </w:p>
          <w:p>
            <w:pPr>
              <w:spacing w:after="40"/>
            </w:pPr>
            <w:r>
              <w:rPr>
                <w:b/>
                <w:i w:val="0"/>
                <w:sz w:val="18"/>
              </w:rPr>
              <w:t xml:space="preserve">4. Focus: four paragraphs (Fokus: to‘rt xatboshi) — 8 daqiqa. </w:t>
            </w:r>
            <w:r>
              <w:rPr>
                <w:b w:val="0"/>
                <w:i w:val="0"/>
                <w:sz w:val="18"/>
              </w:rPr>
              <w:t>To‘rt xatboshi sxemasini ko‘rsating (ex.6).</w:t>
            </w:r>
          </w:p>
          <w:p>
            <w:pPr>
              <w:spacing w:after="40"/>
            </w:pPr>
            <w:r>
              <w:rPr>
                <w:b/>
                <w:i w:val="0"/>
                <w:sz w:val="18"/>
              </w:rPr>
              <w:t xml:space="preserve">5. Planning (ex.7–8) (Reja tuzish (ex.7–8)) — 10 daqiqa. </w:t>
            </w:r>
            <w:r>
              <w:rPr>
                <w:b w:val="0"/>
                <w:i w:val="0"/>
                <w:sz w:val="18"/>
              </w:rPr>
              <w:t>Yangi topshiriqni bering; reja shablonini to‘ldiring.</w:t>
            </w:r>
          </w:p>
          <w:p>
            <w:pPr>
              <w:spacing w:after="40"/>
            </w:pPr>
            <w:r>
              <w:rPr>
                <w:b/>
                <w:i w:val="0"/>
                <w:sz w:val="18"/>
              </w:rPr>
              <w:t xml:space="preserve">6. Wrap-up (Yakun) — 4 daqiqa. </w:t>
            </w:r>
            <w:r>
              <w:rPr>
                <w:b w:val="0"/>
                <w:i w:val="0"/>
                <w:sz w:val="18"/>
              </w:rPr>
              <w:t>«Memory check» slaydi.</w:t>
            </w:r>
          </w:p>
          <w:p>
            <w:pPr>
              <w:spacing w:after="40"/>
            </w:pPr>
            <w:r>
              <w:rPr>
                <w:b/>
                <w:i w:val="0"/>
                <w:sz w:val="18"/>
              </w:rPr>
              <w:t xml:space="preserve">Metodlar: </w:t>
            </w:r>
            <w:r>
              <w:rPr>
                <w:b w:val="0"/>
                <w:i/>
                <w:sz w:val="18"/>
              </w:rPr>
              <w:t>muammoli savollar (afzallik va kamchilik), namuna matn tahlili, sxema bilan ishlash (to‘rt xatboshi), reja shablonini to‘ldirish, «Memory check» — yakuniy tekshiruv</w:t>
            </w:r>
          </w:p>
        </w:tc>
        <w:tc>
          <w:tcPr>
            <w:tcW w:type="dxa" w:w="2835"/>
          </w:tcPr>
          <w:p>
            <w:pPr>
              <w:spacing w:after="40"/>
            </w:pPr>
            <w:r/>
            <w:r>
              <w:rPr>
                <w:b w:val="0"/>
                <w:i w:val="0"/>
                <w:sz w:val="19"/>
              </w:rPr>
              <w:t>O‘quvchilar dars oxirida:</w:t>
            </w:r>
          </w:p>
          <w:p>
            <w:pPr>
              <w:spacing w:after="40"/>
            </w:pPr>
            <w:r>
              <w:rPr>
                <w:b w:val="0"/>
                <w:i w:val="0"/>
                <w:sz w:val="19"/>
              </w:rPr>
              <w:t>• iboralar bankidagi yetishmayotgan so‘zlarni to‘ldira oladi (ex. 3);</w:t>
            </w:r>
          </w:p>
          <w:p>
            <w:pPr>
              <w:spacing w:after="40"/>
            </w:pPr>
            <w:r>
              <w:rPr>
                <w:b w:val="0"/>
                <w:i w:val="0"/>
                <w:sz w:val="19"/>
              </w:rPr>
              <w:t>• namunaviy essedagi har bir xatboshining vazifasini ayta oladi (ex. 6);</w:t>
            </w:r>
          </w:p>
          <w:p>
            <w:pPr>
              <w:spacing w:after="40"/>
            </w:pPr>
            <w:r>
              <w:rPr>
                <w:b w:val="0"/>
                <w:i w:val="0"/>
                <w:sz w:val="19"/>
              </w:rPr>
              <w:t>• yangi topshiriq uchun to‘rt xatboshili reja tuza oladi (ex. 8);</w:t>
            </w:r>
          </w:p>
          <w:p>
            <w:pPr>
              <w:spacing w:after="40"/>
            </w:pPr>
            <w:r>
              <w:rPr>
                <w:b w:val="0"/>
                <w:i w:val="0"/>
                <w:sz w:val="19"/>
              </w:rPr>
              <w:t>• ikkinchi va uchinchi xatboshining birinchi gapini yoza oladi.</w:t>
            </w:r>
          </w:p>
        </w:tc>
        <w:tc>
          <w:tcPr>
            <w:tcW w:type="dxa" w:w="3175"/>
          </w:tcPr>
          <w:p>
            <w:pPr>
              <w:spacing w:after="40"/>
            </w:pPr>
            <w:r/>
            <w:r>
              <w:rPr>
                <w:b w:val="0"/>
                <w:i w:val="0"/>
                <w:sz w:val="18"/>
              </w:rPr>
              <w:t>Laser B1+ SB pp. 20–21 — An essay: ex.1 public transport haqida savollar, ex.2 yozma topshiriq (rasmiy uslub), ex.3 bog‘lovchi iboralar banki (birinchi fikr · qo‘shimcha fikr · sabab va natija · qarama-qarshilik · xulosa), ex.4 namunaviy esse, ex.5 ma’nodosh iboralarni topish, ex.6 xatboshilar vazifasi, ex.7 ikkinchi topshiriq, ex.8 reja tuzish, ex.10 «Check it out!» ro‘yxati; Writing database p. 153, Writing Planner 2 p. 155</w:t>
            </w:r>
          </w:p>
          <w:p>
            <w:pPr>
              <w:spacing w:after="40"/>
            </w:pPr>
            <w:r>
              <w:rPr>
                <w:b/>
                <w:i w:val="0"/>
                <w:sz w:val="18"/>
              </w:rPr>
              <w:t xml:space="preserve">Jihozlar: </w:t>
            </w:r>
            <w:r>
              <w:rPr>
                <w:b w:val="0"/>
                <w:i w:val="0"/>
                <w:sz w:val="18"/>
              </w:rPr>
              <w:t>Vocabulary sheet (34 items), slides, flashcards with audio (sozlar.com/vocab); Laser B1+ SB pp. 20–21, Writing database p. 153, Writing Planner 2 p. 155.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esse rejasi.</w:t>
            </w:r>
          </w:p>
          <w:p>
            <w:pPr>
              <w:spacing w:after="40"/>
            </w:pPr>
            <w:r>
              <w:rPr>
                <w:b w:val="0"/>
                <w:i w:val="0"/>
                <w:sz w:val="19"/>
              </w:rPr>
              <w:t>• Learn the 34 items with the flashcards: sozlar.com/vocab/cards/?set=grade10-lesson14</w:t>
            </w:r>
          </w:p>
          <w:p>
            <w:pPr>
              <w:spacing w:after="40"/>
            </w:pPr>
            <w:r>
              <w:rPr>
                <w:b w:val="0"/>
                <w:i w:val="0"/>
                <w:sz w:val="19"/>
              </w:rPr>
              <w:t>• Write an essay: «Public transport in my town» (120–150 words).</w:t>
            </w:r>
          </w:p>
        </w:tc>
      </w:tr>
    </w:tbl>
    <w:p>
      <w:pPr>
        <w:spacing w:after="40"/>
      </w:pPr>
      <w:r>
        <w:rPr>
          <w:b/>
          <w:sz w:val="18"/>
        </w:rPr>
        <w:t xml:space="preserve">Farqlash: </w:t>
      </w:r>
      <w:r>
        <w:rPr>
          <w:i/>
          <w:sz w:val="18"/>
        </w:rPr>
        <w:t>Kuchli o‘quvchilar esseni darsda boshlaydi (2-xatboshi to‘liq); kuchsizlarga reja shabloni to‘ldirilgan holda beriladi.</w:t>
      </w:r>
    </w:p>
    <w:p>
      <w:r>
        <w:br w:type="page"/>
      </w:r>
    </w:p>
    <w:p>
      <w:pPr>
        <w:spacing w:before="80" w:after="60"/>
      </w:pPr>
      <w:r>
        <w:rPr>
          <w:b/>
          <w:color w:val="0B6E5F"/>
          <w:sz w:val="24"/>
        </w:rPr>
        <w:t>Daily Lesson Plan · 15-dars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Revision: Units 1–2</w:t>
            </w:r>
            <w:r>
              <w:rPr>
                <w:b w:val="0"/>
                <w:i w:val="0"/>
                <w:sz w:val="19"/>
              </w:rPr>
              <w:t xml:space="preserve"> (Takrorlash: 1–2-bo‘limlar)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1–2-bo‘limlarning asosiy lug‘ati (shaxs sifatlari, transport, frazal fe’llar) va grammatikasini (hozirgi va o‘tgan zamonlar, holat fe’llari, inkor prefikslar) takrorlab, BSB-1 ga tayyorlanadi.</w:t>
            </w:r>
          </w:p>
          <w:p>
            <w:pPr>
              <w:spacing w:after="40"/>
            </w:pPr>
            <w:r>
              <w:rPr>
                <w:b/>
                <w:i w:val="0"/>
                <w:sz w:val="19"/>
              </w:rPr>
              <w:t xml:space="preserve">b) Tarbiyaviy: </w:t>
            </w:r>
            <w:r>
              <w:rPr>
                <w:b w:val="0"/>
                <w:i w:val="0"/>
                <w:sz w:val="19"/>
              </w:rPr>
              <w:t>O‘z bilimiga xolis baho berish, kamchiliklarni aniqlab ular ustida mustaqil ishlashga o‘rgatish.</w:t>
            </w:r>
          </w:p>
          <w:p>
            <w:pPr>
              <w:spacing w:after="40"/>
            </w:pPr>
            <w:r>
              <w:rPr>
                <w:b/>
                <w:i w:val="0"/>
                <w:sz w:val="19"/>
              </w:rPr>
              <w:t xml:space="preserve">c) Rivojlantiruvchi: </w:t>
            </w:r>
            <w:r>
              <w:rPr>
                <w:b w:val="0"/>
                <w:i w:val="0"/>
                <w:sz w:val="19"/>
              </w:rPr>
              <w:t>O‘rganilgan materialni tizimlashtirish, qoidani amalda qo‘llash va o‘z-o‘zini nazorat qilish ko‘nikmasini rivojlantirish.</w:t>
            </w:r>
          </w:p>
        </w:tc>
        <w:tc>
          <w:tcPr>
            <w:tcW w:type="dxa" w:w="5443"/>
          </w:tcPr>
          <w:p>
            <w:pPr>
              <w:spacing w:after="40"/>
            </w:pPr>
            <w:r/>
            <w:r>
              <w:rPr>
                <w:b/>
                <w:i w:val="0"/>
                <w:sz w:val="18"/>
              </w:rPr>
              <w:t xml:space="preserve">1. Lead-in (Kirish) — 4 daqiqa. </w:t>
            </w:r>
            <w:r>
              <w:rPr>
                <w:b w:val="0"/>
                <w:i w:val="0"/>
                <w:sz w:val="18"/>
              </w:rPr>
              <w:t>So‘rang: 1–2-bo‘limdan qaysi so‘zlar esingizda qoldi?</w:t>
            </w:r>
          </w:p>
          <w:p>
            <w:pPr>
              <w:spacing w:after="40"/>
            </w:pPr>
            <w:r>
              <w:rPr>
                <w:b/>
                <w:i w:val="0"/>
                <w:sz w:val="18"/>
              </w:rPr>
              <w:t xml:space="preserve">2. Vocabulary A–B (Lug‘at A–B) — 10 daqiqa. </w:t>
            </w:r>
            <w:r>
              <w:rPr>
                <w:b w:val="0"/>
                <w:i w:val="0"/>
                <w:sz w:val="18"/>
              </w:rPr>
              <w:t>Ikki bo‘limni karnaycha bilan takrorlang; ex.1 ni bajaring.</w:t>
            </w:r>
          </w:p>
          <w:p>
            <w:pPr>
              <w:spacing w:after="40"/>
            </w:pPr>
            <w:r>
              <w:rPr>
                <w:b/>
                <w:i w:val="0"/>
                <w:sz w:val="18"/>
              </w:rPr>
              <w:t xml:space="preserve">3. Focus: prefikslar (Fokus: prefikslar) — 8 daqiqa. </w:t>
            </w:r>
            <w:r>
              <w:rPr>
                <w:b w:val="0"/>
                <w:i w:val="0"/>
                <w:sz w:val="18"/>
              </w:rPr>
              <w:t>Besh prefiksni qoidasi bilan bering (ex.4).</w:t>
            </w:r>
          </w:p>
          <w:p>
            <w:pPr>
              <w:spacing w:after="40"/>
            </w:pPr>
            <w:r>
              <w:rPr>
                <w:b/>
                <w:i w:val="0"/>
                <w:sz w:val="18"/>
              </w:rPr>
              <w:t xml:space="preserve">4. Stative verbs (ex.7) (Holat fe’llari (ex.7)) — 8 daqiqa. </w:t>
            </w:r>
            <w:r>
              <w:rPr>
                <w:b w:val="0"/>
                <w:i w:val="0"/>
                <w:sz w:val="18"/>
              </w:rPr>
              <w:t>Qoidani eslating; beshta gapni tekshiring.</w:t>
            </w:r>
          </w:p>
          <w:p>
            <w:pPr>
              <w:spacing w:after="40"/>
            </w:pPr>
            <w:r>
              <w:rPr>
                <w:b/>
                <w:i w:val="0"/>
                <w:sz w:val="18"/>
              </w:rPr>
              <w:t xml:space="preserve">5. Phrasal verbs + cloze (Frazal fe’llar va bo‘shliqli matn) — 10 daqiqa. </w:t>
            </w:r>
            <w:r>
              <w:rPr>
                <w:b w:val="0"/>
                <w:i w:val="0"/>
                <w:sz w:val="18"/>
              </w:rPr>
              <w:t>ex.6 va ex.8 ni bajartiring.</w:t>
            </w:r>
          </w:p>
          <w:p>
            <w:pPr>
              <w:spacing w:after="40"/>
            </w:pPr>
            <w:r>
              <w:rPr>
                <w:b/>
                <w:i w:val="0"/>
                <w:sz w:val="18"/>
              </w:rPr>
              <w:t xml:space="preserve">6. Wrap-up (Yakun) — 5 daqiqa. </w:t>
            </w:r>
            <w:r>
              <w:rPr>
                <w:b w:val="0"/>
                <w:i w:val="0"/>
                <w:sz w:val="18"/>
              </w:rPr>
              <w:t>«Memory check» slaydi; qaysi mavzu qiyin bo‘ldi?</w:t>
            </w:r>
          </w:p>
          <w:p>
            <w:pPr>
              <w:spacing w:after="40"/>
            </w:pPr>
            <w:r>
              <w:rPr>
                <w:b/>
                <w:i w:val="0"/>
                <w:sz w:val="18"/>
              </w:rPr>
              <w:t xml:space="preserve">Metodlar: </w:t>
            </w:r>
            <w:r>
              <w:rPr>
                <w:b w:val="0"/>
                <w:i/>
                <w:sz w:val="18"/>
              </w:rPr>
              <w:t>aqliy hujum («Qaysi so‘zlar esda qoldi?»), test topshiriqlari, qoidani eslash va qo‘llash, o‘z-o‘zini baholash, «Memory check» — yakuniy tekshiruv</w:t>
            </w:r>
          </w:p>
        </w:tc>
        <w:tc>
          <w:tcPr>
            <w:tcW w:type="dxa" w:w="2835"/>
          </w:tcPr>
          <w:p>
            <w:pPr>
              <w:spacing w:after="40"/>
            </w:pPr>
            <w:r/>
            <w:r>
              <w:rPr>
                <w:b w:val="0"/>
                <w:i w:val="0"/>
                <w:sz w:val="19"/>
              </w:rPr>
              <w:t>O‘quvchilar dars oxirida:</w:t>
            </w:r>
          </w:p>
          <w:p>
            <w:pPr>
              <w:spacing w:after="40"/>
            </w:pPr>
            <w:r>
              <w:rPr>
                <w:b w:val="0"/>
                <w:i w:val="0"/>
                <w:sz w:val="19"/>
              </w:rPr>
              <w:t>• o‘nta test topshirig‘ida to‘g‘ri so‘zni tanlay oladi (ex. 1);</w:t>
            </w:r>
          </w:p>
          <w:p>
            <w:pPr>
              <w:spacing w:after="40"/>
            </w:pPr>
            <w:r>
              <w:rPr>
                <w:b w:val="0"/>
                <w:i w:val="0"/>
                <w:sz w:val="19"/>
              </w:rPr>
              <w:t>• fe’llarni to‘g‘ri zamonga qo‘ya oladi (ex. 2);</w:t>
            </w:r>
          </w:p>
          <w:p>
            <w:pPr>
              <w:spacing w:after="40"/>
            </w:pPr>
            <w:r>
              <w:rPr>
                <w:b w:val="0"/>
                <w:i w:val="0"/>
                <w:sz w:val="19"/>
              </w:rPr>
              <w:t>• sakkizta sifatning inkor shaklini to‘g‘ri prefiks bilan yasay oladi (ex. 4);</w:t>
            </w:r>
          </w:p>
          <w:p>
            <w:pPr>
              <w:spacing w:after="40"/>
            </w:pPr>
            <w:r>
              <w:rPr>
                <w:b w:val="0"/>
                <w:i w:val="0"/>
                <w:sz w:val="19"/>
              </w:rPr>
              <w:t>• beshta frazal fe’l va beshta holat fe’li gapini to‘ldira oladi (ex. 6–7);</w:t>
            </w:r>
          </w:p>
          <w:p>
            <w:pPr>
              <w:spacing w:after="40"/>
            </w:pPr>
            <w:r>
              <w:rPr>
                <w:b w:val="0"/>
                <w:i w:val="0"/>
                <w:sz w:val="19"/>
              </w:rPr>
              <w:t>• qaysi mavzuni BSB oldidan qayta takrorlash kerakligini ayta oladi.</w:t>
            </w:r>
          </w:p>
        </w:tc>
        <w:tc>
          <w:tcPr>
            <w:tcW w:type="dxa" w:w="3175"/>
          </w:tcPr>
          <w:p>
            <w:pPr>
              <w:spacing w:after="40"/>
            </w:pPr>
            <w:r/>
            <w:r>
              <w:rPr>
                <w:b w:val="0"/>
                <w:i w:val="0"/>
                <w:sz w:val="18"/>
              </w:rPr>
              <w:t>Laser B1+ SB pp. 22–23 — Revision Units 1–2: ex.1 lug‘at testi (shaxs sifatlari va transport), ex.2 zamonlar (present/past simple va continuous), ex.4 inkor prefikslar, ex.5 ta’rif bo‘yicha so‘z, ex.6 frazal fe’llar, ex.7 holat fe’llari, ex.8 ochiq bo‘shliqlar; Workbook p. 16 «Check your progress! Units 1–2»</w:t>
            </w:r>
          </w:p>
          <w:p>
            <w:pPr>
              <w:spacing w:after="40"/>
            </w:pPr>
            <w:r>
              <w:rPr>
                <w:b/>
                <w:i w:val="0"/>
                <w:sz w:val="18"/>
              </w:rPr>
              <w:t xml:space="preserve">Jihozlar: </w:t>
            </w:r>
            <w:r>
              <w:rPr>
                <w:b w:val="0"/>
                <w:i w:val="0"/>
                <w:sz w:val="18"/>
              </w:rPr>
              <w:t>Vocabulary sheet (35 items), slides, flashcards with audio (sozlar.com/vocab); Laser B1+ SB pp. 22–23, Workbook p. 16.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16 «Check your progress! Units 1–2».</w:t>
            </w:r>
          </w:p>
          <w:p>
            <w:pPr>
              <w:spacing w:after="40"/>
            </w:pPr>
            <w:r>
              <w:rPr>
                <w:b w:val="0"/>
                <w:i w:val="0"/>
                <w:sz w:val="19"/>
              </w:rPr>
              <w:t>• Learn the 35 items with the flashcards: sozlar.com/vocab/cards/?set=grade10-lesson15</w:t>
            </w:r>
          </w:p>
          <w:p>
            <w:pPr>
              <w:spacing w:after="40"/>
            </w:pPr>
            <w:r>
              <w:rPr>
                <w:b w:val="0"/>
                <w:i w:val="0"/>
                <w:sz w:val="19"/>
              </w:rPr>
              <w:t>• Write eight sentences: four with negative adjectives, four with the phrasal verbs.</w:t>
            </w:r>
          </w:p>
        </w:tc>
      </w:tr>
    </w:tbl>
    <w:p>
      <w:pPr>
        <w:spacing w:after="40"/>
      </w:pPr>
      <w:r>
        <w:rPr>
          <w:b/>
          <w:sz w:val="18"/>
        </w:rPr>
        <w:t xml:space="preserve">Farqlash: </w:t>
      </w:r>
      <w:r>
        <w:rPr>
          <w:i/>
          <w:sz w:val="18"/>
        </w:rPr>
        <w:t>Kuchli o‘quvchilar ex.8 ni kitobsiz bajaradi va o‘zlari 5 ta test savoli yozadi; kuchsizlarga prefikslar jadvali kartochkada beriladi.</w:t>
      </w:r>
    </w:p>
    <w:p>
      <w:r>
        <w:br w:type="page"/>
      </w:r>
    </w:p>
    <w:p>
      <w:pPr>
        <w:spacing w:before="80" w:after="60"/>
      </w:pPr>
      <w:r>
        <w:rPr>
          <w:b/>
          <w:color w:val="0B6E5F"/>
          <w:sz w:val="24"/>
        </w:rPr>
        <w:t>Daily Lesson Plan · 16-dars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BSB-1 (25 points)</w:t>
            </w:r>
            <w:r>
              <w:rPr>
                <w:b w:val="0"/>
                <w:i w:val="0"/>
                <w:sz w:val="19"/>
              </w:rPr>
              <w:t xml:space="preserve"> (1-chorak · BSB-1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(BSB)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1–2-bo‘limlar bo‘yicha o‘quvchilarning shaxs sifatlari, safar va transport lug‘ati, zamonlar, «fe’l + predlog» qoliplari va holat fe’llaridan olgan bilimlarini 25 ballik yozma test orqali aniqlash.</w:t>
            </w:r>
          </w:p>
          <w:p>
            <w:pPr>
              <w:spacing w:after="40"/>
            </w:pPr>
            <w:r>
              <w:rPr>
                <w:b/>
                <w:i w:val="0"/>
                <w:sz w:val="19"/>
              </w:rPr>
              <w:t xml:space="preserve">b) Tarbiyaviy: </w:t>
            </w:r>
            <w:r>
              <w:rPr>
                <w:b w:val="0"/>
                <w:i w:val="0"/>
                <w:sz w:val="19"/>
              </w:rPr>
              <w:t>Halollik, mustaqil ishlash, vaqtni to‘g‘ri taqsimlash va o‘z natijasiga mas’uliyat bilan yondashishga o‘rgatish.</w:t>
            </w:r>
          </w:p>
          <w:p>
            <w:pPr>
              <w:spacing w:after="40"/>
            </w:pPr>
            <w:r>
              <w:rPr>
                <w:b/>
                <w:i w:val="0"/>
                <w:sz w:val="19"/>
              </w:rPr>
              <w:t xml:space="preserve">c) Rivojlantiruvchi: </w:t>
            </w:r>
            <w:r>
              <w:rPr>
                <w:b w:val="0"/>
                <w:i w:val="0"/>
                <w:sz w:val="19"/>
              </w:rPr>
              <w:t>Topshiriq ko‘rsatmasini diqqat bilan o‘qish, javobni tekshirish va xatolarini tahlil qilish ko‘nikmasini rivojlantirish.</w:t>
            </w:r>
          </w:p>
        </w:tc>
        <w:tc>
          <w:tcPr>
            <w:tcW w:type="dxa" w:w="5443"/>
          </w:tcPr>
          <w:p>
            <w:pPr>
              <w:spacing w:after="40"/>
            </w:pPr>
            <w:r/>
            <w:r>
              <w:rPr>
                <w:b/>
                <w:i w:val="0"/>
                <w:sz w:val="18"/>
              </w:rPr>
              <w:t xml:space="preserve">1. Organisation (Tashkiliy qism) — 3 daqiqa. </w:t>
            </w:r>
            <w:r>
              <w:rPr>
                <w:b w:val="0"/>
                <w:i w:val="0"/>
                <w:sz w:val="18"/>
              </w:rPr>
              <w:t>Salomlashadi, davomatni belgilaydi, partalarni yakka o‘tirishga moslaydi, telefon va daftarlarni yig‘dirib qo‘yadi.</w:t>
            </w:r>
          </w:p>
          <w:p>
            <w:pPr>
              <w:spacing w:after="40"/>
            </w:pPr>
            <w:r>
              <w:rPr>
                <w:b/>
                <w:i w:val="0"/>
                <w:sz w:val="18"/>
              </w:rPr>
              <w:t xml:space="preserve">2. Instructions (Yo‘riqnoma) — 4 daqiqa. </w:t>
            </w:r>
            <w:r>
              <w:rPr>
                <w:b w:val="0"/>
                <w:i w:val="0"/>
                <w:sz w:val="18"/>
              </w:rPr>
              <w:t>Test varaqlarini tarqatadi; beshta qism, 25 ball va 30 daqiqa vaqtni, javoblar qayerga yozilishini tushuntiradi.</w:t>
            </w:r>
          </w:p>
          <w:p>
            <w:pPr>
              <w:spacing w:after="40"/>
            </w:pPr>
            <w:r>
              <w:rPr>
                <w:b/>
                <w:i w:val="0"/>
                <w:sz w:val="18"/>
              </w:rPr>
              <w:t xml:space="preserve">3. Test (Parts 1–5) (Test (1–5-qismlar)) — 30 daqiqa. </w:t>
            </w:r>
            <w:r>
              <w:rPr>
                <w:b w:val="0"/>
                <w:i w:val="0"/>
                <w:sz w:val="18"/>
              </w:rPr>
              <w:t>Sinfni kuzatadi, mustaqil ishlashni ta’minlaydi, har 10 daqiqada qolgan vaqtni aytadi.</w:t>
            </w:r>
          </w:p>
          <w:p>
            <w:pPr>
              <w:spacing w:after="40"/>
            </w:pPr>
            <w:r>
              <w:rPr>
                <w:b/>
                <w:i w:val="0"/>
                <w:sz w:val="18"/>
              </w:rPr>
              <w:t xml:space="preserve">4. Check and hand in (Tekshirish va topshirish) — 3 daqiqa. </w:t>
            </w:r>
            <w:r>
              <w:rPr>
                <w:b w:val="0"/>
                <w:i w:val="0"/>
                <w:sz w:val="18"/>
              </w:rPr>
              <w:t>Javoblarni qayta tekshirishni eslatadi va varaqlarni yig‘ib oladi.</w:t>
            </w:r>
          </w:p>
          <w:p>
            <w:pPr>
              <w:spacing w:after="40"/>
            </w:pPr>
            <w:r>
              <w:rPr>
                <w:b/>
                <w:i w:val="0"/>
                <w:sz w:val="18"/>
              </w:rPr>
              <w:t xml:space="preserve">5. Answer key and reflection (Javoblar kaliti va mulohaza) — 4 daqiqa. </w:t>
            </w:r>
            <w:r>
              <w:rPr>
                <w:b w:val="0"/>
                <w:i w:val="0"/>
                <w:sz w:val="18"/>
              </w:rPr>
              <w:t>Eng qiyin bo‘lgan topshiriqlarning to‘g‘ri javobini og‘zaki aytib, qisqa tushuntiradi.</w:t>
            </w:r>
          </w:p>
          <w:p>
            <w:pPr>
              <w:spacing w:after="40"/>
            </w:pPr>
            <w:r>
              <w:rPr>
                <w:b/>
                <w:i w:val="0"/>
                <w:sz w:val="18"/>
              </w:rPr>
              <w:t xml:space="preserve">6. Homework (Uyga vazifa) — 1 daqiqa. </w:t>
            </w:r>
            <w:r>
              <w:rPr>
                <w:b w:val="0"/>
                <w:i w:val="0"/>
                <w:sz w:val="18"/>
              </w:rPr>
              <w:t>Uyga vazifani beradi; natijalar keyingi darsda e’lon qilinishini aytadi.</w:t>
            </w:r>
          </w:p>
          <w:p>
            <w:pPr>
              <w:spacing w:after="40"/>
            </w:pPr>
            <w:r>
              <w:rPr>
                <w:b/>
                <w:i w:val="0"/>
                <w:sz w:val="18"/>
              </w:rPr>
              <w:t xml:space="preserve">Metodlar: </w:t>
            </w:r>
            <w:r>
              <w:rPr>
                <w:b w:val="0"/>
                <w:i/>
                <w:sz w:val="18"/>
              </w:rPr>
              <w:t>yozma test (BSB), mustaqil ish, javoblar kaliti bo‘yicha tahlil, xatolar ustida ishlash</w:t>
            </w:r>
          </w:p>
        </w:tc>
        <w:tc>
          <w:tcPr>
            <w:tcW w:type="dxa" w:w="2835"/>
          </w:tcPr>
          <w:p>
            <w:pPr>
              <w:spacing w:after="40"/>
            </w:pPr>
            <w:r/>
            <w:r>
              <w:rPr>
                <w:b w:val="0"/>
                <w:i w:val="0"/>
                <w:sz w:val="19"/>
              </w:rPr>
              <w:t>O‘quvchilar dars oxirida:</w:t>
            </w:r>
          </w:p>
          <w:p>
            <w:pPr>
              <w:spacing w:after="40"/>
            </w:pPr>
            <w:r>
              <w:rPr>
                <w:b w:val="0"/>
                <w:i w:val="0"/>
                <w:sz w:val="19"/>
              </w:rPr>
              <w:t>• shaxs sifatlariga oid topshiriqni bajara oladi (1-qism, 5 ball);</w:t>
            </w:r>
          </w:p>
          <w:p>
            <w:pPr>
              <w:spacing w:after="40"/>
            </w:pPr>
            <w:r>
              <w:rPr>
                <w:b w:val="0"/>
                <w:i w:val="0"/>
                <w:sz w:val="19"/>
              </w:rPr>
              <w:t>• safar va transport so‘zlarini to‘g‘ri tanlay oladi (2-qism, 4 ball);</w:t>
            </w:r>
          </w:p>
          <w:p>
            <w:pPr>
              <w:spacing w:after="40"/>
            </w:pPr>
            <w:r>
              <w:rPr>
                <w:b w:val="0"/>
                <w:i w:val="0"/>
                <w:sz w:val="19"/>
              </w:rPr>
              <w:t>• zamonlarni to‘g‘ri qo‘llay oladi (3-qism, 6 ball);</w:t>
            </w:r>
          </w:p>
          <w:p>
            <w:pPr>
              <w:spacing w:after="40"/>
            </w:pPr>
            <w:r>
              <w:rPr>
                <w:b w:val="0"/>
                <w:i w:val="0"/>
                <w:sz w:val="19"/>
              </w:rPr>
              <w:t>• fe’ldan keyingi predlogni va holat fe’lining to‘g‘ri shaklini tanlay oladi (4–5-qismlar, 10 ball).</w:t>
            </w:r>
          </w:p>
        </w:tc>
        <w:tc>
          <w:tcPr>
            <w:tcW w:type="dxa" w:w="3175"/>
          </w:tcPr>
          <w:p>
            <w:pPr>
              <w:spacing w:after="40"/>
            </w:pPr>
            <w:r/>
            <w:r>
              <w:rPr>
                <w:b w:val="0"/>
                <w:i w:val="0"/>
                <w:sz w:val="18"/>
              </w:rPr>
              <w:t>Term1_BSB1_Grade10_Test.pdf (test), Term1_BSB1_Grade10_Answer_Key.pdf (javoblar kaliti), Term1_BSB1_Grade10.docx (tahrirlanadigan nusxa)</w:t>
            </w:r>
          </w:p>
          <w:p>
            <w:pPr>
              <w:spacing w:after="40"/>
            </w:pPr>
            <w:r>
              <w:rPr>
                <w:b/>
                <w:i w:val="0"/>
                <w:sz w:val="18"/>
              </w:rPr>
              <w:t xml:space="preserve">Jihozlar: </w:t>
            </w:r>
            <w:r>
              <w:rPr>
                <w:b w:val="0"/>
                <w:i w:val="0"/>
                <w:sz w:val="18"/>
              </w:rPr>
              <w:t>BSB-1 test varaqlari (har o‘quvchiga bittadan), javoblar kaliti, soat yoki taymer; Laser B1+ Workbook p. 16.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16 «Check your progress! Units 1–2» — xato qilingan qismlarni qayta bajarish.</w:t>
            </w:r>
          </w:p>
          <w:p>
            <w:pPr>
              <w:spacing w:after="40"/>
            </w:pPr>
            <w:r>
              <w:rPr>
                <w:b w:val="0"/>
                <w:i w:val="0"/>
                <w:sz w:val="19"/>
              </w:rPr>
              <w:t>• Testda qiyin bo‘lgan so‘z va qoidalarni flashcard’lar bilan takrorlash.</w:t>
            </w:r>
          </w:p>
        </w:tc>
      </w:tr>
    </w:tbl>
    <w:p>
      <w:pPr>
        <w:spacing w:after="40"/>
      </w:pPr>
      <w:r>
        <w:rPr>
          <w:b/>
          <w:sz w:val="19"/>
        </w:rPr>
        <w:t xml:space="preserve">Izoh: </w:t>
      </w:r>
      <w:r>
        <w:rPr>
          <w:sz w:val="19"/>
        </w:rPr>
        <w:t>BSB 1 aslida 29.09.2026 kuni o‘tkazilgan; baho qo‘yish kechikkani uchun PIIMA jurnali yopilib qolgan va natija 05.10.2026 sanasiga (10 ballik) kiritilgan. «Word box: Hobbies» darsi esa 29.09 sanasida qayd etilgan.</w:t>
      </w:r>
    </w:p>
    <w:p>
      <w:r>
        <w:br w:type="page"/>
      </w:r>
    </w:p>
    <w:p>
      <w:pPr>
        <w:spacing w:before="80" w:after="60"/>
      </w:pPr>
      <w:r>
        <w:rPr>
          <w:b/>
          <w:color w:val="0B6E5F"/>
          <w:sz w:val="24"/>
        </w:rPr>
        <w:t>Daily Lesson Plan · 17-dars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30.09.2026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3 Reading: Hobbies past and present</w:t>
            </w:r>
            <w:r>
              <w:rPr>
                <w:b w:val="0"/>
                <w:i w:val="0"/>
                <w:sz w:val="19"/>
              </w:rPr>
              <w:t xml:space="preserve"> (3-bo‘lim. O‘qish: xobbilar — o‘tmishda va hozir)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o‘tmish va hozirgi xobbilar haqidagi maqolani o‘qishni, olib tashlangan gaplarni bo‘shliqdan oldingi va keyingi ishoralarga tayanib joyiga qo‘yishni (gapped text) hamda xobbilarga oid 45 ta yangi so‘z va iborani o‘rganadi.</w:t>
            </w:r>
          </w:p>
          <w:p>
            <w:pPr>
              <w:spacing w:after="40"/>
            </w:pPr>
            <w:r>
              <w:rPr>
                <w:b/>
                <w:i w:val="0"/>
                <w:sz w:val="19"/>
              </w:rPr>
              <w:t xml:space="preserve">b) Tarbiyaviy: </w:t>
            </w:r>
            <w:r>
              <w:rPr>
                <w:b w:val="0"/>
                <w:i w:val="0"/>
                <w:sz w:val="19"/>
              </w:rPr>
              <w:t>Bo‘sh vaqtni foydali o‘tkazish, ota-bobolar qiziqishlarini hurmat qilish va o‘z qiziqishini rivojlantirishga o‘rgatish.</w:t>
            </w:r>
          </w:p>
          <w:p>
            <w:pPr>
              <w:spacing w:after="40"/>
            </w:pPr>
            <w:r>
              <w:rPr>
                <w:b/>
                <w:i w:val="0"/>
                <w:sz w:val="19"/>
              </w:rPr>
              <w:t xml:space="preserve">c) Rivojlantiruvchi: </w:t>
            </w:r>
            <w:r>
              <w:rPr>
                <w:b w:val="0"/>
                <w:i w:val="0"/>
                <w:sz w:val="19"/>
              </w:rPr>
              <w:t>Matnning mantiqiy bog‘lanishini (olmoshlar, bog‘lovchilar) ko‘rish, o‘tmish va hozirni taqqoslash va asosli xulosa chiqarish ko‘nikmasini rivojlantirish.</w:t>
            </w:r>
          </w:p>
        </w:tc>
        <w:tc>
          <w:tcPr>
            <w:tcW w:type="dxa" w:w="5443"/>
          </w:tcPr>
          <w:p>
            <w:pPr>
              <w:spacing w:after="40"/>
            </w:pPr>
            <w:r/>
            <w:r>
              <w:rPr>
                <w:b/>
                <w:i w:val="0"/>
                <w:sz w:val="18"/>
              </w:rPr>
              <w:t xml:space="preserve">1. Lead-in: Start thinking! (Kirish: Start thinking!) — 4 daqiqa. </w:t>
            </w:r>
            <w:r>
              <w:rPr>
                <w:b w:val="0"/>
                <w:i w:val="0"/>
                <w:sz w:val="18"/>
              </w:rPr>
              <w:t>Ask the three Start thinking! questions; list the class’s hobbies on the board.</w:t>
            </w:r>
          </w:p>
          <w:p>
            <w:pPr>
              <w:spacing w:after="40"/>
            </w:pPr>
            <w:r>
              <w:rPr>
                <w:b/>
                <w:i w:val="0"/>
                <w:sz w:val="18"/>
              </w:rPr>
              <w:t xml:space="preserve">2. Vocabulary A–B (Yangi so‘zlar A–B) — 9 daqiqa. </w:t>
            </w:r>
            <w:r>
              <w:rPr>
                <w:b w:val="0"/>
                <w:i w:val="0"/>
                <w:sz w:val="18"/>
              </w:rPr>
              <w:t>Present sections A and B with audio; check meaning with quick questions.</w:t>
            </w:r>
          </w:p>
          <w:p>
            <w:pPr>
              <w:spacing w:after="40"/>
            </w:pPr>
            <w:r>
              <w:rPr>
                <w:b/>
                <w:i w:val="0"/>
                <w:sz w:val="18"/>
              </w:rPr>
              <w:t xml:space="preserve">3. Reading ex.1 (skimming) (O‘qish ex.1 (umumiy mazmun)) — 4 daqiqa. </w:t>
            </w:r>
            <w:r>
              <w:rPr>
                <w:b w:val="0"/>
                <w:i w:val="0"/>
                <w:sz w:val="18"/>
              </w:rPr>
              <w:t>Play audio 1.07; students read and underline the hobbies.</w:t>
            </w:r>
          </w:p>
          <w:p>
            <w:pPr>
              <w:spacing w:after="40"/>
            </w:pPr>
            <w:r>
              <w:rPr>
                <w:b/>
                <w:i w:val="0"/>
                <w:sz w:val="18"/>
              </w:rPr>
              <w:t xml:space="preserve">4. Focus: gapped text (Fokus: bo‘shliqli matn) — 3 daqiqa. </w:t>
            </w:r>
            <w:r>
              <w:rPr>
                <w:b w:val="0"/>
                <w:i w:val="0"/>
                <w:sz w:val="18"/>
              </w:rPr>
              <w:t>Show the strategy slide: before/after the gap, pronouns, linkers.</w:t>
            </w:r>
          </w:p>
          <w:p>
            <w:pPr>
              <w:spacing w:after="40"/>
            </w:pPr>
            <w:r>
              <w:rPr>
                <w:b/>
                <w:i w:val="0"/>
                <w:sz w:val="18"/>
              </w:rPr>
              <w:t xml:space="preserve">5. Book task ex.3 (Kitob topshirig‘i ex.3) — 9 daqiqa. </w:t>
            </w:r>
            <w:r>
              <w:rPr>
                <w:b w:val="0"/>
                <w:i w:val="0"/>
                <w:sz w:val="18"/>
              </w:rPr>
              <w:t>Clue slide; students choose A–G; check with reasons.</w:t>
            </w:r>
          </w:p>
          <w:p>
            <w:pPr>
              <w:spacing w:after="40"/>
            </w:pPr>
            <w:r>
              <w:rPr>
                <w:b/>
                <w:i w:val="0"/>
                <w:sz w:val="18"/>
              </w:rPr>
              <w:t xml:space="preserve">6. Vocabulary C–D (Yangi so‘zlar C–D) — 5 daqiqa. </w:t>
            </w:r>
            <w:r>
              <w:rPr>
                <w:b w:val="0"/>
                <w:i w:val="0"/>
                <w:sz w:val="18"/>
              </w:rPr>
              <w:t>Present sections C and D; Solutions idea — geocaching as a modern treasure hunt.</w:t>
            </w:r>
          </w:p>
          <w:p>
            <w:pPr>
              <w:spacing w:after="40"/>
            </w:pPr>
            <w:r>
              <w:rPr>
                <w:b/>
                <w:i w:val="0"/>
                <w:sz w:val="18"/>
              </w:rPr>
              <w:t xml:space="preserve">7. Matching halves (Yarim gaplarni moslash) — 5 daqiqa. </w:t>
            </w:r>
            <w:r>
              <w:rPr>
                <w:b w:val="0"/>
                <w:i w:val="0"/>
                <w:sz w:val="18"/>
              </w:rPr>
              <w:t>Hand out the match-halves worksheet (groups A and B).</w:t>
            </w:r>
          </w:p>
          <w:p>
            <w:pPr>
              <w:spacing w:after="40"/>
            </w:pPr>
            <w:r>
              <w:rPr>
                <w:b/>
                <w:i w:val="0"/>
                <w:sz w:val="18"/>
              </w:rPr>
              <w:t xml:space="preserve">8. Speaking (Gapirish) — 4 daqiqa. </w:t>
            </w:r>
            <w:r>
              <w:rPr>
                <w:b w:val="0"/>
                <w:i w:val="0"/>
                <w:sz w:val="18"/>
              </w:rPr>
              <w:t>Pairs: which hobby has changed most? Which has not changed?</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«Start thinking!» — savol-javob, audio bilan o‘qish (skimming), ishora so‘zlar strategiyasi (gapped text), yarim gaplarni moslash (A va B guruh), juftlikda muhokama</w:t>
            </w:r>
          </w:p>
        </w:tc>
        <w:tc>
          <w:tcPr>
            <w:tcW w:type="dxa" w:w="2835"/>
          </w:tcPr>
          <w:p>
            <w:pPr>
              <w:spacing w:after="40"/>
            </w:pPr>
            <w:r/>
            <w:r>
              <w:rPr>
                <w:b w:val="0"/>
                <w:i w:val="0"/>
                <w:sz w:val="19"/>
              </w:rPr>
              <w:t>O‘quvchilar dars oxirida:</w:t>
            </w:r>
          </w:p>
          <w:p>
            <w:pPr>
              <w:spacing w:after="40"/>
            </w:pPr>
            <w:r>
              <w:rPr>
                <w:b w:val="0"/>
                <w:i w:val="0"/>
                <w:sz w:val="19"/>
              </w:rPr>
              <w:t>• o‘z xobbilari haqidagi Start thinking! savollariga javob bera oladi;</w:t>
            </w:r>
          </w:p>
          <w:p>
            <w:pPr>
              <w:spacing w:after="40"/>
            </w:pPr>
            <w:r>
              <w:rPr>
                <w:b w:val="0"/>
                <w:i w:val="0"/>
                <w:sz w:val="19"/>
              </w:rPr>
              <w:t>• maqoladagi barcha xobbilarni topib tagiga chiza oladi (ex. 1);</w:t>
            </w:r>
          </w:p>
          <w:p>
            <w:pPr>
              <w:spacing w:after="40"/>
            </w:pPr>
            <w:r>
              <w:rPr>
                <w:b w:val="0"/>
                <w:i w:val="0"/>
                <w:sz w:val="19"/>
              </w:rPr>
              <w:t>• ishora so‘zlardan foydalanib, oltita tushirib qoldirilgan gapni joyiga qo‘ya oladi (ex. 3);</w:t>
            </w:r>
          </w:p>
          <w:p>
            <w:pPr>
              <w:spacing w:after="40"/>
            </w:pPr>
            <w:r>
              <w:rPr>
                <w:b w:val="0"/>
                <w:i w:val="0"/>
                <w:sz w:val="19"/>
              </w:rPr>
              <w:t>• uchta xobbi bobolari davridan beri qanday o‘zgarganini tushuntira oladi.</w:t>
            </w:r>
          </w:p>
        </w:tc>
        <w:tc>
          <w:tcPr>
            <w:tcW w:type="dxa" w:w="3175"/>
          </w:tcPr>
          <w:p>
            <w:pPr>
              <w:spacing w:after="40"/>
            </w:pPr>
            <w:r/>
            <w:r>
              <w:rPr>
                <w:b w:val="0"/>
                <w:i w:val="0"/>
                <w:sz w:val="18"/>
              </w:rPr>
              <w:t>Laser B1+ SB pp. 24–25 (Unit 3 Killing Time) — Start thinking! (Do you have any hobbies? What do people collect?), Reading ex.1 maqoladagi xobbilarning tagiga chizish, «Hobbies Past and Present» maqolasi (markalar, modellar, kompyuterlar, o‘zgarmagan xobbilar), ex.3 gapped text: olib tashlangan 6 gap (A–G, bittasi ortiqcha) — asosiy; Solutions Intermediate pp. 26–27 (2F Reading «Field games»: geocaching va XIX asrdagi letterboxing — xobbi o‘tmishda va hozir)</w:t>
            </w:r>
          </w:p>
          <w:p>
            <w:pPr>
              <w:spacing w:after="40"/>
            </w:pPr>
            <w:r>
              <w:rPr>
                <w:b/>
                <w:i w:val="0"/>
                <w:sz w:val="18"/>
              </w:rPr>
              <w:t xml:space="preserve">Jihozlar: </w:t>
            </w:r>
            <w:r>
              <w:rPr>
                <w:b w:val="0"/>
                <w:i w:val="0"/>
                <w:sz w:val="18"/>
              </w:rPr>
              <w:t>Vocabulary sheet (34 items), match-halves worksheet, slides, flashcards with audio (sozlar.com/vocab); Laser B1+ SB pp. 24–25 (audio 1.07); Solutions Intermediate pp. 26–27.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p.25 Word box ex.4: find the 7 words in the article and underline them.</w:t>
            </w:r>
          </w:p>
          <w:p>
            <w:pPr>
              <w:spacing w:after="40"/>
            </w:pPr>
            <w:r>
              <w:rPr>
                <w:b w:val="0"/>
                <w:i w:val="0"/>
                <w:sz w:val="19"/>
              </w:rPr>
              <w:t>• Learn the 34 words with the flashcards: sozlar.com/vocab/cards/?set=grade10-lesson17</w:t>
            </w:r>
          </w:p>
          <w:p>
            <w:pPr>
              <w:spacing w:after="40"/>
            </w:pPr>
            <w:r>
              <w:rPr>
                <w:b w:val="0"/>
                <w:i w:val="0"/>
                <w:sz w:val="19"/>
              </w:rPr>
              <w:t>• Write 8 sentences about hobbies then and now, using 8 words from today’s list.</w:t>
            </w:r>
          </w:p>
        </w:tc>
      </w:tr>
    </w:tbl>
    <w:p>
      <w:pPr>
        <w:spacing w:after="40"/>
      </w:pPr>
      <w:r>
        <w:rPr>
          <w:b/>
          <w:sz w:val="18"/>
        </w:rPr>
        <w:t xml:space="preserve">Farqlash: </w:t>
      </w:r>
      <w:r>
        <w:rPr>
          <w:i/>
          <w:sz w:val="18"/>
        </w:rPr>
        <w:t>Kuchli o‘quvchilar ex.3 ni izlar slaydisiz bajaradi va ortiqcha gap (A) nega to‘g‘ri kelmasligini tushuntiradi; kuchsizlarga izlar slaydi va A–G gaplarning o‘zbekcha qisqa mazmuni beriladi.</w:t>
      </w:r>
    </w:p>
    <w:p>
      <w:r>
        <w:br w:type="page"/>
      </w:r>
    </w:p>
    <w:p>
      <w:pPr>
        <w:spacing w:before="80" w:after="60"/>
      </w:pPr>
      <w:r>
        <w:rPr>
          <w:b/>
          <w:color w:val="0B6E5F"/>
          <w:sz w:val="24"/>
        </w:rPr>
        <w:t>Daily Lesson Plan · 18-dars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Hobbies</w:t>
            </w:r>
            <w:r>
              <w:rPr>
                <w:b w:val="0"/>
                <w:i w:val="0"/>
                <w:sz w:val="19"/>
              </w:rPr>
              <w:t xml:space="preserve"> (Word Box: xobbilar — so‘zlar va fikr bildirish)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maqoladagi yettita Word box so‘zini (valuable, afford, traditional, weird, rhythm, balance, video arcade), At first / which means / However / For instance bog‘lovchilarini va afzallik bildiruvchi iboralarni (It appeals to me…, I’m (not) really into…, I’d rather…) o‘rganadi.</w:t>
            </w:r>
          </w:p>
          <w:p>
            <w:pPr>
              <w:spacing w:after="40"/>
            </w:pPr>
            <w:r>
              <w:rPr>
                <w:b/>
                <w:i w:val="0"/>
                <w:sz w:val="19"/>
              </w:rPr>
              <w:t xml:space="preserve">b) Tarbiyaviy: </w:t>
            </w:r>
            <w:r>
              <w:rPr>
                <w:b w:val="0"/>
                <w:i w:val="0"/>
                <w:sz w:val="19"/>
              </w:rPr>
              <w:t>Boshqalarning qiziqishlariga hurmat bilan qarash, xobbi tanlashda mo‘tadillik va vaqtni oqilona taqsimlashga o‘rgatish.</w:t>
            </w:r>
          </w:p>
          <w:p>
            <w:pPr>
              <w:spacing w:after="40"/>
            </w:pPr>
            <w:r>
              <w:rPr>
                <w:b/>
                <w:i w:val="0"/>
                <w:sz w:val="19"/>
              </w:rPr>
              <w:t xml:space="preserve">c) Rivojlantiruvchi: </w:t>
            </w:r>
            <w:r>
              <w:rPr>
                <w:b w:val="0"/>
                <w:i w:val="0"/>
                <w:sz w:val="19"/>
              </w:rPr>
              <w:t>Fikrni bog‘lovchilar yordamida izchil bayon qilish, so‘z oilasini yasash va o‘z afzalligini asoslash ko‘nikmasini rivojlantirish.</w:t>
            </w:r>
          </w:p>
        </w:tc>
        <w:tc>
          <w:tcPr>
            <w:tcW w:type="dxa" w:w="5443"/>
          </w:tcPr>
          <w:p>
            <w:pPr>
              <w:spacing w:after="40"/>
            </w:pPr>
            <w:r/>
            <w:r>
              <w:rPr>
                <w:b/>
                <w:i w:val="0"/>
                <w:sz w:val="18"/>
              </w:rPr>
              <w:t xml:space="preserve">1. Lead-in (Kirish) — 3 daqiqa. </w:t>
            </w:r>
            <w:r>
              <w:rPr>
                <w:b w:val="0"/>
                <w:i w:val="0"/>
                <w:sz w:val="18"/>
              </w:rPr>
              <w:t>Ask: which hobbies from the article do you remember? What has changed?</w:t>
            </w:r>
          </w:p>
          <w:p>
            <w:pPr>
              <w:spacing w:after="40"/>
            </w:pPr>
            <w:r>
              <w:rPr>
                <w:b/>
                <w:i w:val="0"/>
                <w:sz w:val="18"/>
              </w:rPr>
              <w:t xml:space="preserve">2. Book task ex.2 (Kitob topshirig‘i ex.2) — 5 daqiqa. </w:t>
            </w:r>
            <w:r>
              <w:rPr>
                <w:b w:val="0"/>
                <w:i w:val="0"/>
                <w:sz w:val="18"/>
              </w:rPr>
              <w:t>Linking words slide; students find each linker in the article.</w:t>
            </w:r>
          </w:p>
          <w:p>
            <w:pPr>
              <w:spacing w:after="40"/>
            </w:pPr>
            <w:r>
              <w:rPr>
                <w:b/>
                <w:i w:val="0"/>
                <w:sz w:val="18"/>
              </w:rPr>
              <w:t xml:space="preserve">3. Word box ex.4 — 8 daqiqa. </w:t>
            </w:r>
            <w:r>
              <w:rPr>
                <w:b w:val="0"/>
                <w:i w:val="0"/>
                <w:sz w:val="18"/>
              </w:rPr>
              <w:t>Two Word box slides; students use the first letter and the article.</w:t>
            </w:r>
          </w:p>
          <w:p>
            <w:pPr>
              <w:spacing w:after="40"/>
            </w:pPr>
            <w:r>
              <w:rPr>
                <w:b/>
                <w:i w:val="0"/>
                <w:sz w:val="18"/>
              </w:rPr>
              <w:t xml:space="preserve">4. Vocabulary A–C (Yangi so‘zlar A–D) — 7 daqiqa. </w:t>
            </w:r>
            <w:r>
              <w:rPr>
                <w:b w:val="0"/>
                <w:i w:val="0"/>
                <w:sz w:val="18"/>
              </w:rPr>
              <w:t>Present the three sections with audio; focus slide (five traps).</w:t>
            </w:r>
          </w:p>
          <w:p>
            <w:pPr>
              <w:spacing w:after="40"/>
            </w:pPr>
            <w:r>
              <w:rPr>
                <w:b/>
                <w:i w:val="0"/>
                <w:sz w:val="18"/>
              </w:rPr>
              <w:t xml:space="preserve">5. Practice gap-fill (Mashq — bo‘sh joyni to‘ldirish) — 4 daqiqa. </w:t>
            </w:r>
            <w:r>
              <w:rPr>
                <w:b w:val="0"/>
                <w:i w:val="0"/>
                <w:sz w:val="18"/>
              </w:rPr>
              <w:t>Gap-fill slide (8 sentences).</w:t>
            </w:r>
          </w:p>
          <w:p>
            <w:pPr>
              <w:spacing w:after="40"/>
            </w:pPr>
            <w:r>
              <w:rPr>
                <w:b/>
                <w:i w:val="0"/>
                <w:sz w:val="18"/>
              </w:rPr>
              <w:t xml:space="preserve">6. Word formation worksheet (So‘z yasash varaqasi) — 8 daqiqa. </w:t>
            </w:r>
            <w:r>
              <w:rPr>
                <w:b w:val="0"/>
                <w:i w:val="0"/>
                <w:sz w:val="18"/>
              </w:rPr>
              <w:t>Hand out the Use of English worksheet (Part A and B).</w:t>
            </w:r>
          </w:p>
          <w:p>
            <w:pPr>
              <w:spacing w:after="40"/>
            </w:pPr>
            <w:r>
              <w:rPr>
                <w:b/>
                <w:i w:val="0"/>
                <w:sz w:val="18"/>
              </w:rPr>
              <w:t xml:space="preserve">7. Speaking: Have your say! (Gapirish: Have your say!) — 8 daqiqa. </w:t>
            </w:r>
            <w:r>
              <w:rPr>
                <w:b w:val="0"/>
                <w:i w:val="0"/>
                <w:sz w:val="18"/>
              </w:rPr>
              <w:t>Groups of three discuss the two book questions with the preference phrases.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matndan bog‘lovchini topish, birinchi harf bo‘yicha so‘z topish, Use of English varaqasi (so‘z yasash), uch kishilik guruhda muhokama, «Memory check» — yakuniy tekshiruv</w:t>
            </w:r>
          </w:p>
        </w:tc>
        <w:tc>
          <w:tcPr>
            <w:tcW w:type="dxa" w:w="2835"/>
          </w:tcPr>
          <w:p>
            <w:pPr>
              <w:spacing w:after="40"/>
            </w:pPr>
            <w:r/>
            <w:r>
              <w:rPr>
                <w:b w:val="0"/>
                <w:i w:val="0"/>
                <w:sz w:val="19"/>
              </w:rPr>
              <w:t>O‘quvchilar dars oxirida:</w:t>
            </w:r>
          </w:p>
          <w:p>
            <w:pPr>
              <w:spacing w:after="40"/>
            </w:pPr>
            <w:r>
              <w:rPr>
                <w:b w:val="0"/>
                <w:i w:val="0"/>
                <w:sz w:val="19"/>
              </w:rPr>
              <w:t>• to‘rtta bog‘lovchini vazifasiga moslay oladi (ex. 2);</w:t>
            </w:r>
          </w:p>
          <w:p>
            <w:pPr>
              <w:spacing w:after="40"/>
            </w:pPr>
            <w:r>
              <w:rPr>
                <w:b w:val="0"/>
                <w:i w:val="0"/>
                <w:sz w:val="19"/>
              </w:rPr>
              <w:t>• birinchi harfga qarab yettita Word box gapini to‘ldira oladi (ex. 4);</w:t>
            </w:r>
          </w:p>
          <w:p>
            <w:pPr>
              <w:spacing w:after="40"/>
            </w:pPr>
            <w:r>
              <w:rPr>
                <w:b w:val="0"/>
                <w:i w:val="0"/>
                <w:sz w:val="19"/>
              </w:rPr>
              <w:t>• bir so‘z oilasidan o‘nta so‘z yasay oladi (varaqaning A qismi);</w:t>
            </w:r>
          </w:p>
          <w:p>
            <w:pPr>
              <w:spacing w:after="40"/>
            </w:pPr>
            <w:r>
              <w:rPr>
                <w:b w:val="0"/>
                <w:i w:val="0"/>
                <w:sz w:val="19"/>
              </w:rPr>
              <w:t>• Have your say! savollarini kamida uchta afzallik iborasi bilan muhokama qila oladi.</w:t>
            </w:r>
          </w:p>
        </w:tc>
        <w:tc>
          <w:tcPr>
            <w:tcW w:type="dxa" w:w="3175"/>
          </w:tcPr>
          <w:p>
            <w:pPr>
              <w:spacing w:after="40"/>
            </w:pPr>
            <w:r/>
            <w:r>
              <w:rPr>
                <w:b w:val="0"/>
                <w:i w:val="0"/>
                <w:sz w:val="18"/>
              </w:rPr>
              <w:t>Laser B1+ SB pp. 24–25 — ex.2 bog‘lovchi so‘zlarni vazifasi bilan moslash (At first / which means / However / For instance), WORD BOX ex.4 maqoladagi so‘zlar (valuable, afford, traditional, weird, rhythm, balance, video arcade), Have your say! muhokama — asosiy; Solutions Intermediate p. 26 (2F ex.6 «Explaining preference»: It appeals to me…, I’m (not) really into…, I’d rather…, addictive, time-consuming…)</w:t>
            </w:r>
          </w:p>
          <w:p>
            <w:pPr>
              <w:spacing w:after="40"/>
            </w:pPr>
            <w:r>
              <w:rPr>
                <w:b/>
                <w:i w:val="0"/>
                <w:sz w:val="18"/>
              </w:rPr>
              <w:t xml:space="preserve">Jihozlar: </w:t>
            </w:r>
            <w:r>
              <w:rPr>
                <w:b w:val="0"/>
                <w:i w:val="0"/>
                <w:sz w:val="18"/>
              </w:rPr>
              <w:t>Vocabulary sheet (26 items), Use of English worksheet (word formation + collocations), slides, flashcards with audio (sozlar.com/vocab); Laser B1+ SB pp. 24–25; Solutions Intermediate p.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26 words with the flashcards: sozlar.com/vocab/cards/?set=grade10-lesson18</w:t>
            </w:r>
          </w:p>
          <w:p>
            <w:pPr>
              <w:spacing w:after="40"/>
            </w:pPr>
            <w:r>
              <w:rPr>
                <w:b w:val="0"/>
                <w:i w:val="0"/>
                <w:sz w:val="19"/>
              </w:rPr>
              <w:t>• Write 10 sentences about your hobbies, including all 7 Word box words and three adjectives from today’s list (relaxing, rewarding …).</w:t>
            </w:r>
          </w:p>
        </w:tc>
      </w:tr>
    </w:tbl>
    <w:p>
      <w:pPr>
        <w:spacing w:after="40"/>
      </w:pPr>
      <w:r>
        <w:rPr>
          <w:b/>
          <w:sz w:val="19"/>
        </w:rPr>
        <w:t xml:space="preserve">Izoh: </w:t>
      </w:r>
      <w:r>
        <w:rPr>
          <w:sz w:val="19"/>
        </w:rPr>
        <w:t>PIIMA’da bu dars 29.09.2026 sanasida qayd etilgan (BSB 1 bilan sanalar almashgan — 16-dars izohiga qarang).</w:t>
      </w:r>
    </w:p>
    <w:p>
      <w:pPr>
        <w:spacing w:after="40"/>
      </w:pPr>
      <w:r>
        <w:rPr>
          <w:b/>
          <w:sz w:val="18"/>
        </w:rPr>
        <w:t xml:space="preserve">Farqlash: </w:t>
      </w:r>
      <w:r>
        <w:rPr>
          <w:i/>
          <w:sz w:val="18"/>
        </w:rPr>
        <w:t>Kuchli o‘quvchilar Word box ex.4 ni maqolasiz bajaradi va har so‘z bilan o‘z gapini tuzadi; kuchsizlarga so‘zlar ro‘yxati (7 ta) doskada beriladi va faqat moslashtiradi.</w:t>
      </w:r>
    </w:p>
    <w:p>
      <w:r>
        <w:br w:type="page"/>
      </w:r>
    </w:p>
    <w:p>
      <w:pPr>
        <w:spacing w:before="80" w:after="60"/>
      </w:pPr>
      <w:r>
        <w:rPr>
          <w:b/>
          <w:color w:val="0B6E5F"/>
          <w:sz w:val="24"/>
        </w:rPr>
        <w:t>Daily Lesson Plan · 19-dars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Clinic: Present Perfect Review</w:t>
            </w:r>
            <w:r>
              <w:rPr>
                <w:b w:val="0"/>
                <w:i w:val="0"/>
                <w:sz w:val="19"/>
              </w:rPr>
              <w:t xml:space="preserve"> (Present perfect simple va continuous takrori)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present perfect simple, present perfect continuous va past simple o‘rtasida tanlash va tanlovini asoslashni (natija yoki necha marta / faoliyat yoki qancha vaqt / tugagan vaqt) o‘rganadi.</w:t>
            </w:r>
          </w:p>
          <w:p>
            <w:pPr>
              <w:spacing w:after="40"/>
            </w:pPr>
            <w:r>
              <w:rPr>
                <w:b/>
                <w:i w:val="0"/>
                <w:sz w:val="17"/>
              </w:rPr>
              <w:t xml:space="preserve">b) Tarbiyaviy: </w:t>
            </w:r>
            <w:r>
              <w:rPr>
                <w:b w:val="0"/>
                <w:i w:val="0"/>
                <w:sz w:val="17"/>
              </w:rPr>
              <w:t>Sevimli mashg‘ulotga sabr va izchillik bilan uzoq vaqt shug‘ullanish, o‘z yutuqlarini qadrlashga o‘rgatish.</w:t>
            </w:r>
          </w:p>
          <w:p>
            <w:pPr>
              <w:spacing w:after="40"/>
            </w:pPr>
            <w:r>
              <w:rPr>
                <w:b/>
                <w:i w:val="0"/>
                <w:sz w:val="17"/>
              </w:rPr>
              <w:t xml:space="preserve">c) Rivojlantiruvchi: </w:t>
            </w:r>
            <w:r>
              <w:rPr>
                <w:b w:val="0"/>
                <w:i w:val="0"/>
                <w:sz w:val="17"/>
              </w:rPr>
              <w:t>Avval mustaqil sinab ko‘rib, so‘ng qoidani tahlil qilish, xatoni topib tuzatish va javobni asoslash ko‘nikmasini rivojlantirish.</w:t>
            </w:r>
          </w:p>
        </w:tc>
        <w:tc>
          <w:tcPr>
            <w:tcW w:type="dxa" w:w="5443"/>
          </w:tcPr>
          <w:p>
            <w:pPr>
              <w:spacing w:after="40"/>
            </w:pPr>
            <w:r/>
            <w:r>
              <w:rPr>
                <w:b/>
                <w:i w:val="0"/>
                <w:sz w:val="17"/>
              </w:rPr>
              <w:t xml:space="preserve">1. Lead-in (Kirish) — 3 daqiqa. </w:t>
            </w:r>
            <w:r>
              <w:rPr>
                <w:b w:val="0"/>
                <w:i w:val="0"/>
                <w:sz w:val="17"/>
              </w:rPr>
              <w:t>Board: I’ve played the guitar / I’ve been playing the guitar. Ask which one tells us about a result and which about an activity. Vocabulary sheet and flashcards stay closed.</w:t>
            </w:r>
          </w:p>
          <w:p>
            <w:pPr>
              <w:spacing w:after="40"/>
            </w:pPr>
            <w:r>
              <w:rPr>
                <w:b/>
                <w:i w:val="0"/>
                <w:sz w:val="17"/>
              </w:rPr>
              <w:t xml:space="preserve">2. Form table (Shakl jadvali) — 3 daqiqa. </w:t>
            </w:r>
            <w:r>
              <w:rPr>
                <w:b w:val="0"/>
                <w:i w:val="0"/>
                <w:sz w:val="17"/>
              </w:rPr>
              <w:t>Form table slide only (+, −, ?, time words). Do not show the focus or the vocabulary slides yet.</w:t>
            </w:r>
          </w:p>
          <w:p>
            <w:pPr>
              <w:spacing w:after="40"/>
            </w:pPr>
            <w:r>
              <w:rPr>
                <w:b/>
                <w:i w:val="0"/>
                <w:sz w:val="17"/>
              </w:rPr>
              <w:t xml:space="preserve">3. Book p.26 ex.1–4 (test) (Kitob p.26 ex.1–4 (test)) — 11 daqiqa. </w:t>
            </w:r>
            <w:r>
              <w:rPr>
                <w:b w:val="0"/>
                <w:i w:val="0"/>
                <w:sz w:val="17"/>
              </w:rPr>
              <w:t>Book tasks slide. ex.1–2 in pairs, ex.3 alone, ex.4 alone. Books open, word list closed; the Grammar database is for checking.</w:t>
            </w:r>
          </w:p>
          <w:p>
            <w:pPr>
              <w:spacing w:after="40"/>
            </w:pPr>
            <w:r>
              <w:rPr>
                <w:b/>
                <w:i w:val="0"/>
                <w:sz w:val="17"/>
              </w:rPr>
              <w:t xml:space="preserve">4. Book p.26 ex.5 — the blog (Kitob p.26 ex.5 — blog) — 6 daqiqa. </w:t>
            </w:r>
            <w:r>
              <w:rPr>
                <w:b w:val="0"/>
                <w:i w:val="0"/>
                <w:sz w:val="17"/>
              </w:rPr>
              <w:t>Students complete the blog with the six verbs on their own.</w:t>
            </w:r>
          </w:p>
          <w:p>
            <w:pPr>
              <w:spacing w:after="40"/>
            </w:pPr>
            <w:r>
              <w:rPr>
                <w:b/>
                <w:i w:val="0"/>
                <w:sz w:val="17"/>
              </w:rPr>
              <w:t xml:space="preserve">5. Check and teach (Tekshirish va tushuntirish) — 6 daqiqa. </w:t>
            </w:r>
            <w:r>
              <w:rPr>
                <w:b w:val="0"/>
                <w:i w:val="0"/>
                <w:sz w:val="17"/>
              </w:rPr>
              <w:t>Answer key slide: students say WHY (result, how many, how long, finished time). Then the focus slide and card sections A–D as consolidation; hand out the vocabulary sheet now.</w:t>
            </w:r>
          </w:p>
          <w:p>
            <w:pPr>
              <w:spacing w:after="40"/>
            </w:pPr>
            <w:r>
              <w:rPr>
                <w:b/>
                <w:i w:val="0"/>
                <w:sz w:val="17"/>
              </w:rPr>
              <w:t xml:space="preserve">6. Matching halves (Yarim gaplarni moslash) — 5 daqiqa. </w:t>
            </w:r>
            <w:r>
              <w:rPr>
                <w:b w:val="0"/>
                <w:i w:val="0"/>
                <w:sz w:val="17"/>
              </w:rPr>
              <w:t>Practice slide orally (1 min), then the match-halves worksheet (groups A and B).</w:t>
            </w:r>
          </w:p>
          <w:p>
            <w:pPr>
              <w:spacing w:after="40"/>
            </w:pPr>
            <w:r>
              <w:rPr>
                <w:b/>
                <w:i w:val="0"/>
                <w:sz w:val="17"/>
              </w:rPr>
              <w:t xml:space="preserve">7. Speaking — How long have you been …? (Gapirish — How long have you been …?) — 5 daqiqa. </w:t>
            </w:r>
            <w:r>
              <w:rPr>
                <w:b w:val="0"/>
                <w:i w:val="0"/>
                <w:sz w:val="17"/>
              </w:rPr>
              <w:t>Pairs interview each other; then the Solutions p.24 ex.8 game (You look exhausted!).</w:t>
            </w:r>
          </w:p>
          <w:p>
            <w:pPr>
              <w:spacing w:after="40"/>
            </w:pPr>
            <w:r>
              <w:rPr>
                <w:b/>
                <w:i w:val="0"/>
                <w:sz w:val="17"/>
              </w:rPr>
              <w:t xml:space="preserve">8. Reading — Three months with a guitar (O‘qish — Three months with a guitar) — 4 daqiqa. </w:t>
            </w:r>
            <w:r>
              <w:rPr>
                <w:b w:val="0"/>
                <w:i w:val="0"/>
                <w:sz w:val="17"/>
              </w:rPr>
              <w:t>Students read the short text on the lesson page (or listen to the audio) and answer the five questions.</w:t>
            </w:r>
          </w:p>
          <w:p>
            <w:pPr>
              <w:spacing w:after="40"/>
            </w:pPr>
            <w:r>
              <w:rPr>
                <w:b/>
                <w:i w:val="0"/>
                <w:sz w:val="17"/>
              </w:rPr>
              <w:t xml:space="preserve">9. Wrap-up and homework (Yakun va uyga vazifa) — 2 daqiqa. </w:t>
            </w:r>
            <w:r>
              <w:rPr>
                <w:b w:val="0"/>
                <w:i w:val="0"/>
                <w:sz w:val="17"/>
              </w:rPr>
              <w:t>Memory check slide; correct ‘I’ve seen him yesterday’; set homework.</w:t>
            </w:r>
          </w:p>
          <w:p>
            <w:pPr>
              <w:spacing w:after="40"/>
            </w:pPr>
            <w:r>
              <w:rPr>
                <w:b/>
                <w:i w:val="0"/>
                <w:sz w:val="17"/>
              </w:rPr>
              <w:t xml:space="preserve">Metodlar: </w:t>
            </w:r>
            <w:r>
              <w:rPr>
                <w:b w:val="0"/>
                <w:i/>
                <w:sz w:val="17"/>
              </w:rPr>
              <w:t>taqqoslash (natija va faoliyat), «avval test, keyin tushuntirish», «Nega?» — javobni asoslash, juftlikda intervyu va o‘yin, yarim gaplarni moslash (A va B guruh)</w:t>
            </w:r>
          </w:p>
        </w:tc>
        <w:tc>
          <w:tcPr>
            <w:tcW w:type="dxa" w:w="2835"/>
          </w:tcPr>
          <w:p>
            <w:pPr>
              <w:spacing w:after="40"/>
            </w:pPr>
            <w:r/>
            <w:r>
              <w:rPr>
                <w:b w:val="0"/>
                <w:i w:val="0"/>
                <w:sz w:val="17"/>
              </w:rPr>
              <w:t>O‘quvchilar dars oxirida:</w:t>
            </w:r>
          </w:p>
          <w:p>
            <w:pPr>
              <w:spacing w:after="40"/>
            </w:pPr>
            <w:r>
              <w:rPr>
                <w:b w:val="0"/>
                <w:i w:val="0"/>
                <w:sz w:val="17"/>
              </w:rPr>
              <w:t>• uchta gapni qo‘llanishiga moslab, to‘rtta fikrning to‘g‘ri yoki noto‘g‘riligini aniqlay oladi (ex. 1–2);</w:t>
            </w:r>
          </w:p>
          <w:p>
            <w:pPr>
              <w:spacing w:after="40"/>
            </w:pPr>
            <w:r>
              <w:rPr>
                <w:b w:val="0"/>
                <w:i w:val="0"/>
                <w:sz w:val="17"/>
              </w:rPr>
              <w:t>• uchta xatoni tuzatib, to‘g‘ri gapni topa oladi (ex. 3);</w:t>
            </w:r>
          </w:p>
          <w:p>
            <w:pPr>
              <w:spacing w:after="40"/>
            </w:pPr>
            <w:r>
              <w:rPr>
                <w:b w:val="0"/>
                <w:i w:val="0"/>
                <w:sz w:val="17"/>
              </w:rPr>
              <w:t>• o‘n ikkita bo‘shliqni present perfect simple yoki continuous bilan to‘ldira oladi (ex. 4–5);</w:t>
            </w:r>
          </w:p>
          <w:p>
            <w:pPr>
              <w:spacing w:after="40"/>
            </w:pPr>
            <w:r>
              <w:rPr>
                <w:b w:val="0"/>
                <w:i w:val="0"/>
                <w:sz w:val="17"/>
              </w:rPr>
              <w:t>• o‘z xobbisi haqida How long have you been …? savollarini bera va javob bera oladi.</w:t>
            </w:r>
          </w:p>
        </w:tc>
        <w:tc>
          <w:tcPr>
            <w:tcW w:type="dxa" w:w="3175"/>
          </w:tcPr>
          <w:p>
            <w:pPr>
              <w:spacing w:after="40"/>
            </w:pPr>
            <w:r/>
            <w:r>
              <w:rPr>
                <w:b w:val="0"/>
                <w:i w:val="0"/>
                <w:sz w:val="17"/>
              </w:rPr>
              <w:t>Laser B1+ SB p. 26 — Grammar clinic: Present perfect tense review: ex.1 maqoladagi gaplarni tushuntirishga moslash (a series of actions / a situation / a completed action), ex.2 true/false, ex.3 xatolarni tuzatish (bitta gap xatosiz), ex.4 present perfect simple yoki continuous, ex.5 «free local library» blogi; Grammar database pp. 171–172; Solutions Intermediate p. 24 (Present perfect simple and continuous: Ellie va Jack dialogi, Learn this!); Workbook p. 20 ex.1–3</w:t>
            </w:r>
          </w:p>
          <w:p>
            <w:pPr>
              <w:spacing w:after="40"/>
            </w:pPr>
            <w:r>
              <w:rPr>
                <w:b/>
                <w:i w:val="0"/>
                <w:sz w:val="17"/>
              </w:rPr>
              <w:t xml:space="preserve">Jihozlar: </w:t>
            </w:r>
            <w:r>
              <w:rPr>
                <w:b w:val="0"/>
                <w:i w:val="0"/>
                <w:sz w:val="17"/>
              </w:rPr>
              <w:t>Laser B1+ SB p. 26, Grammar database pp. 171–172; slides; vocabulary sheet (30 items) and flashcards with audio (sozlar.com/vocab) — handed out only AFTER the book tasks are checked (the cards contain the book answers); Workbook p. 20.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20, ex. 1–3.</w:t>
            </w:r>
          </w:p>
          <w:p>
            <w:pPr>
              <w:spacing w:after="40"/>
            </w:pPr>
            <w:r>
              <w:rPr>
                <w:b w:val="0"/>
                <w:i w:val="0"/>
                <w:sz w:val="19"/>
              </w:rPr>
              <w:t>• Learn the 30 items with the flashcards: sozlar.com/vocab/cards/?set=grade10-lesson19</w:t>
            </w:r>
          </w:p>
          <w:p>
            <w:pPr>
              <w:spacing w:after="40"/>
            </w:pPr>
            <w:r>
              <w:rPr>
                <w:b w:val="0"/>
                <w:i w:val="0"/>
                <w:sz w:val="19"/>
              </w:rPr>
              <w:t>• Write six sentences about your hobbies: two with for, two with since, one with already, one with yet.</w:t>
            </w:r>
          </w:p>
        </w:tc>
      </w:tr>
    </w:tbl>
    <w:p>
      <w:pPr>
        <w:spacing w:after="40"/>
      </w:pPr>
      <w:r>
        <w:rPr>
          <w:b/>
          <w:sz w:val="18"/>
        </w:rPr>
        <w:t xml:space="preserve">Farqlash: </w:t>
      </w:r>
      <w:r>
        <w:rPr>
          <w:i/>
          <w:sz w:val="18"/>
        </w:rPr>
        <w:t>Fast finishers write six sentences about their own hobby (two with for, two with since, two with already or yet); weaker students do ex.4 with the form table on the board.</w:t>
      </w:r>
    </w:p>
    <w:p>
      <w:r>
        <w:br w:type="page"/>
      </w:r>
    </w:p>
    <w:p>
      <w:pPr>
        <w:spacing w:before="80" w:after="60"/>
      </w:pPr>
      <w:r>
        <w:rPr>
          <w:b/>
          <w:color w:val="0B6E5F"/>
          <w:sz w:val="24"/>
        </w:rPr>
        <w:t>Daily Lesson Plan · 20-dars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Builder: Free Time Activities</w:t>
            </w:r>
            <w:r>
              <w:rPr>
                <w:b w:val="0"/>
                <w:i w:val="0"/>
                <w:sz w:val="19"/>
              </w:rPr>
              <w:t xml:space="preserve"> (Bo‘sh vaqt mashg‘ulotlari: go, do, play; vaqt haqida iboralar)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bo‘sh vaqt mashg‘ulotlarini to‘g‘ri fe’l bilan (go, do, play) aytishni, vaqtga oid oltita idiomani (have time on your hands, kill time, make time, take your time, on time, in time), down bilan beshta frazal fe’lni va «vaqt — pul» metaforalarini o‘rganadi.</w:t>
            </w:r>
          </w:p>
          <w:p>
            <w:pPr>
              <w:spacing w:after="40"/>
            </w:pPr>
            <w:r>
              <w:rPr>
                <w:b/>
                <w:i w:val="0"/>
                <w:sz w:val="19"/>
              </w:rPr>
              <w:t xml:space="preserve">b) Tarbiyaviy: </w:t>
            </w:r>
            <w:r>
              <w:rPr>
                <w:b w:val="0"/>
                <w:i w:val="0"/>
                <w:sz w:val="19"/>
              </w:rPr>
              <w:t>Vaqtni qadrlash, uni behuda sarflamaslik va bo‘sh vaqtni foydali rejalashtirishga o‘rgatish.</w:t>
            </w:r>
          </w:p>
          <w:p>
            <w:pPr>
              <w:spacing w:after="40"/>
            </w:pPr>
            <w:r>
              <w:rPr>
                <w:b/>
                <w:i w:val="0"/>
                <w:sz w:val="19"/>
              </w:rPr>
              <w:t xml:space="preserve">c) Rivojlantiruvchi: </w:t>
            </w:r>
            <w:r>
              <w:rPr>
                <w:b w:val="0"/>
                <w:i w:val="0"/>
                <w:sz w:val="19"/>
              </w:rPr>
              <w:t>So‘zlarni qoidaga ko‘ra guruhlash, idioma ma’nosini kontekstdan topish va obrazli ifodalarni nutqda qo‘llash ko‘nikmasini rivojlantirish.</w:t>
            </w:r>
          </w:p>
        </w:tc>
        <w:tc>
          <w:tcPr>
            <w:tcW w:type="dxa" w:w="5443"/>
          </w:tcPr>
          <w:p>
            <w:pPr>
              <w:spacing w:after="40"/>
            </w:pPr>
            <w:r/>
            <w:r>
              <w:rPr>
                <w:b/>
                <w:i w:val="0"/>
                <w:sz w:val="18"/>
              </w:rPr>
              <w:t xml:space="preserve">1. Lead-in (Kirish) — 3 daqiqa. </w:t>
            </w:r>
            <w:r>
              <w:rPr>
                <w:b w:val="0"/>
                <w:i w:val="0"/>
                <w:sz w:val="18"/>
              </w:rPr>
              <w:t>Ask: What did you do last weekend? Write the verbs students use on the board (go / do / play). Vocabulary sheet and flashcards stay closed.</w:t>
            </w:r>
          </w:p>
          <w:p>
            <w:pPr>
              <w:spacing w:after="40"/>
            </w:pPr>
            <w:r>
              <w:rPr>
                <w:b/>
                <w:i w:val="0"/>
                <w:sz w:val="18"/>
              </w:rPr>
              <w:t xml:space="preserve">2. Book p.27 ex.1–2 (test) (Kitob p.27 ex.1–2 (test)) — 7 daqiqa. </w:t>
            </w:r>
            <w:r>
              <w:rPr>
                <w:b w:val="0"/>
                <w:i w:val="0"/>
                <w:sz w:val="18"/>
              </w:rPr>
              <w:t>Book tasks slide: students sort the 14 activities (ex.1) and correct the verbs (ex.2) on their own, then compare in pairs.</w:t>
            </w:r>
          </w:p>
          <w:p>
            <w:pPr>
              <w:spacing w:after="40"/>
            </w:pPr>
            <w:r>
              <w:rPr>
                <w:b/>
                <w:i w:val="0"/>
                <w:sz w:val="18"/>
              </w:rPr>
              <w:t xml:space="preserve">3. Book p.27 ex.3–5 (Kitob p.27 ex.3–5) — 9 daqiqa. </w:t>
            </w:r>
            <w:r>
              <w:rPr>
                <w:b w:val="0"/>
                <w:i w:val="0"/>
                <w:sz w:val="18"/>
              </w:rPr>
              <w:t>Idioms (ex.3), phrasal verbs with down (ex.4), magic metaphors (ex.5) — alone, then pairs.</w:t>
            </w:r>
          </w:p>
          <w:p>
            <w:pPr>
              <w:spacing w:after="40"/>
            </w:pPr>
            <w:r>
              <w:rPr>
                <w:b/>
                <w:i w:val="0"/>
                <w:sz w:val="18"/>
              </w:rPr>
              <w:t xml:space="preserve">4. Check and teach (Tekshirish va tushuntirish) — 8 daqiqa. </w:t>
            </w:r>
            <w:r>
              <w:rPr>
                <w:b w:val="0"/>
                <w:i w:val="0"/>
                <w:sz w:val="18"/>
              </w:rPr>
              <w:t>Answer key slide; students explain each answer. Then the focus slide (go / do / play rules, on time vs in time) and card sections A–D with audio as consolidation; hand out the vocabulary sheet now.</w:t>
            </w:r>
          </w:p>
          <w:p>
            <w:pPr>
              <w:spacing w:after="40"/>
            </w:pPr>
            <w:r>
              <w:rPr>
                <w:b/>
                <w:i w:val="0"/>
                <w:sz w:val="18"/>
              </w:rPr>
              <w:t xml:space="preserve">5. Matching halves (Yarim gaplarni moslash) — 6 daqiqa. </w:t>
            </w:r>
            <w:r>
              <w:rPr>
                <w:b w:val="0"/>
                <w:i w:val="0"/>
                <w:sz w:val="18"/>
              </w:rPr>
              <w:t>Practice slide orally (2 min), then the match-halves worksheet (groups A and B).</w:t>
            </w:r>
          </w:p>
          <w:p>
            <w:pPr>
              <w:spacing w:after="40"/>
            </w:pPr>
            <w:r>
              <w:rPr>
                <w:b/>
                <w:i w:val="0"/>
                <w:sz w:val="18"/>
              </w:rPr>
              <w:t xml:space="preserve">6. Speaking (Gapirish) — 6 daqiqa. </w:t>
            </w:r>
            <w:r>
              <w:rPr>
                <w:b w:val="0"/>
                <w:i w:val="0"/>
                <w:sz w:val="18"/>
              </w:rPr>
              <w:t>Pairs talk about their free time using go / do / play and two idioms.</w:t>
            </w:r>
          </w:p>
          <w:p>
            <w:pPr>
              <w:spacing w:after="40"/>
            </w:pPr>
            <w:r>
              <w:rPr>
                <w:b/>
                <w:i w:val="0"/>
                <w:sz w:val="18"/>
              </w:rPr>
              <w:t xml:space="preserve">7. Reading — My cousin never kills time (O‘qish — My cousin never kills time) — 4 daqiqa. </w:t>
            </w:r>
            <w:r>
              <w:rPr>
                <w:b w:val="0"/>
                <w:i w:val="0"/>
                <w:sz w:val="18"/>
              </w:rPr>
              <w:t>Students read or listen to the text on the lesson page and answer the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«avval test, keyin tushuntirish», jadvalga ajratish (go / do / play), juftlikda tekshirish, yarim gaplarni moslash (A va B guruh), juftlikda muloqot</w:t>
            </w:r>
          </w:p>
        </w:tc>
        <w:tc>
          <w:tcPr>
            <w:tcW w:type="dxa" w:w="2835"/>
          </w:tcPr>
          <w:p>
            <w:pPr>
              <w:spacing w:after="40"/>
            </w:pPr>
            <w:r/>
            <w:r>
              <w:rPr>
                <w:b w:val="0"/>
                <w:i w:val="0"/>
                <w:sz w:val="19"/>
              </w:rPr>
              <w:t>O‘quvchilar dars oxirida:</w:t>
            </w:r>
          </w:p>
          <w:p>
            <w:pPr>
              <w:spacing w:after="40"/>
            </w:pPr>
            <w:r>
              <w:rPr>
                <w:b w:val="0"/>
                <w:i w:val="0"/>
                <w:sz w:val="19"/>
              </w:rPr>
              <w:t>• o‘n to‘rtta mashg‘ulotni go, do va play guruhlariga ajrata oladi (ex. 1);</w:t>
            </w:r>
          </w:p>
          <w:p>
            <w:pPr>
              <w:spacing w:after="40"/>
            </w:pPr>
            <w:r>
              <w:rPr>
                <w:b w:val="0"/>
                <w:i w:val="0"/>
                <w:sz w:val="19"/>
              </w:rPr>
              <w:t>• oltita gapdagi noto‘g‘ri fe’lni tuzata oladi (ex. 2);</w:t>
            </w:r>
          </w:p>
          <w:p>
            <w:pPr>
              <w:spacing w:after="40"/>
            </w:pPr>
            <w:r>
              <w:rPr>
                <w:b w:val="0"/>
                <w:i w:val="0"/>
                <w:sz w:val="19"/>
              </w:rPr>
              <w:t>• vaqtga oid oltita idiomani moslab, ma’nosini tushuntira oladi (ex. 3);</w:t>
            </w:r>
          </w:p>
          <w:p>
            <w:pPr>
              <w:spacing w:after="40"/>
            </w:pPr>
            <w:r>
              <w:rPr>
                <w:b w:val="0"/>
                <w:i w:val="0"/>
                <w:sz w:val="19"/>
              </w:rPr>
              <w:t>• down bilan keladigan frazal fe’llar (ex. 4) va pulga oid so‘zlar (ex. 5) bilan ta’riflarni to‘ldira oladi.</w:t>
            </w:r>
          </w:p>
        </w:tc>
        <w:tc>
          <w:tcPr>
            <w:tcW w:type="dxa" w:w="3175"/>
          </w:tcPr>
          <w:p>
            <w:pPr>
              <w:spacing w:after="40"/>
            </w:pPr>
            <w:r/>
            <w:r>
              <w:rPr>
                <w:b w:val="0"/>
                <w:i w:val="0"/>
                <w:sz w:val="18"/>
              </w:rPr>
              <w:t>Laser B1+ SB p. 27 — Vocabulary builder: ex.1 free time activities + go, do yoki play, ex.2 xatoni tuzatish (✓ yoki to‘g‘ri fe’l), ex.3 Idioms: time (time on your hands, kill time, make time, take your time, on time, in time), ex.4 Phrasal verbs with down, ex.5 Magic metaphors (save, spend, waste, valuable); Phrasal verb database (let down, run out of); Solutions Intermediate pp. 20–21 (Activities and sports; Learn this! do, play and go); Workbook p. 21 ex.1–2</w:t>
            </w:r>
          </w:p>
          <w:p>
            <w:pPr>
              <w:spacing w:after="40"/>
            </w:pPr>
            <w:r>
              <w:rPr>
                <w:b/>
                <w:i w:val="0"/>
                <w:sz w:val="18"/>
              </w:rPr>
              <w:t xml:space="preserve">Jihozlar: </w:t>
            </w:r>
            <w:r>
              <w:rPr>
                <w:b w:val="0"/>
                <w:i w:val="0"/>
                <w:sz w:val="18"/>
              </w:rPr>
              <w:t>Laser B1+ SB p. 27; slides; vocabulary sheet (34 items) and flashcards with audio (sozlar.com/vocab) — handed out only AFTER the book tasks are checked (the cards contain the book answers); Workbook p. 21.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21, ex. 1–2.</w:t>
            </w:r>
          </w:p>
          <w:p>
            <w:pPr>
              <w:spacing w:after="40"/>
            </w:pPr>
            <w:r>
              <w:rPr>
                <w:b w:val="0"/>
                <w:i w:val="0"/>
                <w:sz w:val="19"/>
              </w:rPr>
              <w:t>• Learn the 34 items with the flashcards: sozlar.com/vocab/cards/?set=grade10-lesson20</w:t>
            </w:r>
          </w:p>
          <w:p>
            <w:pPr>
              <w:spacing w:after="40"/>
            </w:pPr>
            <w:r>
              <w:rPr>
                <w:b w:val="0"/>
                <w:i w:val="0"/>
                <w:sz w:val="19"/>
              </w:rPr>
              <w:t>• Write eight sentences about your family’s free time: three with go / do / play, three idioms, two phrasal verbs with down.</w:t>
            </w:r>
          </w:p>
        </w:tc>
      </w:tr>
    </w:tbl>
    <w:p>
      <w:pPr>
        <w:spacing w:after="40"/>
      </w:pPr>
      <w:r>
        <w:rPr>
          <w:b/>
          <w:sz w:val="18"/>
        </w:rPr>
        <w:t xml:space="preserve">Farqlash: </w:t>
      </w:r>
      <w:r>
        <w:rPr>
          <w:i/>
          <w:sz w:val="18"/>
        </w:rPr>
        <w:t>Fast finishers add three more activities for each verb (go bowling, do drama, play chess) and write a short paragraph with two idioms; weaker students use the go / do / play rule card during ex.1–2.</w:t>
      </w:r>
    </w:p>
    <w:p>
      <w:r>
        <w:br w:type="page"/>
      </w:r>
    </w:p>
    <w:p>
      <w:pPr>
        <w:spacing w:before="80" w:after="60"/>
      </w:pPr>
      <w:r>
        <w:rPr>
          <w:b/>
          <w:color w:val="0B6E5F"/>
          <w:sz w:val="24"/>
        </w:rPr>
        <w:t>Daily Lesson Plan · 21-dars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Hobbies and Suggestions</w:t>
            </w:r>
            <w:r>
              <w:rPr>
                <w:b w:val="0"/>
                <w:i w:val="0"/>
                <w:sz w:val="19"/>
              </w:rPr>
              <w:t xml:space="preserve"> (Tinglash va gapirish: sevimli mashg‘ulotlar va takliflar)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sevimli mashg‘ulotlar haqidagi to‘rtta qisqa nutqni umumiy mazmun va aniq fikr bo‘yicha tinglashni, /ʌ/ tovushini eshitib talaffuz qilishni hamda taklif berish, qabul qilish va rad etish iboralarini (Why don’t we…?, suggest + -ing, Shall we…?) o‘rganadi.</w:t>
            </w:r>
          </w:p>
          <w:p>
            <w:pPr>
              <w:spacing w:after="40"/>
            </w:pPr>
            <w:r>
              <w:rPr>
                <w:b/>
                <w:i w:val="0"/>
                <w:sz w:val="17"/>
              </w:rPr>
              <w:t xml:space="preserve">b) Tarbiyaviy: </w:t>
            </w:r>
            <w:r>
              <w:rPr>
                <w:b w:val="0"/>
                <w:i w:val="0"/>
                <w:sz w:val="17"/>
              </w:rPr>
              <w:t>Jamoa bo‘lib qaror qabul qilish, boshqalarning taklifini hurmat qilish va mablag‘ni oqilona sarflashga o‘rgatish.</w:t>
            </w:r>
          </w:p>
          <w:p>
            <w:pPr>
              <w:spacing w:after="40"/>
            </w:pPr>
            <w:r>
              <w:rPr>
                <w:b/>
                <w:i w:val="0"/>
                <w:sz w:val="17"/>
              </w:rPr>
              <w:t xml:space="preserve">c) Rivojlantiruvchi: </w:t>
            </w:r>
            <w:r>
              <w:rPr>
                <w:b w:val="0"/>
                <w:i w:val="0"/>
                <w:sz w:val="17"/>
              </w:rPr>
              <w:t>Tinglab ma’lumotni moslash, muzokara olib borish va umumiy qarorga kelish ko‘nikmasini rivojlantirish.</w:t>
            </w:r>
          </w:p>
        </w:tc>
        <w:tc>
          <w:tcPr>
            <w:tcW w:type="dxa" w:w="5443"/>
          </w:tcPr>
          <w:p>
            <w:pPr>
              <w:spacing w:after="40"/>
            </w:pPr>
            <w:r/>
            <w:r>
              <w:rPr>
                <w:b/>
                <w:i w:val="0"/>
                <w:sz w:val="17"/>
              </w:rPr>
              <w:t xml:space="preserve">1. Lead-in (Kirish) — 3 daqiqa. </w:t>
            </w:r>
            <w:r>
              <w:rPr>
                <w:b w:val="0"/>
                <w:i w:val="0"/>
                <w:sz w:val="17"/>
              </w:rPr>
              <w:t>Ask: What is your hobby? Is it difficult, entertaining, stressful? Write the adjectives on the board.</w:t>
            </w:r>
          </w:p>
          <w:p>
            <w:pPr>
              <w:spacing w:after="40"/>
            </w:pPr>
            <w:r>
              <w:rPr>
                <w:b/>
                <w:i w:val="0"/>
                <w:sz w:val="17"/>
              </w:rPr>
              <w:t xml:space="preserve">2. Vocabulary A (Yangi so‘zlar A) — 5 daqiqa. </w:t>
            </w:r>
            <w:r>
              <w:rPr>
                <w:b w:val="0"/>
                <w:i w:val="0"/>
                <w:sz w:val="17"/>
              </w:rPr>
              <w:t>Present section A with audio; check embarrassing / entertaining / stressful.</w:t>
            </w:r>
          </w:p>
          <w:p>
            <w:pPr>
              <w:spacing w:after="40"/>
            </w:pPr>
            <w:r>
              <w:rPr>
                <w:b/>
                <w:i w:val="0"/>
                <w:sz w:val="17"/>
              </w:rPr>
              <w:t xml:space="preserve">3. Listening ex.1 (gist) (Tinglash ex.1 (umumiy mazmun)) — 4 daqiqa. </w:t>
            </w:r>
            <w:r>
              <w:rPr>
                <w:b w:val="0"/>
                <w:i w:val="0"/>
                <w:sz w:val="17"/>
              </w:rPr>
              <w:t>Play Speakers 1–2 (player in the Listening panel on the lesson page, or read aloud). The script stays closed. Students answer ex.1.</w:t>
            </w:r>
          </w:p>
          <w:p>
            <w:pPr>
              <w:spacing w:after="40"/>
            </w:pPr>
            <w:r>
              <w:rPr>
                <w:b/>
                <w:i w:val="0"/>
                <w:sz w:val="17"/>
              </w:rPr>
              <w:t xml:space="preserve">4. Listening ex.2 + details (Tinglash ex.2 va tafsilotlar) — 7 daqiqa. </w:t>
            </w:r>
            <w:r>
              <w:rPr>
                <w:b w:val="0"/>
                <w:i w:val="0"/>
                <w:sz w:val="17"/>
              </w:rPr>
              <w:t>Play all four speakers twice: first A–E matching, then the five detail gaps. Check with the answer key; open the script only now.</w:t>
            </w:r>
          </w:p>
          <w:p>
            <w:pPr>
              <w:spacing w:after="40"/>
            </w:pPr>
            <w:r>
              <w:rPr>
                <w:b/>
                <w:i w:val="0"/>
                <w:sz w:val="17"/>
              </w:rPr>
              <w:t xml:space="preserve">5. Soundbite /ʌ/ — 4 daqiqa. </w:t>
            </w:r>
            <w:r>
              <w:rPr>
                <w:b w:val="0"/>
                <w:i w:val="0"/>
                <w:sz w:val="17"/>
              </w:rPr>
              <w:t>Pronunciation slide (card words; /ʌ/ in drums, judge, club), then the book Soundbite: students circle the two /ʌ/ words in each line.</w:t>
            </w:r>
          </w:p>
          <w:p>
            <w:pPr>
              <w:spacing w:after="40"/>
            </w:pPr>
            <w:r>
              <w:rPr>
                <w:b/>
                <w:i w:val="0"/>
                <w:sz w:val="17"/>
              </w:rPr>
              <w:t xml:space="preserve">6. Focus + suggestion phrases (ex.1) (Fokus va taklif iboralari (ex.1)) — 6 daqiqa. </w:t>
            </w:r>
            <w:r>
              <w:rPr>
                <w:b w:val="0"/>
                <w:i w:val="0"/>
                <w:sz w:val="17"/>
              </w:rPr>
              <w:t>Focus slide: what comes after each phrase; students do Speaking ex.1 (circle the correct form) and repeat the suggestion phrases and the section D cards (suggest, fancy, up to a point, disagree).</w:t>
            </w:r>
          </w:p>
          <w:p>
            <w:pPr>
              <w:spacing w:after="40"/>
            </w:pPr>
            <w:r>
              <w:rPr>
                <w:b/>
                <w:i w:val="0"/>
                <w:sz w:val="17"/>
              </w:rPr>
              <w:t xml:space="preserve">7. Matching halves (Yarim gaplarni moslash) — 4 daqiqa. </w:t>
            </w:r>
            <w:r>
              <w:rPr>
                <w:b w:val="0"/>
                <w:i w:val="0"/>
                <w:sz w:val="17"/>
              </w:rPr>
              <w:t>Practice slide orally, then the match-halves worksheet (groups A and B).</w:t>
            </w:r>
          </w:p>
          <w:p>
            <w:pPr>
              <w:spacing w:after="40"/>
            </w:pPr>
            <w:r>
              <w:rPr>
                <w:b/>
                <w:i w:val="0"/>
                <w:sz w:val="17"/>
              </w:rPr>
              <w:t xml:space="preserve">8. Speaking ex.2 — youth club (Gapirish ex.2 — yoshlar klubi) — 10 daqiqa. </w:t>
            </w:r>
            <w:r>
              <w:rPr>
                <w:b w:val="0"/>
                <w:i w:val="0"/>
                <w:sz w:val="17"/>
              </w:rPr>
              <w:t>Pairs plan the youth club with €200; walk round and note mistakes.</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ikki bosqichli tinglash (umumiy va aniq ma’lumot), talaffuz mashqi (Soundbite), yarim gaplarni moslash (A va B guruh), juftlikda muzokara (qaror qabul qilish), «Memory check» — yakuniy tekshiruv</w:t>
            </w:r>
          </w:p>
        </w:tc>
        <w:tc>
          <w:tcPr>
            <w:tcW w:type="dxa" w:w="2835"/>
          </w:tcPr>
          <w:p>
            <w:pPr>
              <w:spacing w:after="40"/>
            </w:pPr>
            <w:r/>
            <w:r>
              <w:rPr>
                <w:b w:val="0"/>
                <w:i w:val="0"/>
                <w:sz w:val="17"/>
              </w:rPr>
              <w:t>O‘quvchilar dars oxirida:</w:t>
            </w:r>
          </w:p>
          <w:p>
            <w:pPr>
              <w:spacing w:after="40"/>
            </w:pPr>
            <w:r>
              <w:rPr>
                <w:b w:val="0"/>
                <w:i w:val="0"/>
                <w:sz w:val="17"/>
              </w:rPr>
              <w:t>• ikkita umumiy savolga javob berib, to‘rt gapiruvchini beshta fikrdan to‘rttasiga moslay oladi (Listening ex. 1–2);</w:t>
            </w:r>
          </w:p>
          <w:p>
            <w:pPr>
              <w:spacing w:after="40"/>
            </w:pPr>
            <w:r>
              <w:rPr>
                <w:b w:val="0"/>
                <w:i w:val="0"/>
                <w:sz w:val="17"/>
              </w:rPr>
              <w:t>• har bir qatordagi /ʌ/ tovushli ikki so‘zni topa oladi (Soundbite);</w:t>
            </w:r>
          </w:p>
          <w:p>
            <w:pPr>
              <w:spacing w:after="40"/>
            </w:pPr>
            <w:r>
              <w:rPr>
                <w:b w:val="0"/>
                <w:i w:val="0"/>
                <w:sz w:val="17"/>
              </w:rPr>
              <w:t>• oltita taklif iborasidan keyingi to‘g‘ri shaklni tanlay oladi (Speaking ex. 1);</w:t>
            </w:r>
          </w:p>
          <w:p>
            <w:pPr>
              <w:spacing w:after="40"/>
            </w:pPr>
            <w:r>
              <w:rPr>
                <w:b w:val="0"/>
                <w:i w:val="0"/>
                <w:sz w:val="17"/>
              </w:rPr>
              <w:t>• yoshlar klubi uchun €200 ga nima olish haqida sherigi bilan kelisha oladi (Speaking ex. 2).</w:t>
            </w:r>
          </w:p>
        </w:tc>
        <w:tc>
          <w:tcPr>
            <w:tcW w:type="dxa" w:w="3175"/>
          </w:tcPr>
          <w:p>
            <w:pPr>
              <w:spacing w:after="40"/>
            </w:pPr>
            <w:r/>
            <w:r>
              <w:rPr>
                <w:b w:val="0"/>
                <w:i w:val="0"/>
                <w:sz w:val="17"/>
              </w:rPr>
              <w:t>Laser B1+ SB p. 28 — Listening ex.1 (1.08: ikki kishi sevimli mashg‘uloti haqida, A/B/C), ex.2 (1.09: to‘rt kishi, A–E moslash, bitta ortiqcha harf), Soundbite /ʌ/ (1.10), Speaking ex.1 (taklif iboralari: suggest + -ing, Why don’t we…?, might be to…), ex.2 (yoshlar klubi uchun €200 — nima olamiz?); Speaking database p. 165 (Giving/Asking for opinion, Agreeing/Disagreeing); Solutions Pre-Intermediate p. 27 (Making suggestions: Shall we…?, Let’s…, Do you fancy…?, We could always…). Kitob audiosi (1.08–1.10) yo‘q — tinglash matni o‘zimizniki, TTS bilan o‘qiladi. Rejadagi p. 29 (Use of English: Articles, Synonyms) — 22-darsning beti; Workbook pp. 21–22</w:t>
            </w:r>
          </w:p>
          <w:p>
            <w:pPr>
              <w:spacing w:after="40"/>
            </w:pPr>
            <w:r>
              <w:rPr>
                <w:b/>
                <w:i w:val="0"/>
                <w:sz w:val="17"/>
              </w:rPr>
              <w:t xml:space="preserve">Jihozlar: </w:t>
            </w:r>
            <w:r>
              <w:rPr>
                <w:b w:val="0"/>
                <w:i w:val="0"/>
                <w:sz w:val="17"/>
              </w:rPr>
              <w:t>Vocabulary sheet (34 items), slides, flashcards with audio (sozlar.com/vocab); listening script with audio on the lesson page (the book CD 1.08–1.10 is not available); Laser B1+ SB p. 28, Speaking database p. 165; Workbook pp. 21–22.</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pp. 21–22 exercises.</w:t>
            </w:r>
          </w:p>
          <w:p>
            <w:pPr>
              <w:spacing w:after="40"/>
            </w:pPr>
            <w:r>
              <w:rPr>
                <w:b w:val="0"/>
                <w:i w:val="0"/>
                <w:sz w:val="19"/>
              </w:rPr>
              <w:t>• Learn the 34 items with the flashcards: sozlar.com/vocab/cards/?set=grade10-lesson21</w:t>
            </w:r>
          </w:p>
          <w:p>
            <w:pPr>
              <w:spacing w:after="40"/>
            </w:pPr>
            <w:r>
              <w:rPr>
                <w:b w:val="0"/>
                <w:i w:val="0"/>
                <w:sz w:val="19"/>
              </w:rPr>
              <w:t>• Write a short dialogue (8–10 lines): you and a friend plan a free afternoon; use four different suggestion phrases.</w:t>
            </w:r>
          </w:p>
        </w:tc>
      </w:tr>
    </w:tbl>
    <w:p>
      <w:pPr>
        <w:spacing w:after="40"/>
      </w:pPr>
      <w:r>
        <w:rPr>
          <w:b/>
          <w:sz w:val="18"/>
        </w:rPr>
        <w:t xml:space="preserve">Farqlash: </w:t>
      </w:r>
      <w:r>
        <w:rPr>
          <w:i/>
          <w:sz w:val="18"/>
        </w:rPr>
        <w:t>Fast finishers write the youth club plan as a short email with four suggestions; weaker students get the suggestion phrases on a card and choose from them in Speaking ex.2.</w:t>
      </w:r>
    </w:p>
    <w:p>
      <w:r>
        <w:br w:type="page"/>
      </w:r>
    </w:p>
    <w:p>
      <w:pPr>
        <w:spacing w:before="80" w:after="60"/>
      </w:pPr>
      <w:r>
        <w:rPr>
          <w:b/>
          <w:color w:val="0B6E5F"/>
          <w:sz w:val="24"/>
        </w:rPr>
        <w:t>Daily Lesson Plan · 22-dars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Articles and Synonyms</w:t>
            </w:r>
            <w:r>
              <w:rPr>
                <w:b w:val="0"/>
                <w:i w:val="0"/>
                <w:sz w:val="19"/>
              </w:rPr>
              <w:t xml:space="preserve"> (Artikllar (a, an, the yoki artiklsiz) va ma’nodosh iboralar)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keng tarqalgan iboralar va joy nomlarida a, an, the yoki artiklsiz shaklni tanlashni hamda gaplarni ma’nodosh iboralar bilan qayta yozishni o‘rganadi (regret / wish …hadn’t, want to / feel like, look forward to / can’t wait, object to / not approve of).</w:t>
            </w:r>
          </w:p>
          <w:p>
            <w:pPr>
              <w:spacing w:after="40"/>
            </w:pPr>
            <w:r>
              <w:rPr>
                <w:b/>
                <w:i w:val="0"/>
                <w:sz w:val="19"/>
              </w:rPr>
              <w:t xml:space="preserve">b) Tarbiyaviy: </w:t>
            </w:r>
            <w:r>
              <w:rPr>
                <w:b w:val="0"/>
                <w:i w:val="0"/>
                <w:sz w:val="19"/>
              </w:rPr>
              <w:t>O‘z xatosini tahlil qilish va javobini asoslab berishga, sheriklar bilan bahslashganda hurmatni saqlashga o‘rgatish.</w:t>
            </w:r>
          </w:p>
          <w:p>
            <w:pPr>
              <w:spacing w:after="40"/>
            </w:pPr>
            <w:r>
              <w:rPr>
                <w:b/>
                <w:i w:val="0"/>
                <w:sz w:val="19"/>
              </w:rPr>
              <w:t xml:space="preserve">c) Rivojlantiruvchi: </w:t>
            </w:r>
            <w:r>
              <w:rPr>
                <w:b w:val="0"/>
                <w:i w:val="0"/>
                <w:sz w:val="19"/>
              </w:rPr>
              <w:t>Tahliliy fikrlash, qoidani misoldan keltirib chiqarish va imtihon formatidagi (key word transformation) topshiriqlarni bajarish ko‘nikmasini rivojlantirish.</w:t>
            </w:r>
          </w:p>
        </w:tc>
        <w:tc>
          <w:tcPr>
            <w:tcW w:type="dxa" w:w="5443"/>
          </w:tcPr>
          <w:p>
            <w:pPr>
              <w:spacing w:after="40"/>
            </w:pPr>
            <w:r/>
            <w:r>
              <w:rPr>
                <w:b/>
                <w:i w:val="0"/>
                <w:sz w:val="18"/>
              </w:rPr>
              <w:t xml:space="preserve">1. Lead-in (Kirish) — 3 daqiqa. </w:t>
            </w:r>
            <w:r>
              <w:rPr>
                <w:b w:val="0"/>
                <w:i w:val="0"/>
                <w:sz w:val="18"/>
              </w:rPr>
              <w:t>Board: I listen to the music. / I play guitar. / I’d like to be artist. Ask what is wrong. Vocabulary sheet and flashcards stay closed.</w:t>
            </w:r>
          </w:p>
          <w:p>
            <w:pPr>
              <w:spacing w:after="40"/>
            </w:pPr>
            <w:r>
              <w:rPr>
                <w:b/>
                <w:i w:val="0"/>
                <w:sz w:val="18"/>
              </w:rPr>
              <w:t xml:space="preserve">2. Form table (Shakl jadvali) — 3 daqiqa. </w:t>
            </w:r>
            <w:r>
              <w:rPr>
                <w:b w:val="0"/>
                <w:i w:val="0"/>
                <w:sz w:val="18"/>
              </w:rPr>
              <w:t>Form table slide only (a / an / the / no article). Do not show the focus or vocabulary slides yet.</w:t>
            </w:r>
          </w:p>
          <w:p>
            <w:pPr>
              <w:spacing w:after="40"/>
            </w:pPr>
            <w:r>
              <w:rPr>
                <w:b/>
                <w:i w:val="0"/>
                <w:sz w:val="18"/>
              </w:rPr>
              <w:t xml:space="preserve">3. Book p.29 ex.1–2 (test) (Kitob ex.1–2 (test)) — 9 daqiqa. </w:t>
            </w:r>
            <w:r>
              <w:rPr>
                <w:b w:val="0"/>
                <w:i w:val="0"/>
                <w:sz w:val="18"/>
              </w:rPr>
              <w:t>Book tasks slide. ex.1 alone, ex.2 alone, then compare in pairs. Grammar database pp. 172–173 is for checking.</w:t>
            </w:r>
          </w:p>
          <w:p>
            <w:pPr>
              <w:spacing w:after="40"/>
            </w:pPr>
            <w:r>
              <w:rPr>
                <w:b/>
                <w:i w:val="0"/>
                <w:sz w:val="18"/>
              </w:rPr>
              <w:t xml:space="preserve">4. Book p.29 ex.3–4 (Kitob ex.3–4) — 8 daqiqa. </w:t>
            </w:r>
            <w:r>
              <w:rPr>
                <w:b w:val="0"/>
                <w:i w:val="0"/>
                <w:sz w:val="18"/>
              </w:rPr>
              <w:t>ex.3 in pairs; ex.4 alone — remind them: 2–5 words, do not change the word given.</w:t>
            </w:r>
          </w:p>
          <w:p>
            <w:pPr>
              <w:spacing w:after="40"/>
            </w:pPr>
            <w:r>
              <w:rPr>
                <w:b/>
                <w:i w:val="0"/>
                <w:sz w:val="18"/>
              </w:rPr>
              <w:t xml:space="preserve">5. Check and teach (Tekshirish va tushuntirish) — 7 daqiqa. </w:t>
            </w:r>
            <w:r>
              <w:rPr>
                <w:b w:val="0"/>
                <w:i w:val="0"/>
                <w:sz w:val="18"/>
              </w:rPr>
              <w:t>Answer key slide: students say WHY (job, place name, first mention, -ing after to). Then the focus slide and cards: sections A–D quickly, audio only for C–D; hand out the vocabulary sheet now.</w:t>
            </w:r>
          </w:p>
          <w:p>
            <w:pPr>
              <w:spacing w:after="40"/>
            </w:pPr>
            <w:r>
              <w:rPr>
                <w:b/>
                <w:i w:val="0"/>
                <w:sz w:val="18"/>
              </w:rPr>
              <w:t xml:space="preserve">6. Matching halves (Yarim gaplarni moslash) — 5 daqiqa. </w:t>
            </w:r>
            <w:r>
              <w:rPr>
                <w:b w:val="0"/>
                <w:i w:val="0"/>
                <w:sz w:val="18"/>
              </w:rPr>
              <w:t>Practice slide orally (1 min), then the match-halves worksheet (groups A and B).</w:t>
            </w:r>
          </w:p>
          <w:p>
            <w:pPr>
              <w:spacing w:after="40"/>
            </w:pPr>
            <w:r>
              <w:rPr>
                <w:b/>
                <w:i w:val="0"/>
                <w:sz w:val="18"/>
              </w:rPr>
              <w:t xml:space="preserve">7. Speaking — feel like / can’t wait / regret (Gapirish — feel like / can’t wait / regret) — 4 daqiqa. </w:t>
            </w:r>
            <w:r>
              <w:rPr>
                <w:b w:val="0"/>
                <w:i w:val="0"/>
                <w:sz w:val="18"/>
              </w:rPr>
              <w:t>Pairs talk about plans and regrets with the synonym pairs.</w:t>
            </w:r>
          </w:p>
          <w:p>
            <w:pPr>
              <w:spacing w:after="40"/>
            </w:pPr>
            <w:r>
              <w:rPr>
                <w:b/>
                <w:i w:val="0"/>
                <w:sz w:val="18"/>
              </w:rPr>
              <w:t xml:space="preserve">8. Reading — A hobby with a view (O‘qish — A hobby with a view) — 4 daqiqa. </w:t>
            </w:r>
            <w:r>
              <w:rPr>
                <w:b w:val="0"/>
                <w:i w:val="0"/>
                <w:sz w:val="18"/>
              </w:rPr>
              <w:t>Students read (or listen to) the short text on the lesson page and answer the five questions.</w:t>
            </w:r>
          </w:p>
          <w:p>
            <w:pPr>
              <w:spacing w:after="40"/>
            </w:pPr>
            <w:r>
              <w:rPr>
                <w:b/>
                <w:i w:val="0"/>
                <w:sz w:val="18"/>
              </w:rPr>
              <w:t xml:space="preserve">9.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muammoli vaziyat (xatoni topish), jadval bilan ishlash, juftlikda tekshirish, «Nega?» — javobni asoslash</w:t>
            </w:r>
          </w:p>
        </w:tc>
        <w:tc>
          <w:tcPr>
            <w:tcW w:type="dxa" w:w="2835"/>
          </w:tcPr>
          <w:p>
            <w:pPr>
              <w:spacing w:after="40"/>
            </w:pPr>
            <w:r/>
            <w:r>
              <w:rPr>
                <w:b w:val="0"/>
                <w:i w:val="0"/>
                <w:sz w:val="19"/>
              </w:rPr>
              <w:t>O‘quvchilar dars oxirida:</w:t>
            </w:r>
          </w:p>
          <w:p>
            <w:pPr>
              <w:spacing w:after="40"/>
            </w:pPr>
            <w:r>
              <w:rPr>
                <w:b w:val="0"/>
                <w:i w:val="0"/>
                <w:sz w:val="19"/>
              </w:rPr>
              <w:t>• oltita gapdagi ortiqcha artiklni topa oladi (ex. 1);</w:t>
            </w:r>
          </w:p>
          <w:p>
            <w:pPr>
              <w:spacing w:after="40"/>
            </w:pPr>
            <w:r>
              <w:rPr>
                <w:b w:val="0"/>
                <w:i w:val="0"/>
                <w:sz w:val="19"/>
              </w:rPr>
              <w:t>• beshta gapga yetishmayotgan artiklni qo‘ya oladi (ex. 2);</w:t>
            </w:r>
          </w:p>
          <w:p>
            <w:pPr>
              <w:spacing w:after="40"/>
            </w:pPr>
            <w:r>
              <w:rPr>
                <w:b w:val="0"/>
                <w:i w:val="0"/>
                <w:sz w:val="19"/>
              </w:rPr>
              <w:t>• to‘rtta iborani ma’nodoshi bilan moslay oladi (ex. 3);</w:t>
            </w:r>
          </w:p>
          <w:p>
            <w:pPr>
              <w:spacing w:after="40"/>
            </w:pPr>
            <w:r>
              <w:rPr>
                <w:b w:val="0"/>
                <w:i w:val="0"/>
                <w:sz w:val="19"/>
              </w:rPr>
              <w:t>• oltita key word transformation topshirig‘ini 2–5 so‘z bilan bajara oladi (ex. 4).</w:t>
            </w:r>
          </w:p>
        </w:tc>
        <w:tc>
          <w:tcPr>
            <w:tcW w:type="dxa" w:w="3175"/>
          </w:tcPr>
          <w:p>
            <w:pPr>
              <w:spacing w:after="40"/>
            </w:pPr>
            <w:r/>
            <w:r>
              <w:rPr>
                <w:b w:val="0"/>
                <w:i w:val="0"/>
                <w:sz w:val="18"/>
              </w:rPr>
              <w:t>Laser B1+ SB p. 29 — Use of English: Articles ex.1 har gapdagi ortiqcha so‘zni topish (the), ex.2 kerakli joyga artikl qo‘shish; Synonyms ex.3 bir xil ma’noli iboralarni moslash (regret / want to do / look forward to doing / object to); ex.4 key word transformation (2–5 so‘z, berilgan so‘z o‘zgarmaydi); Grammar database pp. 172–173 (Articles); Solutions Pre-Intermediate p. 7 (Articles, Learn this!); Workbook p. 21 ex.1–3</w:t>
            </w:r>
          </w:p>
          <w:p>
            <w:pPr>
              <w:spacing w:after="40"/>
            </w:pPr>
            <w:r>
              <w:rPr>
                <w:b/>
                <w:i w:val="0"/>
                <w:sz w:val="18"/>
              </w:rPr>
              <w:t xml:space="preserve">Jihozlar: </w:t>
            </w:r>
            <w:r>
              <w:rPr>
                <w:b w:val="0"/>
                <w:i w:val="0"/>
                <w:sz w:val="18"/>
              </w:rPr>
              <w:t>Laser B1+ SB p. 29, Grammar database pp. 172–173; slides; vocabulary sheet (30 items) and flashcards with audio (sozlar.com/vocab) — handed out only AFTER the book tasks are checked (the cards contain the book answers); Workbook p. 21.</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21, ex. 1–3.</w:t>
            </w:r>
          </w:p>
          <w:p>
            <w:pPr>
              <w:spacing w:after="40"/>
            </w:pPr>
            <w:r>
              <w:rPr>
                <w:b w:val="0"/>
                <w:i w:val="0"/>
                <w:sz w:val="19"/>
              </w:rPr>
              <w:t>• Learn the 30 items with the flashcards: sozlar.com/vocab/cards/?set=grade10-lesson22</w:t>
            </w:r>
          </w:p>
          <w:p>
            <w:pPr>
              <w:spacing w:after="40"/>
            </w:pPr>
            <w:r>
              <w:rPr>
                <w:b w:val="0"/>
                <w:i w:val="0"/>
                <w:sz w:val="19"/>
              </w:rPr>
              <w:t>• Write six sentences about your free time: two with the, two with no article, one with feel like and one with can’t wait to.</w:t>
            </w:r>
          </w:p>
        </w:tc>
      </w:tr>
    </w:tbl>
    <w:p>
      <w:pPr>
        <w:spacing w:after="40"/>
      </w:pPr>
      <w:r>
        <w:rPr>
          <w:b/>
          <w:sz w:val="18"/>
        </w:rPr>
        <w:t xml:space="preserve">Farqlash: </w:t>
      </w:r>
      <w:r>
        <w:rPr>
          <w:i/>
          <w:sz w:val="18"/>
        </w:rPr>
        <w:t>Fast finishers write five sentences about places they would like to visit (with and without the) and two transformations of their own for a partner; weaker students do ex.1–2 with the form table on the board and get the first word of each ex.4 answer.</w:t>
      </w:r>
    </w:p>
    <w:p>
      <w:r>
        <w:br w:type="page"/>
      </w:r>
    </w:p>
    <w:p>
      <w:pPr>
        <w:spacing w:before="80" w:after="60"/>
      </w:pPr>
      <w:r>
        <w:rPr>
          <w:b/>
          <w:color w:val="0B6E5F"/>
          <w:sz w:val="24"/>
        </w:rPr>
        <w:t>Daily Lesson Plan · 23-dars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13.10.2026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An informal email offering a choice</w:t>
            </w:r>
            <w:r>
              <w:rPr>
                <w:b w:val="0"/>
                <w:i w:val="0"/>
                <w:sz w:val="19"/>
              </w:rPr>
              <w:t xml:space="preserve"> (Yozish: do‘stga norasmiy xat — ikki tanlov taklif qilish)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(yozish)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do‘stga 120–150 so‘zli norasmiy xat (email) yozishni: samimiy savol berish, ma’lumotni tag question bilan aniqlashtirish, ikki tanlovni fikri bilan taklif qilish va qarorni do‘stiga qoldirishni o‘rganadi.</w:t>
            </w:r>
          </w:p>
          <w:p>
            <w:pPr>
              <w:spacing w:after="40"/>
            </w:pPr>
            <w:r>
              <w:rPr>
                <w:b/>
                <w:i w:val="0"/>
                <w:sz w:val="19"/>
              </w:rPr>
              <w:t xml:space="preserve">b) Tarbiyaviy: </w:t>
            </w:r>
            <w:r>
              <w:rPr>
                <w:b w:val="0"/>
                <w:i w:val="0"/>
                <w:sz w:val="19"/>
              </w:rPr>
              <w:t>Do‘stining fikri va tanloviga hurmat, birgalikda vaqt o‘tkazishni rejalashtirishda e’tiborli bo‘lishga o‘rgatish.</w:t>
            </w:r>
          </w:p>
          <w:p>
            <w:pPr>
              <w:spacing w:after="40"/>
            </w:pPr>
            <w:r>
              <w:rPr>
                <w:b/>
                <w:i w:val="0"/>
                <w:sz w:val="19"/>
              </w:rPr>
              <w:t xml:space="preserve">c) Rivojlantiruvchi: </w:t>
            </w:r>
            <w:r>
              <w:rPr>
                <w:b w:val="0"/>
                <w:i w:val="0"/>
                <w:sz w:val="19"/>
              </w:rPr>
              <w:t>Topshiriqni tahlil qilish, namuna matndagi vazifalarni ajratish, reja (Writing Planner) asosida yozish va o‘zaro tekshirish ko‘nikmasini rivojlantirish.</w:t>
            </w:r>
          </w:p>
        </w:tc>
        <w:tc>
          <w:tcPr>
            <w:tcW w:type="dxa" w:w="5443"/>
          </w:tcPr>
          <w:p>
            <w:pPr>
              <w:spacing w:after="40"/>
            </w:pPr>
            <w:r/>
            <w:r>
              <w:rPr>
                <w:b/>
                <w:i w:val="0"/>
                <w:sz w:val="18"/>
              </w:rPr>
              <w:t xml:space="preserve">1. Lead-in (Kirish) — 3 daqiqa. </w:t>
            </w:r>
            <w:r>
              <w:rPr>
                <w:b w:val="0"/>
                <w:i w:val="0"/>
                <w:sz w:val="18"/>
              </w:rPr>
              <w:t>Ask: Have you ever invited a friend to a concert or a match? How did you agree on what to see? Vocabulary sheet and flashcards stay closed.</w:t>
            </w:r>
          </w:p>
          <w:p>
            <w:pPr>
              <w:spacing w:after="40"/>
            </w:pPr>
            <w:r>
              <w:rPr>
                <w:b/>
                <w:i w:val="0"/>
                <w:sz w:val="18"/>
              </w:rPr>
              <w:t xml:space="preserve">2. Book p.30 ex.1–2 (test) (Kitob p.30 ex.1–2 (test)) — 5 daqiqa. </w:t>
            </w:r>
            <w:r>
              <w:rPr>
                <w:b w:val="0"/>
                <w:i w:val="0"/>
                <w:sz w:val="18"/>
              </w:rPr>
              <w:t>Book tasks slide: students read the task, say why it is informal and do the T/F statements alone.</w:t>
            </w:r>
          </w:p>
          <w:p>
            <w:pPr>
              <w:spacing w:after="40"/>
            </w:pPr>
            <w:r>
              <w:rPr>
                <w:b/>
                <w:i w:val="0"/>
                <w:sz w:val="18"/>
              </w:rPr>
              <w:t xml:space="preserve">3. Book p.30 ex.3–4 (Kitob p.30 ex.3–4) — 8 daqiqa. </w:t>
            </w:r>
            <w:r>
              <w:rPr>
                <w:b w:val="0"/>
                <w:i w:val="0"/>
                <w:sz w:val="18"/>
              </w:rPr>
              <w:t>Students read Kelly’s email and underline the six functions (ex.4) on their own, then compare in pairs.</w:t>
            </w:r>
          </w:p>
          <w:p>
            <w:pPr>
              <w:spacing w:after="40"/>
            </w:pPr>
            <w:r>
              <w:rPr>
                <w:b/>
                <w:i w:val="0"/>
                <w:sz w:val="18"/>
              </w:rPr>
              <w:t xml:space="preserve">4. Check and teach (Tekshirish va tushuntirish) — 7 daqiqa. </w:t>
            </w:r>
            <w:r>
              <w:rPr>
                <w:b w:val="0"/>
                <w:i w:val="0"/>
                <w:sz w:val="18"/>
              </w:rPr>
              <w:t>Answer key slide; then card sections A–C with audio and the focus slide (the four paragraphs); hand out the vocabulary sheet now.</w:t>
            </w:r>
          </w:p>
          <w:p>
            <w:pPr>
              <w:spacing w:after="40"/>
            </w:pPr>
            <w:r>
              <w:rPr>
                <w:b/>
                <w:i w:val="0"/>
                <w:sz w:val="18"/>
              </w:rPr>
              <w:t xml:space="preserve">5. Plan the email to Tom (ex.5–6) (Tomga xat rejasi (ex.5–6)) — 6 daqiqa. </w:t>
            </w:r>
            <w:r>
              <w:rPr>
                <w:b w:val="0"/>
                <w:i w:val="0"/>
                <w:sz w:val="18"/>
              </w:rPr>
              <w:t>Ready to write! slide: pairs answer the ex.6 questions orally, then fill in Writing Planner 3.</w:t>
            </w:r>
          </w:p>
          <w:p>
            <w:pPr>
              <w:spacing w:after="40"/>
            </w:pPr>
            <w:r>
              <w:rPr>
                <w:b/>
                <w:i w:val="0"/>
                <w:sz w:val="18"/>
              </w:rPr>
              <w:t xml:space="preserve">6. Now write! (ex.7) (Now write! — yozish (ex.7)) — 8 daqiqa. </w:t>
            </w:r>
            <w:r>
              <w:rPr>
                <w:b w:val="0"/>
                <w:i w:val="0"/>
                <w:sz w:val="18"/>
              </w:rPr>
              <w:t>Students write paragraphs 1–3 in class; monitor for formal phrases and missing information.</w:t>
            </w:r>
          </w:p>
          <w:p>
            <w:pPr>
              <w:spacing w:after="40"/>
            </w:pPr>
            <w:r>
              <w:rPr>
                <w:b/>
                <w:i w:val="0"/>
                <w:sz w:val="18"/>
              </w:rPr>
              <w:t xml:space="preserve">7. Matching halves (Yarim gaplarni moslash) — 4 daqiqa. </w:t>
            </w:r>
            <w:r>
              <w:rPr>
                <w:b w:val="0"/>
                <w:i w:val="0"/>
                <w:sz w:val="18"/>
              </w:rPr>
              <w:t>Practice slide orally, then the match-halves worksheet (groups A and B).</w:t>
            </w:r>
          </w:p>
          <w:p>
            <w:pPr>
              <w:spacing w:after="40"/>
            </w:pPr>
            <w:r>
              <w:rPr>
                <w:b/>
                <w:i w:val="0"/>
                <w:sz w:val="18"/>
              </w:rPr>
              <w:t xml:space="preserve">8. Check it out! + homework (Check it out! va uyga vazifa) — 4 daqiqa. </w:t>
            </w:r>
            <w:r>
              <w:rPr>
                <w:b w:val="0"/>
                <w:i w:val="0"/>
                <w:sz w:val="18"/>
              </w:rPr>
              <w:t>Pairs swap and tick the ex.8 list for each other; show the model answer on the lesson page; set homework.</w:t>
            </w:r>
          </w:p>
          <w:p>
            <w:pPr>
              <w:spacing w:after="40"/>
            </w:pPr>
            <w:r>
              <w:rPr>
                <w:b/>
                <w:i w:val="0"/>
                <w:sz w:val="18"/>
              </w:rPr>
              <w:t xml:space="preserve">Metodlar: </w:t>
            </w:r>
            <w:r>
              <w:rPr>
                <w:b w:val="0"/>
                <w:i/>
                <w:sz w:val="18"/>
              </w:rPr>
              <w:t>«avval test, keyin tushuntirish», namuna matn tahlili (vazifalarni belgilash), reja shablonini to‘ldirish, o‘zaro tekshirish (peer check), yarim gaplarni moslash (A va B guruh)</w:t>
            </w:r>
          </w:p>
        </w:tc>
        <w:tc>
          <w:tcPr>
            <w:tcW w:type="dxa" w:w="2835"/>
          </w:tcPr>
          <w:p>
            <w:pPr>
              <w:spacing w:after="40"/>
            </w:pPr>
            <w:r/>
            <w:r>
              <w:rPr>
                <w:b w:val="0"/>
                <w:i w:val="0"/>
                <w:sz w:val="19"/>
              </w:rPr>
              <w:t>O‘quvchilar dars oxirida:</w:t>
            </w:r>
          </w:p>
          <w:p>
            <w:pPr>
              <w:spacing w:after="40"/>
            </w:pPr>
            <w:r>
              <w:rPr>
                <w:b w:val="0"/>
                <w:i w:val="0"/>
                <w:sz w:val="19"/>
              </w:rPr>
              <w:t>• topshiriq nega norasmiy xat talab qilishini aytib, to‘rtta fikrning to‘g‘ri-noto‘g‘riligini aniqlay oladi (ex. 1–2);</w:t>
            </w:r>
          </w:p>
          <w:p>
            <w:pPr>
              <w:spacing w:after="40"/>
            </w:pPr>
            <w:r>
              <w:rPr>
                <w:b w:val="0"/>
                <w:i w:val="0"/>
                <w:sz w:val="19"/>
              </w:rPr>
              <w:t>• Kellyning xatidagi oltita vazifani topa oladi (ex. 4);</w:t>
            </w:r>
          </w:p>
          <w:p>
            <w:pPr>
              <w:spacing w:after="40"/>
            </w:pPr>
            <w:r>
              <w:rPr>
                <w:b w:val="0"/>
                <w:i w:val="0"/>
                <w:sz w:val="19"/>
              </w:rPr>
              <w:t>• ex. 6 savollari va Writing Planner 3 yordamida Tomga xat rejasini tuza oladi;</w:t>
            </w:r>
          </w:p>
          <w:p>
            <w:pPr>
              <w:spacing w:after="40"/>
            </w:pPr>
            <w:r>
              <w:rPr>
                <w:b w:val="0"/>
                <w:i w:val="0"/>
                <w:sz w:val="19"/>
              </w:rPr>
              <w:t>• xatni yozib, Check it out! ro‘yxati bo‘yicha tekshira oladi (ex. 7–8).</w:t>
            </w:r>
          </w:p>
        </w:tc>
        <w:tc>
          <w:tcPr>
            <w:tcW w:type="dxa" w:w="3175"/>
          </w:tcPr>
          <w:p>
            <w:pPr>
              <w:spacing w:after="40"/>
            </w:pPr>
            <w:r/>
            <w:r>
              <w:rPr>
                <w:b w:val="0"/>
                <w:i w:val="0"/>
                <w:sz w:val="18"/>
              </w:rPr>
              <w:t>Laser B1+ SB pp. 30–31 — Writing: An informal letter/email: ex.1 topshiriq (Craig konsertga bormoqchi, Washington Hall varaqasi va qaydlar) — nega norasmiy?, ex.2 T/F, ex.3 Working model (Kellyning xati), ex.4 xatda olti vazifani topish, ex.5 Tomga o‘xshash xat (qaydlar: 15-iyun, 21-iyun?, pul muammo emas, chiptani 6-dan oldin band qilish), ex.6 reja savollari, ex.7 Now write! (120–150 so‘z), ex.8 Check it out!; Writing database p. 154 (informal letters/emails), Writing Planner 3 p. 156</w:t>
            </w:r>
          </w:p>
          <w:p>
            <w:pPr>
              <w:spacing w:after="40"/>
            </w:pPr>
            <w:r>
              <w:rPr>
                <w:b/>
                <w:i w:val="0"/>
                <w:sz w:val="18"/>
              </w:rPr>
              <w:t xml:space="preserve">Jihozlar: </w:t>
            </w:r>
            <w:r>
              <w:rPr>
                <w:b w:val="0"/>
                <w:i w:val="0"/>
                <w:sz w:val="18"/>
              </w:rPr>
              <w:t>Laser B1+ SB pp. 30–31, Writing database p. 154, Writing Planner 3 p. 156; slides; vocabulary sheet (29 items) and flashcards with audio (sozlar.com/vocab) — handed out only AFTER ex.1–4 are checked (the cards contain the book answers); model answer on the lesson page.</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an informal email about your free time (100–120 words) — rejadagi vazifa.</w:t>
            </w:r>
          </w:p>
          <w:p>
            <w:pPr>
              <w:spacing w:after="40"/>
            </w:pPr>
            <w:r>
              <w:rPr>
                <w:b w:val="0"/>
                <w:i w:val="0"/>
                <w:sz w:val="19"/>
              </w:rPr>
              <w:t>• Or finish the email to Tom (ex.7, 120–150 words) and tick the Check it out! list.</w:t>
            </w:r>
          </w:p>
          <w:p>
            <w:pPr>
              <w:spacing w:after="40"/>
            </w:pPr>
            <w:r>
              <w:rPr>
                <w:b w:val="0"/>
                <w:i w:val="0"/>
                <w:sz w:val="19"/>
              </w:rPr>
              <w:t>• Learn the 29 items with the flashcards: sozlar.com/vocab/cards/?set=grade10-lesson23</w:t>
            </w:r>
          </w:p>
        </w:tc>
      </w:tr>
    </w:tbl>
    <w:p>
      <w:pPr>
        <w:spacing w:after="40"/>
      </w:pPr>
      <w:r>
        <w:rPr>
          <w:b/>
          <w:sz w:val="18"/>
        </w:rPr>
        <w:t xml:space="preserve">Farqlash: </w:t>
      </w:r>
      <w:r>
        <w:rPr>
          <w:i/>
          <w:sz w:val="18"/>
        </w:rPr>
        <w:t>Fast finishers add a third paragraph idea of their own (where to meet, what to wear) and write 150 words; weaker students get a paragraph frame with the first words (Hi Tom, … / I know you’re arriving … / So, I’ve got two choices … / Decide which …).</w:t>
      </w:r>
    </w:p>
    <w:p>
      <w:r>
        <w:br w:type="page"/>
      </w:r>
    </w:p>
    <w:p>
      <w:pPr>
        <w:spacing w:before="80" w:after="60"/>
      </w:pPr>
      <w:r>
        <w:rPr>
          <w:b/>
          <w:color w:val="0B6E5F"/>
          <w:sz w:val="24"/>
        </w:rPr>
        <w:t>Daily Lesson Plan · 24-dars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14.10.2026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4 Reading: Making a living</w:t>
            </w:r>
            <w:r>
              <w:rPr>
                <w:b w:val="0"/>
                <w:i w:val="0"/>
                <w:sz w:val="19"/>
              </w:rPr>
              <w:t xml:space="preserve"> (4-bo‘lim. O‘qish: tirikchilik — beshta ish turi)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besh xil ish turi haqidagi «Making a living» maqolasini o‘qishni, true / false topshirig‘ini bajarishni, savollarni A–E xatboshilarga moslashni (multiple matching) va ishga oid 40 ga yaqin yangi so‘z va iborani o‘rganadi.</w:t>
            </w:r>
          </w:p>
          <w:p>
            <w:pPr>
              <w:spacing w:after="40"/>
            </w:pPr>
            <w:r>
              <w:rPr>
                <w:b/>
                <w:i w:val="0"/>
                <w:sz w:val="17"/>
              </w:rPr>
              <w:t xml:space="preserve">b) Tarbiyaviy: </w:t>
            </w:r>
            <w:r>
              <w:rPr>
                <w:b w:val="0"/>
                <w:i w:val="0"/>
                <w:sz w:val="17"/>
              </w:rPr>
              <w:t>Har qanday halol mehnatni hurmat qilish, kasb tanlashda faqat maoshga emas, ishdan qoniqishga ham e’tibor berishga o‘rgatish.</w:t>
            </w:r>
          </w:p>
          <w:p>
            <w:pPr>
              <w:spacing w:after="40"/>
            </w:pPr>
            <w:r>
              <w:rPr>
                <w:b/>
                <w:i w:val="0"/>
                <w:sz w:val="17"/>
              </w:rPr>
              <w:t xml:space="preserve">c) Rivojlantiruvchi: </w:t>
            </w:r>
            <w:r>
              <w:rPr>
                <w:b w:val="0"/>
                <w:i w:val="0"/>
                <w:sz w:val="17"/>
              </w:rPr>
              <w:t>Savoldagi kalit so‘z va matndagi ma’nodoshlarni topish, ma’lumotni solishtirish va o‘z tanlovini asoslash ko‘nikmasini rivojlantirish.</w:t>
            </w:r>
          </w:p>
        </w:tc>
        <w:tc>
          <w:tcPr>
            <w:tcW w:type="dxa" w:w="5443"/>
          </w:tcPr>
          <w:p>
            <w:pPr>
              <w:spacing w:after="40"/>
            </w:pPr>
            <w:r/>
            <w:r>
              <w:rPr>
                <w:b/>
                <w:i w:val="0"/>
                <w:sz w:val="17"/>
              </w:rPr>
              <w:t xml:space="preserve">1. Lead-in speaking: Start thinking! (Kirish: Start thinking!) — 4 daqiqa. </w:t>
            </w:r>
            <w:r>
              <w:rPr>
                <w:b w:val="0"/>
                <w:i w:val="0"/>
                <w:sz w:val="17"/>
              </w:rPr>
              <w:t>Use the Book tasks overview slide (slide 3) for the lead-in: ask the three Start thinking! questions; write the class’s dream jobs on the board. (The Speaking slide near the end repeats these questions — use it only if time allows.)</w:t>
            </w:r>
          </w:p>
          <w:p>
            <w:pPr>
              <w:spacing w:after="40"/>
            </w:pPr>
            <w:r>
              <w:rPr>
                <w:b/>
                <w:i w:val="0"/>
                <w:sz w:val="17"/>
              </w:rPr>
              <w:t xml:space="preserve">2. Vocabulary A–B (Yangi so‘zlar A–B) — 8 daqiqa. </w:t>
            </w:r>
            <w:r>
              <w:rPr>
                <w:b w:val="0"/>
                <w:i w:val="0"/>
                <w:sz w:val="17"/>
              </w:rPr>
              <w:t>Introducing new vocabulary: present sections A and B with audio; check meaning with quick questions (Is a pilot’s job well-paid? Are you the outdoors type?).</w:t>
            </w:r>
          </w:p>
          <w:p>
            <w:pPr>
              <w:spacing w:after="40"/>
            </w:pPr>
            <w:r>
              <w:rPr>
                <w:b/>
                <w:i w:val="0"/>
                <w:sz w:val="17"/>
              </w:rPr>
              <w:t xml:space="preserve">3. Reading ex.1 (headings) (O‘qish ex.1 (sarlavhalar)) — 3 daqiqa. </w:t>
            </w:r>
            <w:r>
              <w:rPr>
                <w:b w:val="0"/>
                <w:i w:val="0"/>
                <w:sz w:val="17"/>
              </w:rPr>
              <w:t>Book tasks slide: students read the five headings and the first lines; which type of work would they rather do?</w:t>
            </w:r>
          </w:p>
          <w:p>
            <w:pPr>
              <w:spacing w:after="40"/>
            </w:pPr>
            <w:r>
              <w:rPr>
                <w:b/>
                <w:i w:val="0"/>
                <w:sz w:val="17"/>
              </w:rPr>
              <w:t xml:space="preserve">4. Reading ex.2 (T/F) (O‘qish ex.2 (true / false)) — 7 daqiqa. </w:t>
            </w:r>
            <w:r>
              <w:rPr>
                <w:b w:val="0"/>
                <w:i w:val="0"/>
                <w:sz w:val="17"/>
              </w:rPr>
              <w:t>Students read the whole article silently (the audio 1.11 is not available) and decide T or F.</w:t>
            </w:r>
          </w:p>
          <w:p>
            <w:pPr>
              <w:spacing w:after="40"/>
            </w:pPr>
            <w:r>
              <w:rPr>
                <w:b/>
                <w:i w:val="0"/>
                <w:sz w:val="17"/>
              </w:rPr>
              <w:t xml:space="preserve">5. Focus: multiple matching (Fokus: multiple matching) — 3 daqiqa. </w:t>
            </w:r>
            <w:r>
              <w:rPr>
                <w:b w:val="0"/>
                <w:i w:val="0"/>
                <w:sz w:val="17"/>
              </w:rPr>
              <w:t>Strategy slide: key words in the questions and synonyms in the text.</w:t>
            </w:r>
          </w:p>
          <w:p>
            <w:pPr>
              <w:spacing w:after="40"/>
            </w:pPr>
            <w:r>
              <w:rPr>
                <w:b/>
                <w:i w:val="0"/>
                <w:sz w:val="17"/>
              </w:rPr>
              <w:t xml:space="preserve">6. Book task ex.3 + check (Kitob topshirig‘i ex.3 va tekshirish) — 9 daqiqa. </w:t>
            </w:r>
            <w:r>
              <w:rPr>
                <w:b w:val="0"/>
                <w:i w:val="0"/>
                <w:sz w:val="17"/>
              </w:rPr>
              <w:t>Ex.3 slide; pairs choose A–E; check with the answer key slide and ask for the synonym in the text.</w:t>
            </w:r>
          </w:p>
          <w:p>
            <w:pPr>
              <w:spacing w:after="40"/>
            </w:pPr>
            <w:r>
              <w:rPr>
                <w:b/>
                <w:i w:val="0"/>
                <w:sz w:val="17"/>
              </w:rPr>
              <w:t xml:space="preserve">7. Vocabulary C–D (Yangi so‘zlar C–D) — 5 daqiqa. </w:t>
            </w:r>
            <w:r>
              <w:rPr>
                <w:b w:val="0"/>
                <w:i w:val="0"/>
                <w:sz w:val="17"/>
              </w:rPr>
              <w:t>Present sections C and D with audio; students say which paragraph each phrase comes from.</w:t>
            </w:r>
          </w:p>
          <w:p>
            <w:pPr>
              <w:spacing w:after="40"/>
            </w:pPr>
            <w:r>
              <w:rPr>
                <w:b/>
                <w:i w:val="0"/>
                <w:sz w:val="17"/>
              </w:rPr>
              <w:t xml:space="preserve">8. Matching halves (Yarim gaplarni moslash) — 4 daqiqa. </w:t>
            </w:r>
            <w:r>
              <w:rPr>
                <w:b w:val="0"/>
                <w:i w:val="0"/>
                <w:sz w:val="17"/>
              </w:rPr>
              <w:t>Hand out the match-halves worksheet (groups A and B).</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«Start thinking!» — savol-javob, sarlavha bo‘yicha bashorat, kalit so‘z va ma’nodosh strategiyasi (multiple matching), juftlikda ishlash, yarim gaplarni moslash (A va B guruh)</w:t>
            </w:r>
          </w:p>
        </w:tc>
        <w:tc>
          <w:tcPr>
            <w:tcW w:type="dxa" w:w="2835"/>
          </w:tcPr>
          <w:p>
            <w:pPr>
              <w:spacing w:after="40"/>
            </w:pPr>
            <w:r/>
            <w:r>
              <w:rPr>
                <w:b w:val="0"/>
                <w:i w:val="0"/>
                <w:sz w:val="17"/>
              </w:rPr>
              <w:t>O‘quvchilar dars oxirida:</w:t>
            </w:r>
          </w:p>
          <w:p>
            <w:pPr>
              <w:spacing w:after="40"/>
            </w:pPr>
            <w:r>
              <w:rPr>
                <w:b w:val="0"/>
                <w:i w:val="0"/>
                <w:sz w:val="17"/>
              </w:rPr>
              <w:t>• kelajakdagi kasbi haqidagi Start thinking! savollariga javob bera oladi;</w:t>
            </w:r>
          </w:p>
          <w:p>
            <w:pPr>
              <w:spacing w:after="40"/>
            </w:pPr>
            <w:r>
              <w:rPr>
                <w:b w:val="0"/>
                <w:i w:val="0"/>
                <w:sz w:val="17"/>
              </w:rPr>
              <w:t>• sarlavhalardagi qaysi ish turini afzal ko‘rishini ayta oladi (ex. 1);</w:t>
            </w:r>
          </w:p>
          <w:p>
            <w:pPr>
              <w:spacing w:after="40"/>
            </w:pPr>
            <w:r>
              <w:rPr>
                <w:b w:val="0"/>
                <w:i w:val="0"/>
                <w:sz w:val="17"/>
              </w:rPr>
              <w:t>• oltita gapning to‘g‘ri yoki noto‘g‘riligini aniqlay oladi (ex. 2);</w:t>
            </w:r>
          </w:p>
          <w:p>
            <w:pPr>
              <w:spacing w:after="40"/>
            </w:pPr>
            <w:r>
              <w:rPr>
                <w:b w:val="0"/>
                <w:i w:val="0"/>
                <w:sz w:val="17"/>
              </w:rPr>
              <w:t>• o‘nta savolni A–E ish turlariga moslay oladi, ba’zilarini bir necha marta (ex. 3).</w:t>
            </w:r>
          </w:p>
        </w:tc>
        <w:tc>
          <w:tcPr>
            <w:tcW w:type="dxa" w:w="3175"/>
          </w:tcPr>
          <w:p>
            <w:pPr>
              <w:spacing w:after="40"/>
            </w:pPr>
            <w:r/>
            <w:r>
              <w:rPr>
                <w:b w:val="0"/>
                <w:i w:val="0"/>
                <w:sz w:val="17"/>
              </w:rPr>
              <w:t>Laser B1+ SB pp. 32–33 (Unit 4 Work Wonders) — Start thinking! (What job would you like to do? Money or job satisfaction? Your parents’ job?), Reading ex.1 xatboshi sarlavhalari (qaysi ishni afzal ko‘rasiz?), «Making a living» maqolasi (A office · B hands · C voluntary work · D the public · E own business), ex.2 T/F (audio 1.11 — bizda yo‘q), ex.3 multiple matching A–E (bir tur bir necha marta tanlanishi mumkin); rejadagi cw: «Introducing new vocabulary» — maqola lug‘ati</w:t>
            </w:r>
          </w:p>
          <w:p>
            <w:pPr>
              <w:spacing w:after="40"/>
            </w:pPr>
            <w:r>
              <w:rPr>
                <w:b/>
                <w:i w:val="0"/>
                <w:sz w:val="17"/>
              </w:rPr>
              <w:t xml:space="preserve">Jihozlar: </w:t>
            </w:r>
            <w:r>
              <w:rPr>
                <w:b w:val="0"/>
                <w:i w:val="0"/>
                <w:sz w:val="17"/>
              </w:rPr>
              <w:t>Vocabulary sheet (33 items), match-halves worksheet, slides, flashcards with audio (sozlar.com/vocab); Laser B1+ SB pp. 32–33 (the book audio 1.11 is not available — students read the article themselves).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Unit 4 Word box vocabulary (jobs) — Laser B1+ p.33 ex.4; write 8 sentences (rejadagi vazifa).</w:t>
            </w:r>
          </w:p>
          <w:p>
            <w:pPr>
              <w:spacing w:after="40"/>
            </w:pPr>
            <w:r>
              <w:rPr>
                <w:b w:val="0"/>
                <w:i w:val="0"/>
                <w:sz w:val="19"/>
              </w:rPr>
              <w:t>• Learn the 33 items with the flashcards: sozlar.com/vocab/cards/?set=grade10-lesson24</w:t>
            </w:r>
          </w:p>
          <w:p>
            <w:pPr>
              <w:spacing w:after="40"/>
            </w:pPr>
            <w:r>
              <w:rPr>
                <w:b w:val="0"/>
                <w:i w:val="0"/>
                <w:sz w:val="19"/>
              </w:rPr>
              <w:t>• Read «Five ways to make a living» on the lesson page and answer the five questions.</w:t>
            </w:r>
          </w:p>
        </w:tc>
      </w:tr>
    </w:tbl>
    <w:p>
      <w:pPr>
        <w:spacing w:after="40"/>
      </w:pPr>
      <w:r>
        <w:rPr>
          <w:b/>
          <w:sz w:val="18"/>
        </w:rPr>
        <w:t xml:space="preserve">Farqlash: </w:t>
      </w:r>
      <w:r>
        <w:rPr>
          <w:i/>
          <w:sz w:val="18"/>
        </w:rPr>
        <w:t>Fast finishers write three more ex.3-style questions about the article for a partner; weaker students get the key words of ex.3 underlined and the five paragraph headings in Uzbek.</w:t>
      </w:r>
    </w:p>
    <w:p>
      <w:r>
        <w:br w:type="page"/>
      </w:r>
    </w:p>
    <w:p>
      <w:pPr>
        <w:spacing w:before="80" w:after="60"/>
      </w:pPr>
      <w:r>
        <w:rPr>
          <w:b/>
          <w:color w:val="0B6E5F"/>
          <w:sz w:val="24"/>
        </w:rPr>
        <w:t>Daily Lesson Plan · 25-dars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15.10.2026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Jobs</w:t>
            </w:r>
            <w:r>
              <w:rPr>
                <w:b w:val="0"/>
                <w:i w:val="0"/>
                <w:sz w:val="19"/>
              </w:rPr>
              <w:t xml:space="preserve"> (Word Box: kasblar va ish dunyosi)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maqoladagi yettita Word box so‘zini (salary, application form, expenses, apply in writing, applicant, voluntary work, staff), keng tarqalgan kasblar nomini va ishni tasvirlovchi sifatlarni (challenging, repetitive, varied, tiring) o‘rganadi.</w:t>
            </w:r>
          </w:p>
          <w:p>
            <w:pPr>
              <w:spacing w:after="40"/>
            </w:pPr>
            <w:r>
              <w:rPr>
                <w:b/>
                <w:i w:val="0"/>
                <w:sz w:val="19"/>
              </w:rPr>
              <w:t xml:space="preserve">b) Tarbiyaviy: </w:t>
            </w:r>
            <w:r>
              <w:rPr>
                <w:b w:val="0"/>
                <w:i w:val="0"/>
                <w:sz w:val="19"/>
              </w:rPr>
              <w:t>Mehnatni qadrlash, kasb tanlashda o‘z qiziqish va imkoniyatlarini hisobga olish, ko‘ngilli ishning ahamiyatini anglashga o‘rgatish.</w:t>
            </w:r>
          </w:p>
          <w:p>
            <w:pPr>
              <w:spacing w:after="40"/>
            </w:pPr>
            <w:r>
              <w:rPr>
                <w:b/>
                <w:i w:val="0"/>
                <w:sz w:val="19"/>
              </w:rPr>
              <w:t xml:space="preserve">c) Rivojlantiruvchi: </w:t>
            </w:r>
            <w:r>
              <w:rPr>
                <w:b w:val="0"/>
                <w:i w:val="0"/>
                <w:sz w:val="19"/>
              </w:rPr>
              <w:t>So‘z oilasini yasash, kasbning afzallik va kamchiliklarini taqqoslash va sherigiga mos kasbni tavsiya qilish ko‘nikmasini rivojlantirish.</w:t>
            </w:r>
          </w:p>
        </w:tc>
        <w:tc>
          <w:tcPr>
            <w:tcW w:type="dxa" w:w="5443"/>
          </w:tcPr>
          <w:p>
            <w:pPr>
              <w:spacing w:after="40"/>
            </w:pPr>
            <w:r/>
            <w:r>
              <w:rPr>
                <w:b/>
                <w:i w:val="0"/>
                <w:sz w:val="18"/>
              </w:rPr>
              <w:t xml:space="preserve">1. Lead-in (Kirish) — 3 daqiqa. </w:t>
            </w:r>
            <w:r>
              <w:rPr>
                <w:b w:val="0"/>
                <w:i w:val="0"/>
                <w:sz w:val="18"/>
              </w:rPr>
              <w:t>Ask: Which of the five types of work from the article would you choose? What jobs do you know in each type? Vocabulary sheet stays closed.</w:t>
            </w:r>
          </w:p>
          <w:p>
            <w:pPr>
              <w:spacing w:after="40"/>
            </w:pPr>
            <w:r>
              <w:rPr>
                <w:b/>
                <w:i w:val="0"/>
                <w:sz w:val="18"/>
              </w:rPr>
              <w:t xml:space="preserve">2. Word box ex.4 (test) — 8 daqiqa. </w:t>
            </w:r>
            <w:r>
              <w:rPr>
                <w:b w:val="0"/>
                <w:i w:val="0"/>
                <w:sz w:val="18"/>
              </w:rPr>
              <w:t>Two Word box slides; students use the first letter and the article on pp. 32–33.</w:t>
            </w:r>
          </w:p>
          <w:p>
            <w:pPr>
              <w:spacing w:after="40"/>
            </w:pPr>
            <w:r>
              <w:rPr>
                <w:b/>
                <w:i w:val="0"/>
                <w:sz w:val="18"/>
              </w:rPr>
              <w:t xml:space="preserve">3. Check and teach: vocabulary A–D (Tekshirish va tushuntirish: so‘zlar A–D) — 9 daqiqa. </w:t>
            </w:r>
            <w:r>
              <w:rPr>
                <w:b w:val="0"/>
                <w:i w:val="0"/>
                <w:sz w:val="18"/>
              </w:rPr>
              <w:t>Present the four sections with audio, then the Word box answer key and the focus slide (five traps); hand out the vocabulary sheet now.</w:t>
            </w:r>
          </w:p>
          <w:p>
            <w:pPr>
              <w:spacing w:after="40"/>
            </w:pPr>
            <w:r>
              <w:rPr>
                <w:b/>
                <w:i w:val="0"/>
                <w:sz w:val="18"/>
              </w:rPr>
              <w:t xml:space="preserve">4. Practice gap-fill (Mashq — bo‘sh joyni to‘ldirish) — 4 daqiqa. </w:t>
            </w:r>
            <w:r>
              <w:rPr>
                <w:b w:val="0"/>
                <w:i w:val="0"/>
                <w:sz w:val="18"/>
              </w:rPr>
              <w:t>Gap-fill slide (8 sentences).</w:t>
            </w:r>
          </w:p>
          <w:p>
            <w:pPr>
              <w:spacing w:after="40"/>
            </w:pPr>
            <w:r>
              <w:rPr>
                <w:b/>
                <w:i w:val="0"/>
                <w:sz w:val="18"/>
              </w:rPr>
              <w:t xml:space="preserve">5. Word formation worksheet (So‘z yasash varaqasi) — 8 daqiqa. </w:t>
            </w:r>
            <w:r>
              <w:rPr>
                <w:b w:val="0"/>
                <w:i w:val="0"/>
                <w:sz w:val="18"/>
              </w:rPr>
              <w:t>Hand out the Use of English worksheet (Part A and B).</w:t>
            </w:r>
          </w:p>
          <w:p>
            <w:pPr>
              <w:spacing w:after="40"/>
            </w:pPr>
            <w:r>
              <w:rPr>
                <w:b/>
                <w:i w:val="0"/>
                <w:sz w:val="18"/>
              </w:rPr>
              <w:t xml:space="preserve">6. Speaking: Have your say! + ideal job (Gapirish: Have your say! va ideal kasb) — 11 daqiqa. </w:t>
            </w:r>
            <w:r>
              <w:rPr>
                <w:b w:val="0"/>
                <w:i w:val="0"/>
                <w:sz w:val="18"/>
              </w:rPr>
              <w:t>Groups of three discuss the two book questions; then pairs do the ideal-job questionnaire (Solutions p.53).</w:t>
            </w:r>
          </w:p>
          <w:p>
            <w:pPr>
              <w:spacing w:after="40"/>
            </w:pPr>
            <w:r>
              <w:rPr>
                <w:b/>
                <w:i w:val="0"/>
                <w:sz w:val="18"/>
              </w:rPr>
              <w:t xml:space="preserve">7.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«avval test, keyin tushuntirish», birinchi harf bo‘yicha so‘z topish, Use of English varaqasi (so‘z yasash), so‘rovnoma (ideal job questionnaire), uch kishilik guruhda muhokama</w:t>
            </w:r>
          </w:p>
        </w:tc>
        <w:tc>
          <w:tcPr>
            <w:tcW w:type="dxa" w:w="2835"/>
          </w:tcPr>
          <w:p>
            <w:pPr>
              <w:spacing w:after="40"/>
            </w:pPr>
            <w:r/>
            <w:r>
              <w:rPr>
                <w:b w:val="0"/>
                <w:i w:val="0"/>
                <w:sz w:val="19"/>
              </w:rPr>
              <w:t>O‘quvchilar dars oxirida:</w:t>
            </w:r>
          </w:p>
          <w:p>
            <w:pPr>
              <w:spacing w:after="40"/>
            </w:pPr>
            <w:r>
              <w:rPr>
                <w:b w:val="0"/>
                <w:i w:val="0"/>
                <w:sz w:val="19"/>
              </w:rPr>
              <w:t>• birinchi harfga qarab yettita Word box ta’rifini to‘ldira oladi (ex. 4);</w:t>
            </w:r>
          </w:p>
          <w:p>
            <w:pPr>
              <w:spacing w:after="40"/>
            </w:pPr>
            <w:r>
              <w:rPr>
                <w:b w:val="0"/>
                <w:i w:val="0"/>
                <w:sz w:val="19"/>
              </w:rPr>
              <w:t>• o‘n beshta kasbni nomlab, ularni challenging, repetitive, varied, tiring bilan tasvirlay oladi;</w:t>
            </w:r>
          </w:p>
          <w:p>
            <w:pPr>
              <w:spacing w:after="40"/>
            </w:pPr>
            <w:r>
              <w:rPr>
                <w:b w:val="0"/>
                <w:i w:val="0"/>
                <w:sz w:val="19"/>
              </w:rPr>
              <w:t>• bir so‘z oilasidan o‘nta so‘z yasay oladi (varaqaning A qismi);</w:t>
            </w:r>
          </w:p>
          <w:p>
            <w:pPr>
              <w:spacing w:after="40"/>
            </w:pPr>
            <w:r>
              <w:rPr>
                <w:b w:val="0"/>
                <w:i w:val="0"/>
                <w:sz w:val="19"/>
              </w:rPr>
              <w:t>• Have your say! savollarini muhokama qilib, sherigi uchun ideal kasbni topa oladi.</w:t>
            </w:r>
          </w:p>
        </w:tc>
        <w:tc>
          <w:tcPr>
            <w:tcW w:type="dxa" w:w="3175"/>
          </w:tcPr>
          <w:p>
            <w:pPr>
              <w:spacing w:after="40"/>
            </w:pPr>
            <w:r/>
            <w:r>
              <w:rPr>
                <w:b w:val="0"/>
                <w:i w:val="0"/>
                <w:sz w:val="18"/>
              </w:rPr>
              <w:t>Laser B1+ SB pp. 32–33 — WORD BOX ex.4 maqoladagi so‘zlar bilan ta’riflarni to‘ldirish (birinchi harf berilgan: salary, application form, expenses, in writing, applicant, voluntary work, staff), Have your say! (yuqori maosh qanchalik muhim? ishning boshqa jihatlari) — asosiy; Solutions Pre-Intermediate pp. 52–53 (5A Jobs (1), Describing jobs, Work activities, ideal job questionnaire) va p. 55 (5B Jobs (2))</w:t>
            </w:r>
          </w:p>
          <w:p>
            <w:pPr>
              <w:spacing w:after="40"/>
            </w:pPr>
            <w:r>
              <w:rPr>
                <w:b/>
                <w:i w:val="0"/>
                <w:sz w:val="18"/>
              </w:rPr>
              <w:t xml:space="preserve">Jihozlar: </w:t>
            </w:r>
            <w:r>
              <w:rPr>
                <w:b w:val="0"/>
                <w:i w:val="0"/>
                <w:sz w:val="18"/>
              </w:rPr>
              <w:t>Vocabulary sheet (34 items), Use of English worksheet (word formation + collocations), slides, flashcards with audio (sozlar.com/vocab) — handed out AFTER the Word box task is checked (the cards contain the answers); Laser B1+ SB p. 33; Solutions Pre-Intermediate pp. 52–53, 55.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10 sentences about jobs using the Unit 4 words (rejadagi vazifa).</w:t>
            </w:r>
          </w:p>
          <w:p>
            <w:pPr>
              <w:spacing w:after="40"/>
            </w:pPr>
            <w:r>
              <w:rPr>
                <w:b w:val="0"/>
                <w:i w:val="0"/>
                <w:sz w:val="19"/>
              </w:rPr>
              <w:t>• Learn the 34 items with the flashcards: sozlar.com/vocab/cards/?set=grade10-lesson25</w:t>
            </w:r>
          </w:p>
          <w:p>
            <w:pPr>
              <w:spacing w:after="40"/>
            </w:pPr>
            <w:r>
              <w:rPr>
                <w:b w:val="0"/>
                <w:i w:val="0"/>
                <w:sz w:val="19"/>
              </w:rPr>
              <w:t>• Use all seven Word box words (salary, application form, expenses, in writing, applicant, voluntary work, staff).</w:t>
            </w:r>
          </w:p>
        </w:tc>
      </w:tr>
    </w:tbl>
    <w:p>
      <w:pPr>
        <w:spacing w:after="40"/>
      </w:pPr>
      <w:r>
        <w:rPr>
          <w:b/>
          <w:sz w:val="18"/>
        </w:rPr>
        <w:t xml:space="preserve">Farqlash: </w:t>
      </w:r>
      <w:r>
        <w:rPr>
          <w:i/>
          <w:sz w:val="18"/>
        </w:rPr>
        <w:t>Fast finishers write six definitions of their own (like ex.4) for jobs in section B and test a partner; weaker students get the seven Word box words in a box and only match them to the definitions.</w:t>
      </w:r>
    </w:p>
    <w:p>
      <w:r>
        <w:br w:type="page"/>
      </w:r>
    </w:p>
    <w:p>
      <w:pPr>
        <w:spacing w:before="80" w:after="60"/>
      </w:pPr>
      <w:r>
        <w:rPr>
          <w:b/>
          <w:color w:val="0B6E5F"/>
          <w:sz w:val="24"/>
        </w:rPr>
        <w:t>Daily Lesson Plan · 26-dars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Grammar Clinic: Past Perfect Review</w:t>
            </w:r>
            <w:r>
              <w:rPr>
                <w:b w:val="0"/>
                <w:i w:val="0"/>
                <w:sz w:val="19"/>
              </w:rPr>
              <w:t xml:space="preserve"> (Past perfect simple va continuous takrori)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past perfect simple, past perfect continuous va past simple o‘rtasida tanlash va tanlovini asoslashni (asosiy o‘tgan vaqtdan oldin tugagan harakat / davom etgan harakat / voqealar ketma-ketligi) o‘rganadi.</w:t>
            </w:r>
          </w:p>
          <w:p>
            <w:pPr>
              <w:spacing w:after="40"/>
            </w:pPr>
            <w:r>
              <w:rPr>
                <w:b/>
                <w:i w:val="0"/>
                <w:sz w:val="17"/>
              </w:rPr>
              <w:t xml:space="preserve">b) Tarbiyaviy: </w:t>
            </w:r>
            <w:r>
              <w:rPr>
                <w:b w:val="0"/>
                <w:i w:val="0"/>
                <w:sz w:val="17"/>
              </w:rPr>
              <w:t>Ishga kirish va mehnat haqidagi hikoyalar orqali tayyorgarlik, tirishqoqlik va mas’uliyatni qadrlashga o‘rgatish.</w:t>
            </w:r>
          </w:p>
          <w:p>
            <w:pPr>
              <w:spacing w:after="40"/>
            </w:pPr>
            <w:r>
              <w:rPr>
                <w:b/>
                <w:i w:val="0"/>
                <w:sz w:val="17"/>
              </w:rPr>
              <w:t xml:space="preserve">c) Rivojlantiruvchi: </w:t>
            </w:r>
            <w:r>
              <w:rPr>
                <w:b w:val="0"/>
                <w:i w:val="0"/>
                <w:sz w:val="17"/>
              </w:rPr>
              <w:t>Voqealar ketma-ketligini mantiqan tiklash, xatoni topib tuzatish va javobni asoslash ko‘nikmasini rivojlantirish.</w:t>
            </w:r>
          </w:p>
        </w:tc>
        <w:tc>
          <w:tcPr>
            <w:tcW w:type="dxa" w:w="5443"/>
          </w:tcPr>
          <w:p>
            <w:pPr>
              <w:spacing w:after="40"/>
            </w:pPr>
            <w:r/>
            <w:r>
              <w:rPr>
                <w:b/>
                <w:i w:val="0"/>
                <w:sz w:val="17"/>
              </w:rPr>
              <w:t xml:space="preserve">1. Lead-in (Kirish) — 3 daqiqa. </w:t>
            </w:r>
            <w:r>
              <w:rPr>
                <w:b w:val="0"/>
                <w:i w:val="0"/>
                <w:sz w:val="17"/>
              </w:rPr>
              <w:t>Board: When I got to the station, the train left / had left. Ask: Did I see the train? Vocabulary sheet and flashcards stay closed.</w:t>
            </w:r>
          </w:p>
          <w:p>
            <w:pPr>
              <w:spacing w:after="40"/>
            </w:pPr>
            <w:r>
              <w:rPr>
                <w:b/>
                <w:i w:val="0"/>
                <w:sz w:val="17"/>
              </w:rPr>
              <w:t xml:space="preserve">2. Form table (Shakl jadvali) — 3 daqiqa. </w:t>
            </w:r>
            <w:r>
              <w:rPr>
                <w:b w:val="0"/>
                <w:i w:val="0"/>
                <w:sz w:val="17"/>
              </w:rPr>
              <w:t>Form table slide only (+, −, ?, time words). Do not show the focus or the vocabulary slides yet.</w:t>
            </w:r>
          </w:p>
          <w:p>
            <w:pPr>
              <w:spacing w:after="40"/>
            </w:pPr>
            <w:r>
              <w:rPr>
                <w:b/>
                <w:i w:val="0"/>
                <w:sz w:val="17"/>
              </w:rPr>
              <w:t xml:space="preserve">3. Book p.34 ex.1–3 (test) (Kitob p.34 ex.1–3 (test)) — 10 daqiqa. </w:t>
            </w:r>
            <w:r>
              <w:rPr>
                <w:b w:val="0"/>
                <w:i w:val="0"/>
                <w:sz w:val="17"/>
              </w:rPr>
              <w:t>Book tasks slide. ex.1 in pairs, ex.2 and ex.3 alone. Books open, word list closed; the Grammar database is for checking.</w:t>
            </w:r>
          </w:p>
          <w:p>
            <w:pPr>
              <w:spacing w:after="40"/>
            </w:pPr>
            <w:r>
              <w:rPr>
                <w:b/>
                <w:i w:val="0"/>
                <w:sz w:val="17"/>
              </w:rPr>
              <w:t xml:space="preserve">4. Book p.34 ex.4 (Kitob p.34 ex.4) — 6 daqiqa. </w:t>
            </w:r>
            <w:r>
              <w:rPr>
                <w:b w:val="0"/>
                <w:i w:val="0"/>
                <w:sz w:val="17"/>
              </w:rPr>
              <w:t>Students complete the six sentences on their own; remind them that a negative may be needed.</w:t>
            </w:r>
          </w:p>
          <w:p>
            <w:pPr>
              <w:spacing w:after="40"/>
            </w:pPr>
            <w:r>
              <w:rPr>
                <w:b/>
                <w:i w:val="0"/>
                <w:sz w:val="17"/>
              </w:rPr>
              <w:t xml:space="preserve">5. Check and teach (Tekshirish va tushuntirish) — 7 daqiqa. </w:t>
            </w:r>
            <w:r>
              <w:rPr>
                <w:b w:val="0"/>
                <w:i w:val="0"/>
                <w:sz w:val="17"/>
              </w:rPr>
              <w:t>Answer key slide: students say WHY (completed / continuing / sequence / first time / never). Then the focus slide and card sections A–C as consolidation; hand out the vocabulary sheet now.</w:t>
            </w:r>
          </w:p>
          <w:p>
            <w:pPr>
              <w:spacing w:after="40"/>
            </w:pPr>
            <w:r>
              <w:rPr>
                <w:b/>
                <w:i w:val="0"/>
                <w:sz w:val="17"/>
              </w:rPr>
              <w:t xml:space="preserve">6. Matching halves (Yarim gaplarni moslash) — 5 daqiqa. </w:t>
            </w:r>
            <w:r>
              <w:rPr>
                <w:b w:val="0"/>
                <w:i w:val="0"/>
                <w:sz w:val="17"/>
              </w:rPr>
              <w:t>Practice slide orally (1 min), then the match-halves worksheet (groups A and B).</w:t>
            </w:r>
          </w:p>
          <w:p>
            <w:pPr>
              <w:spacing w:after="40"/>
            </w:pPr>
            <w:r>
              <w:rPr>
                <w:b/>
                <w:i w:val="0"/>
                <w:sz w:val="17"/>
              </w:rPr>
              <w:t xml:space="preserve">7. Speaking — why were you tired? (Gapirish — nega charchagan eding?) — 5 daqiqa. </w:t>
            </w:r>
            <w:r>
              <w:rPr>
                <w:b w:val="0"/>
                <w:i w:val="0"/>
                <w:sz w:val="17"/>
              </w:rPr>
              <w:t>Pairs: three things they had done by the time they got to school; then explain feelings with had been + -ing.</w:t>
            </w:r>
          </w:p>
          <w:p>
            <w:pPr>
              <w:spacing w:after="40"/>
            </w:pPr>
            <w:r>
              <w:rPr>
                <w:b/>
                <w:i w:val="0"/>
                <w:sz w:val="17"/>
              </w:rPr>
              <w:t xml:space="preserve">8. Reading — The day Sardor got the job (O‘qish — The day Sardor got the job) — 4 daqiqa. </w:t>
            </w:r>
            <w:r>
              <w:rPr>
                <w:b w:val="0"/>
                <w:i w:val="0"/>
                <w:sz w:val="17"/>
              </w:rPr>
              <w:t>Students read (or listen to) the short text on the lesson page and answer the five questions.</w:t>
            </w:r>
          </w:p>
          <w:p>
            <w:pPr>
              <w:spacing w:after="40"/>
            </w:pPr>
            <w:r>
              <w:rPr>
                <w:b/>
                <w:i w:val="0"/>
                <w:sz w:val="17"/>
              </w:rPr>
              <w:t xml:space="preserve">9. Wrap-up and homework (Yakun va uyga vazifa) — 2 daqiqa. </w:t>
            </w:r>
            <w:r>
              <w:rPr>
                <w:b w:val="0"/>
                <w:i w:val="0"/>
                <w:sz w:val="17"/>
              </w:rPr>
              <w:t>Memory check slide; correct ‘He had never been working from home’; set homework.</w:t>
            </w:r>
          </w:p>
          <w:p>
            <w:pPr>
              <w:spacing w:after="40"/>
            </w:pPr>
            <w:r>
              <w:rPr>
                <w:b/>
                <w:i w:val="0"/>
                <w:sz w:val="17"/>
              </w:rPr>
              <w:t xml:space="preserve">Metodlar: </w:t>
            </w:r>
            <w:r>
              <w:rPr>
                <w:b w:val="0"/>
                <w:i/>
                <w:sz w:val="17"/>
              </w:rPr>
              <w:t>muammoli savol («Poyezdni ko‘rdimmi?»), «avval test, keyin tushuntirish», «Nega?» — javobni asoslash, juftlikda muloqot, yarim gaplarni moslash (A va B guruh)</w:t>
            </w:r>
          </w:p>
        </w:tc>
        <w:tc>
          <w:tcPr>
            <w:tcW w:type="dxa" w:w="2835"/>
          </w:tcPr>
          <w:p>
            <w:pPr>
              <w:spacing w:after="40"/>
            </w:pPr>
            <w:r/>
            <w:r>
              <w:rPr>
                <w:b w:val="0"/>
                <w:i w:val="0"/>
                <w:sz w:val="17"/>
              </w:rPr>
              <w:t>O‘quvchilar dars oxirida:</w:t>
            </w:r>
          </w:p>
          <w:p>
            <w:pPr>
              <w:spacing w:after="40"/>
            </w:pPr>
            <w:r>
              <w:rPr>
                <w:b w:val="0"/>
                <w:i w:val="0"/>
                <w:sz w:val="17"/>
              </w:rPr>
              <w:t>• ikki past perfect gap haqidagi to‘rtta fikrning to‘g‘ri-noto‘g‘riligini aniqlay oladi (ex. 1);</w:t>
            </w:r>
          </w:p>
          <w:p>
            <w:pPr>
              <w:spacing w:after="40"/>
            </w:pPr>
            <w:r>
              <w:rPr>
                <w:b w:val="0"/>
                <w:i w:val="0"/>
                <w:sz w:val="17"/>
              </w:rPr>
              <w:t>• beshta gapda to‘g‘ri zamonni tanlay oladi (ex. 2);</w:t>
            </w:r>
          </w:p>
          <w:p>
            <w:pPr>
              <w:spacing w:after="40"/>
            </w:pPr>
            <w:r>
              <w:rPr>
                <w:b w:val="0"/>
                <w:i w:val="0"/>
                <w:sz w:val="17"/>
              </w:rPr>
              <w:t>• uchta xatoni tuzatib, to‘g‘ri gapni topa oladi (ex. 3);</w:t>
            </w:r>
          </w:p>
          <w:p>
            <w:pPr>
              <w:spacing w:after="40"/>
            </w:pPr>
            <w:r>
              <w:rPr>
                <w:b w:val="0"/>
                <w:i w:val="0"/>
                <w:sz w:val="17"/>
              </w:rPr>
              <w:t>• oltita gapni past perfect simple yoki continuous bilan, kerak bo‘lsa inkor shaklda to‘ldira oladi (ex. 4).</w:t>
            </w:r>
          </w:p>
        </w:tc>
        <w:tc>
          <w:tcPr>
            <w:tcW w:type="dxa" w:w="3175"/>
          </w:tcPr>
          <w:p>
            <w:pPr>
              <w:spacing w:after="40"/>
            </w:pPr>
            <w:r/>
            <w:r>
              <w:rPr>
                <w:b w:val="0"/>
                <w:i w:val="0"/>
                <w:sz w:val="17"/>
              </w:rPr>
              <w:t>Laser B1+ SB p. 34 — Grammar clinic: Past perfect tense review: ex.1 ikki gap bo‘yicha T/F (I’d had lots of jobs / I had been doing things I didn’t like), ex.2 to‘g‘ri zamonni tanlash, ex.3 xatolarni tuzatish (bitta gap xatosiz), ex.4 past perfect simple yoki continuous (inkor ham bo‘lishi mumkin); Grammar database pp. 174–175; Solutions Upper-Intermediate p. 10 (Past perfect simple and continuous, stunt double matni, Learn this!); Workbook p. 26 ex.1–3</w:t>
            </w:r>
          </w:p>
          <w:p>
            <w:pPr>
              <w:spacing w:after="40"/>
            </w:pPr>
            <w:r>
              <w:rPr>
                <w:b/>
                <w:i w:val="0"/>
                <w:sz w:val="17"/>
              </w:rPr>
              <w:t xml:space="preserve">Jihozlar: </w:t>
            </w:r>
            <w:r>
              <w:rPr>
                <w:b w:val="0"/>
                <w:i w:val="0"/>
                <w:sz w:val="17"/>
              </w:rPr>
              <w:t>Laser B1+ SB p. 34, Grammar database pp. 174–175; slides; vocabulary sheet (29 items) and flashcards with audio (sozlar.com/vocab) — handed out only AFTER the book tasks are checked (the cards contain the book answers); Workbook p. 26.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26, ex. 1–3.</w:t>
            </w:r>
          </w:p>
          <w:p>
            <w:pPr>
              <w:spacing w:after="40"/>
            </w:pPr>
            <w:r>
              <w:rPr>
                <w:b w:val="0"/>
                <w:i w:val="0"/>
                <w:sz w:val="19"/>
              </w:rPr>
              <w:t>• Learn the 29 items with the flashcards: sozlar.com/vocab/cards/?set=grade10-lesson26</w:t>
            </w:r>
          </w:p>
          <w:p>
            <w:pPr>
              <w:spacing w:after="40"/>
            </w:pPr>
            <w:r>
              <w:rPr>
                <w:b w:val="0"/>
                <w:i w:val="0"/>
                <w:sz w:val="19"/>
              </w:rPr>
              <w:t>• Write six sentences about a busy day you had: three with had + past participle and three with had been + -ing.</w:t>
            </w:r>
          </w:p>
        </w:tc>
      </w:tr>
    </w:tbl>
    <w:p>
      <w:pPr>
        <w:spacing w:after="40"/>
      </w:pPr>
      <w:r>
        <w:rPr>
          <w:b/>
          <w:sz w:val="18"/>
        </w:rPr>
        <w:t xml:space="preserve">Farqlash: </w:t>
      </w:r>
      <w:r>
        <w:rPr>
          <w:i/>
          <w:sz w:val="18"/>
        </w:rPr>
        <w:t>Fast finishers write a short story (six sentences) that begins ‘By the time I got to school yesterday, …’ with three simple and three continuous forms; weaker students do ex.2 and ex.4 with the form table on the board and the first word of each ex.4 answer.</w:t>
      </w:r>
    </w:p>
    <w:p>
      <w:r>
        <w:br w:type="page"/>
      </w:r>
    </w:p>
    <w:p>
      <w:pPr>
        <w:spacing w:before="80" w:after="60"/>
      </w:pPr>
      <w:r>
        <w:rPr>
          <w:b/>
          <w:color w:val="0B6E5F"/>
          <w:sz w:val="24"/>
        </w:rPr>
        <w:t>Daily Lesson Plan · 27-dars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20.10.2026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Vocabulary Builder: Occupations</w:t>
            </w:r>
            <w:r>
              <w:rPr>
                <w:b w:val="0"/>
                <w:i w:val="0"/>
                <w:sz w:val="19"/>
              </w:rPr>
              <w:t xml:space="preserve"> (Kasblar, ish hayoti iboralari va -ness, -ment, -tion, -ity qo‘shimchalari)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 o‘nta kasbni nomlash va ta’riflashni (accountant, journalist, electrician, plumber, civil servant, architect…), ish hayotiga oid iboralarni (on strike, get the sack, overtime, promote, retire) va -ness, -ment, -tion, -ity qo‘shimchalari bilan ot yasashni o‘rganadi.</w:t>
            </w:r>
          </w:p>
          <w:p>
            <w:pPr>
              <w:spacing w:after="40"/>
            </w:pPr>
            <w:r>
              <w:rPr>
                <w:b/>
                <w:i w:val="0"/>
                <w:sz w:val="19"/>
              </w:rPr>
              <w:t xml:space="preserve">b) Tarbiyaviy: </w:t>
            </w:r>
            <w:r>
              <w:rPr>
                <w:b w:val="0"/>
                <w:i w:val="0"/>
                <w:sz w:val="19"/>
              </w:rPr>
              <w:t>Oiladagi va jamiyatdagi turli kasb egalari mehnatini hurmat qilish, mehnat huquqlari haqida tasavvur hosil qilishga o‘rgatish.</w:t>
            </w:r>
          </w:p>
          <w:p>
            <w:pPr>
              <w:spacing w:after="40"/>
            </w:pPr>
            <w:r>
              <w:rPr>
                <w:b/>
                <w:i w:val="0"/>
                <w:sz w:val="19"/>
              </w:rPr>
              <w:t xml:space="preserve">c) Rivojlantiruvchi: </w:t>
            </w:r>
            <w:r>
              <w:rPr>
                <w:b w:val="0"/>
                <w:i w:val="0"/>
                <w:sz w:val="19"/>
              </w:rPr>
              <w:t>So‘z yasash qoidalarini (imlo, ko‘plik) qo‘llash, kasbni nomini aytmay tasvirlash va taxmin qilish ko‘nikmasini rivojlantirish.</w:t>
            </w:r>
          </w:p>
        </w:tc>
        <w:tc>
          <w:tcPr>
            <w:tcW w:type="dxa" w:w="5443"/>
          </w:tcPr>
          <w:p>
            <w:pPr>
              <w:spacing w:after="40"/>
            </w:pPr>
            <w:r/>
            <w:r>
              <w:rPr>
                <w:b/>
                <w:i w:val="0"/>
                <w:sz w:val="18"/>
              </w:rPr>
              <w:t xml:space="preserve">1. Lead-in (Kirish) — 3 daqiqa. </w:t>
            </w:r>
            <w:r>
              <w:rPr>
                <w:b w:val="0"/>
                <w:i w:val="0"/>
                <w:sz w:val="18"/>
              </w:rPr>
              <w:t>Ask: What do your parents and relatives do? Write the jobs on the board. Vocabulary sheet and flashcards stay closed.</w:t>
            </w:r>
          </w:p>
          <w:p>
            <w:pPr>
              <w:spacing w:after="40"/>
            </w:pPr>
            <w:r>
              <w:rPr>
                <w:b/>
                <w:i w:val="0"/>
                <w:sz w:val="18"/>
              </w:rPr>
              <w:t xml:space="preserve">2. Book p.35 ex.1–2 (test) (Kitob p.35 ex.1–2 (test)) — 7 daqiqa. </w:t>
            </w:r>
            <w:r>
              <w:rPr>
                <w:b w:val="0"/>
                <w:i w:val="0"/>
                <w:sz w:val="18"/>
              </w:rPr>
              <w:t>Book tasks slide: ex.1 alone, ex.2 in pairs.</w:t>
            </w:r>
          </w:p>
          <w:p>
            <w:pPr>
              <w:spacing w:after="40"/>
            </w:pPr>
            <w:r>
              <w:rPr>
                <w:b/>
                <w:i w:val="0"/>
                <w:sz w:val="18"/>
              </w:rPr>
              <w:t xml:space="preserve">3. Book p.35 ex.3–4 (Kitob p.35 ex.3–4) — 8 daqiqa. </w:t>
            </w:r>
            <w:r>
              <w:rPr>
                <w:b w:val="0"/>
                <w:i w:val="0"/>
                <w:sz w:val="18"/>
              </w:rPr>
              <w:t>Word formation: students make the nouns (ex.3) and use them in sentences (ex.4); remind them about spelling and plurals.</w:t>
            </w:r>
          </w:p>
          <w:p>
            <w:pPr>
              <w:spacing w:after="40"/>
            </w:pPr>
            <w:r>
              <w:rPr>
                <w:b/>
                <w:i w:val="0"/>
                <w:sz w:val="18"/>
              </w:rPr>
              <w:t xml:space="preserve">4. Check and teach (Tekshirish va tushuntirish) — 8 daqiqa. </w:t>
            </w:r>
            <w:r>
              <w:rPr>
                <w:b w:val="0"/>
                <w:i w:val="0"/>
                <w:sz w:val="18"/>
              </w:rPr>
              <w:t>Answer key slide; students spell the nouns aloud. Then the focus slide (four suffixes, spelling) and card sections A–D with audio as consolidation; hand out the vocabulary sheet now.</w:t>
            </w:r>
          </w:p>
          <w:p>
            <w:pPr>
              <w:spacing w:after="40"/>
            </w:pPr>
            <w:r>
              <w:rPr>
                <w:b/>
                <w:i w:val="0"/>
                <w:sz w:val="18"/>
              </w:rPr>
              <w:t xml:space="preserve">5. Word formation worksheet (So‘z yasash varaqasi) — 7 daqiqa. </w:t>
            </w:r>
            <w:r>
              <w:rPr>
                <w:b w:val="0"/>
                <w:i w:val="0"/>
                <w:sz w:val="18"/>
              </w:rPr>
              <w:t>Hand out the Use of English worksheet (Part A and B).</w:t>
            </w:r>
          </w:p>
          <w:p>
            <w:pPr>
              <w:spacing w:after="40"/>
            </w:pPr>
            <w:r>
              <w:rPr>
                <w:b/>
                <w:i w:val="0"/>
                <w:sz w:val="18"/>
              </w:rPr>
              <w:t xml:space="preserve">6. Speaking — guess the job (Gapirish — kasbni top) — 6 daqiqa. </w:t>
            </w:r>
            <w:r>
              <w:rPr>
                <w:b w:val="0"/>
                <w:i w:val="0"/>
                <w:sz w:val="18"/>
              </w:rPr>
              <w:t>Pairs describe a job without naming it; then discuss the strike / overtime questions.</w:t>
            </w:r>
          </w:p>
          <w:p>
            <w:pPr>
              <w:spacing w:after="40"/>
            </w:pPr>
            <w:r>
              <w:rPr>
                <w:b/>
                <w:i w:val="0"/>
                <w:sz w:val="18"/>
              </w:rPr>
              <w:t xml:space="preserve">7. Reading — Three jobs in one family (O‘qish — Three jobs in one family) — 4 daqiqa. </w:t>
            </w:r>
            <w:r>
              <w:rPr>
                <w:b w:val="0"/>
                <w:i w:val="0"/>
                <w:sz w:val="18"/>
              </w:rPr>
              <w:t>Students read or listen to the text on the lesson page and answer the questions.</w:t>
            </w:r>
          </w:p>
          <w:p>
            <w:pPr>
              <w:spacing w:after="40"/>
            </w:pPr>
            <w:r>
              <w:rPr>
                <w:b/>
                <w:i w:val="0"/>
                <w:sz w:val="18"/>
              </w:rPr>
              <w:t xml:space="preserve">8.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«avval test, keyin tushuntirish», so‘z yasash jadvali, Use of English varaqasi, «Kasbni top» o‘yini, matn bo‘yicha savol-javob</w:t>
            </w:r>
          </w:p>
        </w:tc>
        <w:tc>
          <w:tcPr>
            <w:tcW w:type="dxa" w:w="2835"/>
          </w:tcPr>
          <w:p>
            <w:pPr>
              <w:spacing w:after="40"/>
            </w:pPr>
            <w:r/>
            <w:r>
              <w:rPr>
                <w:b w:val="0"/>
                <w:i w:val="0"/>
                <w:sz w:val="19"/>
              </w:rPr>
              <w:t>O‘quvchilar dars oxirida:</w:t>
            </w:r>
          </w:p>
          <w:p>
            <w:pPr>
              <w:spacing w:after="40"/>
            </w:pPr>
            <w:r>
              <w:rPr>
                <w:b w:val="0"/>
                <w:i w:val="0"/>
                <w:sz w:val="19"/>
              </w:rPr>
              <w:t>• o‘nta kasbni ta’rifiga moslay oladi (ex. 1);</w:t>
            </w:r>
          </w:p>
          <w:p>
            <w:pPr>
              <w:spacing w:after="40"/>
            </w:pPr>
            <w:r>
              <w:rPr>
                <w:b w:val="0"/>
                <w:i w:val="0"/>
                <w:sz w:val="19"/>
              </w:rPr>
              <w:t>• ish iboralarining beshta izohini bitta so‘z bilan to‘ldira oladi (ex. 2);</w:t>
            </w:r>
          </w:p>
          <w:p>
            <w:pPr>
              <w:spacing w:after="40"/>
            </w:pPr>
            <w:r>
              <w:rPr>
                <w:b w:val="0"/>
                <w:i w:val="0"/>
                <w:sz w:val="19"/>
              </w:rPr>
              <w:t>• -ness, -ment, -tion, -ity bilan o‘nta ot yasay oladi (ex. 3);</w:t>
            </w:r>
          </w:p>
          <w:p>
            <w:pPr>
              <w:spacing w:after="40"/>
            </w:pPr>
            <w:r>
              <w:rPr>
                <w:b w:val="0"/>
                <w:i w:val="0"/>
                <w:sz w:val="19"/>
              </w:rPr>
              <w:t>• yangi otlarni birlik yoki ko‘plikda o‘nta gapda ishlata oladi (ex. 4).</w:t>
            </w:r>
          </w:p>
        </w:tc>
        <w:tc>
          <w:tcPr>
            <w:tcW w:type="dxa" w:w="3175"/>
          </w:tcPr>
          <w:p>
            <w:pPr>
              <w:spacing w:after="40"/>
            </w:pPr>
            <w:r/>
            <w:r>
              <w:rPr>
                <w:b w:val="0"/>
                <w:i w:val="0"/>
                <w:sz w:val="18"/>
              </w:rPr>
              <w:t>Laser B1+ SB p. 35 — Vocabulary builder: Occupations ex.1 o‘nta kasbni ta’rifga moslash (accountant, journalist, electrician, plumber, sales rep, civil servant, civil engineer, labourer, architect, miner), ex.2 qalin iboralar izohini bitta so‘z bilan to‘ldirish (on strike, get the sack, overtime, promote, retire), Word formation: suffixes ex.3 (-ness, -ment, -tion, -ity), ex.4 yasalgan otlar bilan gap to‘ldirish; Solutions Pre-Intermediate p. 58 (Collocations: jobs); Workbook p. 27 ex.1–2</w:t>
            </w:r>
          </w:p>
          <w:p>
            <w:pPr>
              <w:spacing w:after="40"/>
            </w:pPr>
            <w:r>
              <w:rPr>
                <w:b/>
                <w:i w:val="0"/>
                <w:sz w:val="18"/>
              </w:rPr>
              <w:t xml:space="preserve">Jihozlar: </w:t>
            </w:r>
            <w:r>
              <w:rPr>
                <w:b w:val="0"/>
                <w:i w:val="0"/>
                <w:sz w:val="18"/>
              </w:rPr>
              <w:t>Laser B1+ SB p. 35; slides; Use of English worksheet (word formation + collocations); vocabulary sheet (35 items) and flashcards with audio (sozlar.com/vocab) — handed out only AFTER the book tasks are checked (the cards contain the book answers); Solutions Pre-Intermediate p. 58; Workbook p. 27.</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27, ex. 1–2.</w:t>
            </w:r>
          </w:p>
          <w:p>
            <w:pPr>
              <w:spacing w:after="40"/>
            </w:pPr>
            <w:r>
              <w:rPr>
                <w:b w:val="0"/>
                <w:i w:val="0"/>
                <w:sz w:val="19"/>
              </w:rPr>
              <w:t>• Learn the 35 items with the flashcards: sozlar.com/vocab/cards/?set=grade10-lesson27</w:t>
            </w:r>
          </w:p>
          <w:p>
            <w:pPr>
              <w:spacing w:after="40"/>
            </w:pPr>
            <w:r>
              <w:rPr>
                <w:b w:val="0"/>
                <w:i w:val="0"/>
                <w:sz w:val="19"/>
              </w:rPr>
              <w:t>• Write eight sentences: four about jobs from ex.1 and four with nouns from ex.3 (one with each suffix).</w:t>
            </w:r>
          </w:p>
        </w:tc>
      </w:tr>
    </w:tbl>
    <w:p>
      <w:pPr>
        <w:spacing w:after="40"/>
      </w:pPr>
      <w:r>
        <w:rPr>
          <w:b/>
          <w:sz w:val="18"/>
        </w:rPr>
        <w:t xml:space="preserve">Farqlash: </w:t>
      </w:r>
      <w:r>
        <w:rPr>
          <w:i/>
          <w:sz w:val="18"/>
        </w:rPr>
        <w:t>Fast finishers write definitions (This person …) for five more jobs from the lesson and test a partner; weaker students get the suffix table (-ness / -ment / -tion / -ity) with the first two words done.</w:t>
      </w:r>
    </w:p>
    <w:p>
      <w:r>
        <w:br w:type="page"/>
      </w:r>
    </w:p>
    <w:p>
      <w:pPr>
        <w:spacing w:before="80" w:after="60"/>
      </w:pPr>
      <w:r>
        <w:rPr>
          <w:b/>
          <w:color w:val="0B6E5F"/>
          <w:sz w:val="24"/>
        </w:rPr>
        <w:t>Daily Lesson Plan · 28-dars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21.10.2026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Listening and Speaking: Careers Advice</w:t>
            </w:r>
            <w:r>
              <w:rPr>
                <w:b w:val="0"/>
                <w:i w:val="0"/>
                <w:sz w:val="19"/>
              </w:rPr>
              <w:t xml:space="preserve"> (Tinglash va gapirish: kasb tanlash bo‘yicha maslahat, noaniqlikni bildirish)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Ko‘nikmani rivojlantirish darsi (tinglash va gapirish)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ikki kasb maslahatchisi (careers officer) bilan intervyuni tinglab raqam va fikrlarni tushunishni, talaffuz qilinmaydigan harflarni (silent letters) eshitishni hamda noaniqlikni bildiruvchi iboralarni (I’m not sure…, …but I suppose…, …might / could…) o‘rganadi.</w:t>
            </w:r>
          </w:p>
          <w:p>
            <w:pPr>
              <w:spacing w:after="40"/>
            </w:pPr>
            <w:r>
              <w:rPr>
                <w:b/>
                <w:i w:val="0"/>
                <w:sz w:val="17"/>
              </w:rPr>
              <w:t xml:space="preserve">b) Tarbiyaviy: </w:t>
            </w:r>
            <w:r>
              <w:rPr>
                <w:b w:val="0"/>
                <w:i w:val="0"/>
                <w:sz w:val="17"/>
              </w:rPr>
              <w:t>Kasb tanlashga ongli yondashish, kattalar maslahatini tinglash va kelajakni rejalashtirishga o‘rgatish.</w:t>
            </w:r>
          </w:p>
          <w:p>
            <w:pPr>
              <w:spacing w:after="40"/>
            </w:pPr>
            <w:r>
              <w:rPr>
                <w:b/>
                <w:i w:val="0"/>
                <w:sz w:val="17"/>
              </w:rPr>
              <w:t xml:space="preserve">c) Rivojlantiruvchi: </w:t>
            </w:r>
            <w:r>
              <w:rPr>
                <w:b w:val="0"/>
                <w:i w:val="0"/>
                <w:sz w:val="17"/>
              </w:rPr>
              <w:t>Tinglashda aniq ma’lumotni ajratish, fikrni ehtiyotkorlik bilan ifodalash va qisqa monologga reja tuzish ko‘nikmasini rivojlantirish.</w:t>
            </w:r>
          </w:p>
        </w:tc>
        <w:tc>
          <w:tcPr>
            <w:tcW w:type="dxa" w:w="5443"/>
          </w:tcPr>
          <w:p>
            <w:pPr>
              <w:spacing w:after="40"/>
            </w:pPr>
            <w:r/>
            <w:r>
              <w:rPr>
                <w:b/>
                <w:i w:val="0"/>
                <w:sz w:val="17"/>
              </w:rPr>
              <w:t xml:space="preserve">1. Lead-in (Kirish) — 3 daqiqa. </w:t>
            </w:r>
            <w:r>
              <w:rPr>
                <w:b w:val="0"/>
                <w:i w:val="0"/>
                <w:sz w:val="17"/>
              </w:rPr>
              <w:t>Ask: Have you ever talked to someone about your future job? Who gives the best advice — parents, teachers, friends?</w:t>
            </w:r>
          </w:p>
          <w:p>
            <w:pPr>
              <w:spacing w:after="40"/>
            </w:pPr>
            <w:r>
              <w:rPr>
                <w:b/>
                <w:i w:val="0"/>
                <w:sz w:val="17"/>
              </w:rPr>
              <w:t xml:space="preserve">2. Vocabulary A (Yangi so‘zlar A) — 4 daqiqa. </w:t>
            </w:r>
            <w:r>
              <w:rPr>
                <w:b w:val="0"/>
                <w:i w:val="0"/>
                <w:sz w:val="17"/>
              </w:rPr>
              <w:t>Present section A with audio (the cards do not contain the answers); check approximately, the air force, legal advice.</w:t>
            </w:r>
          </w:p>
          <w:p>
            <w:pPr>
              <w:spacing w:after="40"/>
            </w:pPr>
            <w:r>
              <w:rPr>
                <w:b/>
                <w:i w:val="0"/>
                <w:sz w:val="17"/>
              </w:rPr>
              <w:t xml:space="preserve">3. Listening ex.1 (numbers) (Tinglash ex.1 (raqamlar)) — 5 daqiqa. </w:t>
            </w:r>
            <w:r>
              <w:rPr>
                <w:b w:val="0"/>
                <w:i w:val="0"/>
                <w:sz w:val="17"/>
              </w:rPr>
              <w:t>Show the ‘complete the sentences’ slide, items 1–4 (= book ex.1). Play the first part (Craig and Susan’s introduction) from the Listening panel on the lesson page, or read it aloud. The script stays closed.</w:t>
            </w:r>
          </w:p>
          <w:p>
            <w:pPr>
              <w:spacing w:after="40"/>
            </w:pPr>
            <w:r>
              <w:rPr>
                <w:b/>
                <w:i w:val="0"/>
                <w:sz w:val="17"/>
              </w:rPr>
              <w:t xml:space="preserve">4. Listening ex.2 (A, B or C) (Tinglash ex.2 (A, B yoki C)) — 8 daqiqa. </w:t>
            </w:r>
            <w:r>
              <w:rPr>
                <w:b w:val="0"/>
                <w:i w:val="0"/>
                <w:sz w:val="17"/>
              </w:rPr>
              <w:t>Play the whole interview twice for the five multiple-choice questions; check with the answer key and ask which words in the script prove each answer. Open the script only now.</w:t>
            </w:r>
          </w:p>
          <w:p>
            <w:pPr>
              <w:spacing w:after="40"/>
            </w:pPr>
            <w:r>
              <w:rPr>
                <w:b/>
                <w:i w:val="0"/>
                <w:sz w:val="17"/>
              </w:rPr>
              <w:t xml:space="preserve">5. Soundbite: silent letters (Soundbite: talaffuz qilinmaydigan harflar) — 4 daqiqa. </w:t>
            </w:r>
            <w:r>
              <w:rPr>
                <w:b w:val="0"/>
                <w:i w:val="0"/>
                <w:sz w:val="17"/>
              </w:rPr>
              <w:t>Books p.36 Soundbite: students underline the silent letters first (1 min), then check with section B and the pronunciation slide; drill.</w:t>
            </w:r>
          </w:p>
          <w:p>
            <w:pPr>
              <w:spacing w:after="40"/>
            </w:pPr>
            <w:r>
              <w:rPr>
                <w:b/>
                <w:i w:val="0"/>
                <w:sz w:val="17"/>
              </w:rPr>
              <w:t xml:space="preserve">6. Focus + uncertainty phrases (book ex.1) (Fokus va noaniqlik iboralari (kitob ex.1)) — 5 daqiqa. </w:t>
            </w:r>
            <w:r>
              <w:rPr>
                <w:b w:val="0"/>
                <w:i w:val="0"/>
                <w:sz w:val="17"/>
              </w:rPr>
              <w:t>Speaking ex.1 slide (first letters), then the focus slide and the uncertainty phrases (I’m not sure …, but I suppose …, It might …).</w:t>
            </w:r>
          </w:p>
          <w:p>
            <w:pPr>
              <w:spacing w:after="40"/>
            </w:pPr>
            <w:r>
              <w:rPr>
                <w:b/>
                <w:i w:val="0"/>
                <w:sz w:val="17"/>
              </w:rPr>
              <w:t xml:space="preserve">7. Speaking ex.2 (Gapirish ex.2) — 9 daqiqa. </w:t>
            </w:r>
            <w:r>
              <w:rPr>
                <w:b w:val="0"/>
                <w:i w:val="0"/>
                <w:sz w:val="17"/>
              </w:rPr>
              <w:t>Pairs choose four or more questions (section C helps); walk round and note good phrases and mistakes.</w:t>
            </w:r>
          </w:p>
          <w:p>
            <w:pPr>
              <w:spacing w:after="40"/>
            </w:pPr>
            <w:r>
              <w:rPr>
                <w:b/>
                <w:i w:val="0"/>
                <w:sz w:val="17"/>
              </w:rPr>
              <w:t xml:space="preserve">8. Homework prep — the 2-minute talk (Uyga vazifaga tayyorgarlik — 2 daqiqalik nutq) — 5 daqiqa. </w:t>
            </w:r>
            <w:r>
              <w:rPr>
                <w:b w:val="0"/>
                <w:i w:val="0"/>
                <w:sz w:val="17"/>
              </w:rPr>
              <w:t>Homework slide: students choose a job and make notes for points 1–6; two volunteers try a 30-second version.</w:t>
            </w:r>
          </w:p>
          <w:p>
            <w:pPr>
              <w:spacing w:after="40"/>
            </w:pPr>
            <w:r>
              <w:rPr>
                <w:b/>
                <w:i w:val="0"/>
                <w:sz w:val="17"/>
              </w:rPr>
              <w:t xml:space="preserve">9. Wrap-up and homework (Yakun va uyga vazifa) — 2 daqiqa. </w:t>
            </w:r>
            <w:r>
              <w:rPr>
                <w:b w:val="0"/>
                <w:i w:val="0"/>
                <w:sz w:val="17"/>
              </w:rPr>
              <w:t>Memory check slide; set homework.</w:t>
            </w:r>
          </w:p>
          <w:p>
            <w:pPr>
              <w:spacing w:after="40"/>
            </w:pPr>
            <w:r>
              <w:rPr>
                <w:b/>
                <w:i w:val="0"/>
                <w:sz w:val="17"/>
              </w:rPr>
              <w:t xml:space="preserve">Metodlar: </w:t>
            </w:r>
            <w:r>
              <w:rPr>
                <w:b w:val="0"/>
                <w:i/>
                <w:sz w:val="17"/>
              </w:rPr>
              <w:t>ikki bosqichli tinglash, skript bilan javobni isbotlash, talaffuz drili (silent letters), juftlikda savol-javob, nutqqa reja tuzish (2 daqiqalik nutq)</w:t>
            </w:r>
          </w:p>
        </w:tc>
        <w:tc>
          <w:tcPr>
            <w:tcW w:type="dxa" w:w="2835"/>
          </w:tcPr>
          <w:p>
            <w:pPr>
              <w:spacing w:after="40"/>
            </w:pPr>
            <w:r/>
            <w:r>
              <w:rPr>
                <w:b w:val="0"/>
                <w:i w:val="0"/>
                <w:sz w:val="17"/>
              </w:rPr>
              <w:t>O‘quvchilar dars oxirida:</w:t>
            </w:r>
          </w:p>
          <w:p>
            <w:pPr>
              <w:spacing w:after="40"/>
            </w:pPr>
            <w:r>
              <w:rPr>
                <w:b w:val="0"/>
                <w:i w:val="0"/>
                <w:sz w:val="17"/>
              </w:rPr>
              <w:t>• to‘rtta gapni raqamlar bilan to‘ldira oladi (Listening ex. 1);</w:t>
            </w:r>
          </w:p>
          <w:p>
            <w:pPr>
              <w:spacing w:after="40"/>
            </w:pPr>
            <w:r>
              <w:rPr>
                <w:b w:val="0"/>
                <w:i w:val="0"/>
                <w:sz w:val="17"/>
              </w:rPr>
              <w:t>• intervyu bo‘yicha beshta A/B/C savolga javob bera oladi (Listening ex. 2);</w:t>
            </w:r>
          </w:p>
          <w:p>
            <w:pPr>
              <w:spacing w:after="40"/>
            </w:pPr>
            <w:r>
              <w:rPr>
                <w:b w:val="0"/>
                <w:i w:val="0"/>
                <w:sz w:val="17"/>
              </w:rPr>
              <w:t>• sakkizta so‘zdagi talaffuz qilinmaydigan harflarning tagiga chiza oladi (Soundbite);</w:t>
            </w:r>
          </w:p>
          <w:p>
            <w:pPr>
              <w:spacing w:after="40"/>
            </w:pPr>
            <w:r>
              <w:rPr>
                <w:b w:val="0"/>
                <w:i w:val="0"/>
                <w:sz w:val="17"/>
              </w:rPr>
              <w:t>• oltita noaniqlik iborasini to‘ldirib, ish dunyosi haqidagi to‘rtta savolni muhokama qila oladi (Speaking ex. 1–2).</w:t>
            </w:r>
          </w:p>
        </w:tc>
        <w:tc>
          <w:tcPr>
            <w:tcW w:type="dxa" w:w="3175"/>
          </w:tcPr>
          <w:p>
            <w:pPr>
              <w:spacing w:after="40"/>
            </w:pPr>
            <w:r/>
            <w:r>
              <w:rPr>
                <w:b w:val="0"/>
                <w:i w:val="0"/>
                <w:sz w:val="17"/>
              </w:rPr>
              <w:t>Laser B1+ SB p. 36 — Listening ex.1 (1.12: ikki careers officer bilan intervyudan parcha, gaplarni raqam bilan to‘ldirish), ex.2 (1.13: butun intervyu, 5 savol A/B/C), Soundbite: silent letters (1) (1.14), Speaking ex.1 (noaniqlikni bildirish: I’m not sure/certain…, …but I suppose/imagine…, …might/could…), ex.2 (juftlikda ish dunyosi haqida 4+ savol); Speaking database p. 165 (Giving/Asking for opinion); Solutions Intermediate p. 15 (Presenting your ideas), Pre-Intermediate p. 57 (university or a job). Kitob audiosi (1.12–1.14) yo‘q — tinglash matni o‘zimizniki, TTS bilan o‘qiladi. Uy vazifasi: ishlamoqchi bo‘lgan kasbingiz haqida 2 daqiqalik nutq</w:t>
            </w:r>
          </w:p>
          <w:p>
            <w:pPr>
              <w:spacing w:after="40"/>
            </w:pPr>
            <w:r>
              <w:rPr>
                <w:b/>
                <w:i w:val="0"/>
                <w:sz w:val="17"/>
              </w:rPr>
              <w:t xml:space="preserve">Jihozlar: </w:t>
            </w:r>
            <w:r>
              <w:rPr>
                <w:b w:val="0"/>
                <w:i w:val="0"/>
                <w:sz w:val="17"/>
              </w:rPr>
              <w:t>Vocabulary sheet (30 items), slides, flashcards with audio (sozlar.com/vocab); listening script with audio on the lesson page (the book CD 1.12–1.14 is not available); Laser B1+ SB p. 36, Speaking database p. 165.</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Prepare a 2-minute talk about the job you would like to do — use the plan on the homework slide.</w:t>
            </w:r>
          </w:p>
          <w:p>
            <w:pPr>
              <w:spacing w:after="40"/>
            </w:pPr>
            <w:r>
              <w:rPr>
                <w:b w:val="0"/>
                <w:i w:val="0"/>
                <w:sz w:val="19"/>
              </w:rPr>
              <w:t>• Learn the 30 items with the flashcards: sozlar.com/vocab/cards/?set=grade10-lesson28</w:t>
            </w:r>
          </w:p>
          <w:p>
            <w:pPr>
              <w:spacing w:after="40"/>
            </w:pPr>
            <w:r>
              <w:rPr>
                <w:b w:val="0"/>
                <w:i w:val="0"/>
                <w:sz w:val="19"/>
              </w:rPr>
              <w:t>• Listen to the interview again on the lesson page and write down three pieces of advice from Craig and Susan.</w:t>
            </w:r>
          </w:p>
        </w:tc>
      </w:tr>
    </w:tbl>
    <w:p>
      <w:pPr>
        <w:spacing w:after="40"/>
      </w:pPr>
      <w:r>
        <w:rPr>
          <w:b/>
          <w:sz w:val="18"/>
        </w:rPr>
        <w:t xml:space="preserve">Farqlash: </w:t>
      </w:r>
      <w:r>
        <w:rPr>
          <w:i/>
          <w:sz w:val="18"/>
        </w:rPr>
        <w:t>Fast finishers write the opening of their 2-minute talk (five sentences, two phrases of uncertainty); weaker students get the six uncertainty phrases on a card and answer only two Speaking ex.2 questions.</w:t>
      </w:r>
    </w:p>
    <w:p>
      <w:r>
        <w:br w:type="page"/>
      </w:r>
    </w:p>
    <w:p>
      <w:pPr>
        <w:spacing w:before="80" w:after="60"/>
      </w:pPr>
      <w:r>
        <w:rPr>
          <w:b/>
          <w:color w:val="0B6E5F"/>
          <w:sz w:val="24"/>
        </w:rPr>
        <w:t>Daily Lesson Plan · 29-dars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22.10.2026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Use of English: Comparatives and Superlatives</w:t>
            </w:r>
            <w:r>
              <w:rPr>
                <w:b w:val="0"/>
                <w:i w:val="0"/>
                <w:sz w:val="19"/>
              </w:rPr>
              <w:t xml:space="preserve"> (Sifatlarning qiyosiy va orttirma darajasi; so‘z yasash)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va mustahkamlash darsi (grammatika)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7"/>
              </w:rPr>
              <w:t xml:space="preserve">a) Ta’limiy: </w:t>
            </w:r>
            <w:r>
              <w:rPr>
                <w:b w:val="0"/>
                <w:i w:val="0"/>
                <w:sz w:val="17"/>
              </w:rPr>
              <w:t>O‘quvchilar sifat va ravishlarning qiyosiy va orttirma darajasini (noto‘g‘ri shakllar, as … as, less, much + comparative) yasash va ishlatishni, gapni berilgan so‘z bilan qayta yozishni hamda matnda o‘zakdan so‘z yasashni o‘rganadi.</w:t>
            </w:r>
          </w:p>
          <w:p>
            <w:pPr>
              <w:spacing w:after="40"/>
            </w:pPr>
            <w:r>
              <w:rPr>
                <w:b/>
                <w:i w:val="0"/>
                <w:sz w:val="17"/>
              </w:rPr>
              <w:t xml:space="preserve">b) Tarbiyaviy: </w:t>
            </w:r>
            <w:r>
              <w:rPr>
                <w:b w:val="0"/>
                <w:i w:val="0"/>
                <w:sz w:val="17"/>
              </w:rPr>
              <w:t>Kasblarni taqqoslashda har bir kasbning foydasini ko‘ra bilish, odamlarni emas, faktlarni xolis solishtirishga o‘rgatish.</w:t>
            </w:r>
          </w:p>
          <w:p>
            <w:pPr>
              <w:spacing w:after="40"/>
            </w:pPr>
            <w:r>
              <w:rPr>
                <w:b/>
                <w:i w:val="0"/>
                <w:sz w:val="17"/>
              </w:rPr>
              <w:t xml:space="preserve">c) Rivojlantiruvchi: </w:t>
            </w:r>
            <w:r>
              <w:rPr>
                <w:b w:val="0"/>
                <w:i w:val="0"/>
                <w:sz w:val="17"/>
              </w:rPr>
              <w:t>Imlo va shakl qoidalarini qo‘llash, ma’noni saqlagan holda gapni qayta tuzish va matn mazmuniga qarab so‘z turini aniqlash ko‘nikmasini rivojlantirish.</w:t>
            </w:r>
          </w:p>
        </w:tc>
        <w:tc>
          <w:tcPr>
            <w:tcW w:type="dxa" w:w="5443"/>
          </w:tcPr>
          <w:p>
            <w:pPr>
              <w:spacing w:after="40"/>
            </w:pPr>
            <w:r/>
            <w:r>
              <w:rPr>
                <w:b/>
                <w:i w:val="0"/>
                <w:sz w:val="17"/>
              </w:rPr>
              <w:t xml:space="preserve">1. Lead-in (Kirish) — 3 daqiqa. </w:t>
            </w:r>
            <w:r>
              <w:rPr>
                <w:b w:val="0"/>
                <w:i w:val="0"/>
                <w:sz w:val="17"/>
              </w:rPr>
              <w:t>Board: easy / busy / demanding / good — students make the comparative and superlative. Vocabulary sheet and flashcards stay closed.</w:t>
            </w:r>
          </w:p>
          <w:p>
            <w:pPr>
              <w:spacing w:after="40"/>
            </w:pPr>
            <w:r>
              <w:rPr>
                <w:b/>
                <w:i w:val="0"/>
                <w:sz w:val="17"/>
              </w:rPr>
              <w:t xml:space="preserve">2. Form table (Shakl jadvali) — 3 daqiqa. </w:t>
            </w:r>
            <w:r>
              <w:rPr>
                <w:b w:val="0"/>
                <w:i w:val="0"/>
                <w:sz w:val="17"/>
              </w:rPr>
              <w:t>Form table slide only. Do not show the focus or vocabulary slides yet.</w:t>
            </w:r>
          </w:p>
          <w:p>
            <w:pPr>
              <w:spacing w:after="40"/>
            </w:pPr>
            <w:r>
              <w:rPr>
                <w:b/>
                <w:i w:val="0"/>
                <w:sz w:val="17"/>
              </w:rPr>
              <w:t xml:space="preserve">3. Book p.37 ex.1–2 (test) (Kitob p.37 ex.1–2 (test)) — 8 daqiqa. </w:t>
            </w:r>
            <w:r>
              <w:rPr>
                <w:b w:val="0"/>
                <w:i w:val="0"/>
                <w:sz w:val="17"/>
              </w:rPr>
              <w:t>Book tasks slide. ex.1 alone, ex.2 alone — remind them: do not change the word, no more than five words.</w:t>
            </w:r>
          </w:p>
          <w:p>
            <w:pPr>
              <w:spacing w:after="40"/>
            </w:pPr>
            <w:r>
              <w:rPr>
                <w:b/>
                <w:i w:val="0"/>
                <w:sz w:val="17"/>
              </w:rPr>
              <w:t xml:space="preserve">4. Book p.37 ex.3 — An unusual job (Kitob p.37 ex.3 — An unusual job) — 8 daqiqa. </w:t>
            </w:r>
            <w:r>
              <w:rPr>
                <w:b w:val="0"/>
                <w:i w:val="0"/>
                <w:sz w:val="17"/>
              </w:rPr>
              <w:t>Students read the text first for gist (What is Emma’s job?), then form the ten words. Remind them about plurals and comparatives.</w:t>
            </w:r>
          </w:p>
          <w:p>
            <w:pPr>
              <w:spacing w:after="40"/>
            </w:pPr>
            <w:r>
              <w:rPr>
                <w:b/>
                <w:i w:val="0"/>
                <w:sz w:val="17"/>
              </w:rPr>
              <w:t xml:space="preserve">5. Check and teach (Tekshirish va tushuntirish) — 7 daqiqa. </w:t>
            </w:r>
            <w:r>
              <w:rPr>
                <w:b w:val="0"/>
                <w:i w:val="0"/>
                <w:sz w:val="17"/>
              </w:rPr>
              <w:t>Answer key slide: students explain each answer (spelling rule, irregular form, noun / plural). Then the focus slide and card sections A–C as consolidation; hand out the vocabulary sheet now.</w:t>
            </w:r>
          </w:p>
          <w:p>
            <w:pPr>
              <w:spacing w:after="40"/>
            </w:pPr>
            <w:r>
              <w:rPr>
                <w:b/>
                <w:i w:val="0"/>
                <w:sz w:val="17"/>
              </w:rPr>
              <w:t xml:space="preserve">6. Matching halves (Yarim gaplarni moslash) — 5 daqiqa. </w:t>
            </w:r>
            <w:r>
              <w:rPr>
                <w:b w:val="0"/>
                <w:i w:val="0"/>
                <w:sz w:val="17"/>
              </w:rPr>
              <w:t>Practice slide orally (1 min), then the match-halves worksheet (groups A and B).</w:t>
            </w:r>
          </w:p>
          <w:p>
            <w:pPr>
              <w:spacing w:after="40"/>
            </w:pPr>
            <w:r>
              <w:rPr>
                <w:b/>
                <w:i w:val="0"/>
                <w:sz w:val="17"/>
              </w:rPr>
              <w:t xml:space="preserve">7. Speaking — compare jobs (Gapirish — kasblarni taqqoslash) — 5 daqiqa. </w:t>
            </w:r>
            <w:r>
              <w:rPr>
                <w:b w:val="0"/>
                <w:i w:val="0"/>
                <w:sz w:val="17"/>
              </w:rPr>
              <w:t>Pairs compare two jobs from Unit 4 and choose the most useful / the hardest / the best-paid job.</w:t>
            </w:r>
          </w:p>
          <w:p>
            <w:pPr>
              <w:spacing w:after="40"/>
            </w:pPr>
            <w:r>
              <w:rPr>
                <w:b/>
                <w:i w:val="0"/>
                <w:sz w:val="17"/>
              </w:rPr>
              <w:t xml:space="preserve">8. Reading — Two summer jobs (O‘qish — Two summer jobs) — 4 daqiqa. </w:t>
            </w:r>
            <w:r>
              <w:rPr>
                <w:b w:val="0"/>
                <w:i w:val="0"/>
                <w:sz w:val="17"/>
              </w:rPr>
              <w:t>Students read (or listen to) the short text on the lesson page and answer the five questions.</w:t>
            </w:r>
          </w:p>
          <w:p>
            <w:pPr>
              <w:spacing w:after="40"/>
            </w:pPr>
            <w:r>
              <w:rPr>
                <w:b/>
                <w:i w:val="0"/>
                <w:sz w:val="17"/>
              </w:rPr>
              <w:t xml:space="preserve">9. Wrap-up and homework (Yakun va uyga vazifa) — 2 daqiqa. </w:t>
            </w:r>
            <w:r>
              <w:rPr>
                <w:b w:val="0"/>
                <w:i w:val="0"/>
                <w:sz w:val="17"/>
              </w:rPr>
              <w:t>Memory check slide; correct ‘more easier’; set homework.</w:t>
            </w:r>
          </w:p>
          <w:p>
            <w:pPr>
              <w:spacing w:after="40"/>
            </w:pPr>
            <w:r>
              <w:rPr>
                <w:b/>
                <w:i w:val="0"/>
                <w:sz w:val="17"/>
              </w:rPr>
              <w:t xml:space="preserve">Metodlar: </w:t>
            </w:r>
            <w:r>
              <w:rPr>
                <w:b w:val="0"/>
                <w:i/>
                <w:sz w:val="17"/>
              </w:rPr>
              <w:t>«avval test, keyin tushuntirish», jadval bilan ishlash, «Nega?» — javobni asoslash, juftlikda taqqoslash va tanlash, yarim gaplarni moslash (A va B guruh)</w:t>
            </w:r>
          </w:p>
        </w:tc>
        <w:tc>
          <w:tcPr>
            <w:tcW w:type="dxa" w:w="2835"/>
          </w:tcPr>
          <w:p>
            <w:pPr>
              <w:spacing w:after="40"/>
            </w:pPr>
            <w:r/>
            <w:r>
              <w:rPr>
                <w:b w:val="0"/>
                <w:i w:val="0"/>
                <w:sz w:val="17"/>
              </w:rPr>
              <w:t>O‘quvchilar dars oxirida:</w:t>
            </w:r>
          </w:p>
          <w:p>
            <w:pPr>
              <w:spacing w:after="40"/>
            </w:pPr>
            <w:r>
              <w:rPr>
                <w:b w:val="0"/>
                <w:i w:val="0"/>
                <w:sz w:val="17"/>
              </w:rPr>
              <w:t>• to‘rtta gapni qiyosiy yoki orttirma daraja bilan to‘ldira oladi (ex. 1);</w:t>
            </w:r>
          </w:p>
          <w:p>
            <w:pPr>
              <w:spacing w:after="40"/>
            </w:pPr>
            <w:r>
              <w:rPr>
                <w:b w:val="0"/>
                <w:i w:val="0"/>
                <w:sz w:val="17"/>
              </w:rPr>
              <w:t>• to‘rtta key word transformation topshirig‘ini beshtagacha so‘z bilan bajara oladi (ex. 2);</w:t>
            </w:r>
          </w:p>
          <w:p>
            <w:pPr>
              <w:spacing w:after="40"/>
            </w:pPr>
            <w:r>
              <w:rPr>
                <w:b w:val="0"/>
                <w:i w:val="0"/>
                <w:sz w:val="17"/>
              </w:rPr>
              <w:t>• «An unusual job» matnida bosh harflardagi so‘zlardan o‘nta so‘z yasay oladi (ex. 3);</w:t>
            </w:r>
          </w:p>
          <w:p>
            <w:pPr>
              <w:spacing w:after="40"/>
            </w:pPr>
            <w:r>
              <w:rPr>
                <w:b w:val="0"/>
                <w:i w:val="0"/>
                <w:sz w:val="17"/>
              </w:rPr>
              <w:t>• kasblarni as … as, much + comparative va the + superlative bilan taqqoslay oladi.</w:t>
            </w:r>
          </w:p>
        </w:tc>
        <w:tc>
          <w:tcPr>
            <w:tcW w:type="dxa" w:w="3175"/>
          </w:tcPr>
          <w:p>
            <w:pPr>
              <w:spacing w:after="40"/>
            </w:pPr>
            <w:r/>
            <w:r>
              <w:rPr>
                <w:b w:val="0"/>
                <w:i w:val="0"/>
                <w:sz w:val="17"/>
              </w:rPr>
              <w:t>Laser B1+ SB p. 37 — Use of English: Comparatives and superlatives ex.1 sifatning qiyosiy yoki orttirma darajasi (4 gap), ex.2 key word transformation (berilgan so‘z o‘zgarmaydi, 5 so‘zgacha), ex.3 «An unusual job» — word formation (10 gap, javob BOSH HARFLARDA); Grammar database pp. 175–176; Solutions Pre-Intermediate p. 42 (Comparison, Learn this!) va p. 44 (Superlative adjectives, Learn this!); Workbook p. 28 ex.1–3</w:t>
            </w:r>
          </w:p>
          <w:p>
            <w:pPr>
              <w:spacing w:after="40"/>
            </w:pPr>
            <w:r>
              <w:rPr>
                <w:b/>
                <w:i w:val="0"/>
                <w:sz w:val="17"/>
              </w:rPr>
              <w:t xml:space="preserve">Jihozlar: </w:t>
            </w:r>
            <w:r>
              <w:rPr>
                <w:b w:val="0"/>
                <w:i w:val="0"/>
                <w:sz w:val="17"/>
              </w:rPr>
              <w:t>Laser B1+ SB p. 37, Grammar database pp. 175–176; slides; vocabulary sheet (30 items) and flashcards with audio (sozlar.com/vocab) — handed out only AFTER the book tasks are checked (the cards contain the book answers); Workbook p. 28.</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Laser B1+ Workbook p. 28, ex. 1–3.</w:t>
            </w:r>
          </w:p>
          <w:p>
            <w:pPr>
              <w:spacing w:after="40"/>
            </w:pPr>
            <w:r>
              <w:rPr>
                <w:b w:val="0"/>
                <w:i w:val="0"/>
                <w:sz w:val="19"/>
              </w:rPr>
              <w:t>• Learn the 30 items with the flashcards: sozlar.com/vocab/cards/?set=grade10-lesson29</w:t>
            </w:r>
          </w:p>
          <w:p>
            <w:pPr>
              <w:spacing w:after="40"/>
            </w:pPr>
            <w:r>
              <w:rPr>
                <w:b w:val="0"/>
                <w:i w:val="0"/>
                <w:sz w:val="19"/>
              </w:rPr>
              <w:t>• Write six sentences comparing two jobs with words from the cards: two with comparatives, two with superlatives, one with as … as and one with less … than.</w:t>
            </w:r>
          </w:p>
        </w:tc>
      </w:tr>
    </w:tbl>
    <w:p>
      <w:pPr>
        <w:spacing w:after="40"/>
      </w:pPr>
      <w:r>
        <w:rPr>
          <w:b/>
          <w:sz w:val="18"/>
        </w:rPr>
        <w:t xml:space="preserve">Farqlash: </w:t>
      </w:r>
      <w:r>
        <w:rPr>
          <w:i/>
          <w:sz w:val="18"/>
        </w:rPr>
        <w:t>Fast finishers write a short paragraph comparing three jobs with words from the cards (demanding, flexible, safe …) and with much, as … as, the most and less; weaker students do ex.1 and ex.2 with the form table on the board and get the first word of each ex.2 answer.</w:t>
      </w:r>
    </w:p>
    <w:p>
      <w:r>
        <w:br w:type="page"/>
      </w:r>
    </w:p>
    <w:p>
      <w:pPr>
        <w:spacing w:before="80" w:after="60"/>
      </w:pPr>
      <w:r>
        <w:rPr>
          <w:b/>
          <w:color w:val="0B6E5F"/>
          <w:sz w:val="24"/>
        </w:rPr>
        <w:t>Daily Lesson Plan · 30-dars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26.10.2026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Revision: Units 3–4</w:t>
            </w:r>
            <w:r>
              <w:rPr>
                <w:b w:val="0"/>
                <w:i w:val="0"/>
                <w:sz w:val="19"/>
              </w:rPr>
              <w:t xml:space="preserve"> (Takrorlash: 3–4-bo‘limlar)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Takrorlash va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3–4-bo‘limlar bo‘yicha lug‘at (ish va kasblar, bo‘sh vaqt mashg‘ulotlari, time bilan iboralar) va grammatikani (present perfect va past perfect, go / do / play, artikllar, so‘z yasash) takrorlash hamda kitobdagi 60 ballik nazorat mashqlari orqali bilimni tekshirish.</w:t>
            </w:r>
          </w:p>
          <w:p>
            <w:pPr>
              <w:spacing w:after="40"/>
            </w:pPr>
            <w:r>
              <w:rPr>
                <w:b/>
                <w:i w:val="0"/>
                <w:sz w:val="19"/>
              </w:rPr>
              <w:t xml:space="preserve">b) Tarbiyaviy: </w:t>
            </w:r>
            <w:r>
              <w:rPr>
                <w:b w:val="0"/>
                <w:i w:val="0"/>
                <w:sz w:val="19"/>
              </w:rPr>
              <w:t>O‘z ishini halol baholash, xatosini tan olib tuzatish va nazoratga mas’uliyat bilan tayyorlanish odatini tarbiyalash.</w:t>
            </w:r>
          </w:p>
          <w:p>
            <w:pPr>
              <w:spacing w:after="40"/>
            </w:pPr>
            <w:r>
              <w:rPr>
                <w:b/>
                <w:i w:val="0"/>
                <w:sz w:val="19"/>
              </w:rPr>
              <w:t xml:space="preserve">c) Rivojlantiruvchi: </w:t>
            </w:r>
            <w:r>
              <w:rPr>
                <w:b w:val="0"/>
                <w:i w:val="0"/>
                <w:sz w:val="19"/>
              </w:rPr>
              <w:t>O‘z-o‘zini baholash, qoidani misolga tatbiq etish va takrorlanishi kerak bo‘lgan mavzularni mustaqil aniqlash ko‘nikmasini rivojlantirish.</w:t>
            </w:r>
          </w:p>
        </w:tc>
        <w:tc>
          <w:tcPr>
            <w:tcW w:type="dxa" w:w="5443"/>
          </w:tcPr>
          <w:p>
            <w:pPr>
              <w:spacing w:after="40"/>
            </w:pPr>
            <w:r/>
            <w:r>
              <w:rPr>
                <w:b/>
                <w:i w:val="0"/>
                <w:sz w:val="18"/>
              </w:rPr>
              <w:t xml:space="preserve">1. Lead-in (Kirish) — 3 daqiqa. </w:t>
            </w:r>
            <w:r>
              <w:rPr>
                <w:b w:val="0"/>
                <w:i w:val="0"/>
                <w:sz w:val="18"/>
              </w:rPr>
              <w:t>Ask: What do you remember from Units 3–4? Two columns on the board — free time / work. Vocabulary sheet stays closed.</w:t>
            </w:r>
          </w:p>
          <w:p>
            <w:pPr>
              <w:spacing w:after="40"/>
            </w:pPr>
            <w:r>
              <w:rPr>
                <w:b/>
                <w:i w:val="0"/>
                <w:sz w:val="18"/>
              </w:rPr>
              <w:t xml:space="preserve">2. Book test pp. 40–41 (Kitob testi (40–41-betlar)) — 18 daqiqa. </w:t>
            </w:r>
            <w:r>
              <w:rPr>
                <w:b w:val="0"/>
                <w:i w:val="0"/>
                <w:sz w:val="18"/>
              </w:rPr>
              <w:t>Book test slide: students do ex.1–7 alone (60 marks); remind them that ex.7 gives 2 marks per gap.</w:t>
            </w:r>
          </w:p>
          <w:p>
            <w:pPr>
              <w:spacing w:after="40"/>
            </w:pPr>
            <w:r>
              <w:rPr>
                <w:b/>
                <w:i w:val="0"/>
                <w:sz w:val="18"/>
              </w:rPr>
              <w:t xml:space="preserve">3. Check and score (Tekshirish va ballni hisoblash) — 7 daqiqa. </w:t>
            </w:r>
            <w:r>
              <w:rPr>
                <w:b w:val="0"/>
                <w:i w:val="0"/>
                <w:sz w:val="18"/>
              </w:rPr>
              <w:t>Two answer key slides; students mark their own work and count the score out of 60 (Score box p.41).</w:t>
            </w:r>
          </w:p>
          <w:p>
            <w:pPr>
              <w:spacing w:after="40"/>
            </w:pPr>
            <w:r>
              <w:rPr>
                <w:b/>
                <w:i w:val="0"/>
                <w:sz w:val="18"/>
              </w:rPr>
              <w:t xml:space="preserve">4. Teach: vocabulary A–D + focus (Tushuntirish: A–D so‘zlari va fokus) — 7 daqiqa. </w:t>
            </w:r>
            <w:r>
              <w:rPr>
                <w:b w:val="0"/>
                <w:i w:val="0"/>
                <w:sz w:val="18"/>
              </w:rPr>
              <w:t>Present the four card sections with audio — stop longer at the items most students got wrong; then the focus slide (five traps). Hand out the vocabulary sheet now.</w:t>
            </w:r>
          </w:p>
          <w:p>
            <w:pPr>
              <w:spacing w:after="40"/>
            </w:pPr>
            <w:r>
              <w:rPr>
                <w:b/>
                <w:i w:val="0"/>
                <w:sz w:val="18"/>
              </w:rPr>
              <w:t xml:space="preserve">5. Practice gap-fill (Bo‘sh joyni to‘ldirish) — 3 daqiqa. </w:t>
            </w:r>
            <w:r>
              <w:rPr>
                <w:b w:val="0"/>
                <w:i w:val="0"/>
                <w:sz w:val="18"/>
              </w:rPr>
              <w:t>Gap-fill slide (10 new sentences).</w:t>
            </w:r>
          </w:p>
          <w:p>
            <w:pPr>
              <w:spacing w:after="40"/>
            </w:pPr>
            <w:r>
              <w:rPr>
                <w:b/>
                <w:i w:val="0"/>
                <w:sz w:val="18"/>
              </w:rPr>
              <w:t xml:space="preserve">6. Matching halves (Yarim gaplarni moslash) — 4 daqiqa. </w:t>
            </w:r>
            <w:r>
              <w:rPr>
                <w:b w:val="0"/>
                <w:i w:val="0"/>
                <w:sz w:val="18"/>
              </w:rPr>
              <w:t>Hand out the match-halves worksheet (groups A and B).</w:t>
            </w:r>
          </w:p>
          <w:p>
            <w:pPr>
              <w:spacing w:after="40"/>
            </w:pPr>
            <w:r>
              <w:rPr>
                <w:b/>
                <w:i w:val="0"/>
                <w:sz w:val="18"/>
              </w:rPr>
              <w:t xml:space="preserve">7. Wrap-up and homework (Yakun va uyga vazifa) — 3 daqiqa. </w:t>
            </w:r>
            <w:r>
              <w:rPr>
                <w:b w:val="0"/>
                <w:i w:val="0"/>
                <w:sz w:val="18"/>
              </w:rPr>
              <w:t>Memory check slide (go / do / play); students write the two points they must revise before BSB 2; set homework.</w:t>
            </w:r>
          </w:p>
          <w:p>
            <w:pPr>
              <w:spacing w:after="40"/>
            </w:pPr>
            <w:r>
              <w:rPr>
                <w:b/>
                <w:i w:val="0"/>
                <w:sz w:val="18"/>
              </w:rPr>
              <w:t xml:space="preserve">Metodlar: </w:t>
            </w:r>
            <w:r>
              <w:rPr>
                <w:b w:val="0"/>
                <w:i/>
                <w:sz w:val="18"/>
              </w:rPr>
              <w:t>test–teach–test, o‘z-o‘zini baholash (kalit bo‘yicha), juftlikda ishlash, yarim gaplarni moslash</w:t>
            </w:r>
          </w:p>
        </w:tc>
        <w:tc>
          <w:tcPr>
            <w:tcW w:type="dxa" w:w="2835"/>
          </w:tcPr>
          <w:p>
            <w:pPr>
              <w:spacing w:after="40"/>
            </w:pPr>
            <w:r/>
            <w:r>
              <w:rPr>
                <w:b w:val="0"/>
                <w:i w:val="0"/>
                <w:sz w:val="19"/>
              </w:rPr>
              <w:t>O‘quvchilar dars oxirida:</w:t>
            </w:r>
          </w:p>
          <w:p>
            <w:pPr>
              <w:spacing w:after="40"/>
            </w:pPr>
            <w:r>
              <w:rPr>
                <w:b w:val="0"/>
                <w:i w:val="0"/>
                <w:sz w:val="19"/>
              </w:rPr>
              <w:t>• ish va kasblarga oid o‘nta test savoliga to‘g‘ri javob bera oladi (ex. 1);</w:t>
            </w:r>
          </w:p>
          <w:p>
            <w:pPr>
              <w:spacing w:after="40"/>
            </w:pPr>
            <w:r>
              <w:rPr>
                <w:b w:val="0"/>
                <w:i w:val="0"/>
                <w:sz w:val="19"/>
              </w:rPr>
              <w:t>• present perfect va past perfect zamonlarini (simple va continuous) gapda to‘g‘ri qo‘llay oladi (ex. 2);</w:t>
            </w:r>
          </w:p>
          <w:p>
            <w:pPr>
              <w:spacing w:after="40"/>
            </w:pPr>
            <w:r>
              <w:rPr>
                <w:b w:val="0"/>
                <w:i w:val="0"/>
                <w:sz w:val="19"/>
              </w:rPr>
              <w:t>• mashg‘ulot nomi bilan go / do / play fe’lini va time bilan iboralarni to‘g‘ri tanlay oladi (ex. 3–4);</w:t>
            </w:r>
          </w:p>
          <w:p>
            <w:pPr>
              <w:spacing w:after="40"/>
            </w:pPr>
            <w:r>
              <w:rPr>
                <w:b w:val="0"/>
                <w:i w:val="0"/>
                <w:sz w:val="19"/>
              </w:rPr>
              <w:t>• artiklni tanlay oladi va qo‘shimchalar yordamida o‘nta ot yasay oladi (ex. 6–7);</w:t>
            </w:r>
          </w:p>
          <w:p>
            <w:pPr>
              <w:spacing w:after="40"/>
            </w:pPr>
            <w:r>
              <w:rPr>
                <w:b w:val="0"/>
                <w:i w:val="0"/>
                <w:sz w:val="19"/>
              </w:rPr>
              <w:t>• 60 ballik natijasini hisoblab, BSB-2 oldidan nimani takrorlashini aniqlay oladi.</w:t>
            </w:r>
          </w:p>
        </w:tc>
        <w:tc>
          <w:tcPr>
            <w:tcW w:type="dxa" w:w="3175"/>
          </w:tcPr>
          <w:p>
            <w:pPr>
              <w:spacing w:after="40"/>
            </w:pPr>
            <w:r/>
            <w:r>
              <w:rPr>
                <w:b w:val="0"/>
                <w:i w:val="0"/>
                <w:sz w:val="18"/>
              </w:rPr>
              <w:t>Laser B1+ SB pp. 40–41 — Revision Units 3–4: ex.1 lug‘at testi (ish va kasblar, A–D), ex.2 fe’llarni to‘g‘ri zamonga qo‘yish (present perfect va past perfect, simple va continuous; when + present perfect), ex.3 go / do / play + mashg‘ulot, ex.4 time bilan iboralar, ex.5 because / because of, think / think so, when + present, need to get, ex.6 artikllar (a / the / –), ex.7 so‘z yasash (MAJOR → majority; 10 bo‘shliq × 2 ball); jami Score /60. Uyga: Workbook p. 30 «Check your progress! Units 3–4»</w:t>
            </w:r>
          </w:p>
          <w:p>
            <w:pPr>
              <w:spacing w:after="40"/>
            </w:pPr>
            <w:r>
              <w:rPr>
                <w:b/>
                <w:i w:val="0"/>
                <w:sz w:val="18"/>
              </w:rPr>
              <w:t xml:space="preserve">Jihozlar: </w:t>
            </w:r>
            <w:r>
              <w:rPr>
                <w:b w:val="0"/>
                <w:i w:val="0"/>
                <w:sz w:val="18"/>
              </w:rPr>
              <w:t>Vocabulary sheet (35 items) — handed out AFTER the book test is checked (the cards contain the answers), match-halves worksheet, slides, flashcards with audio (sozlar.com/vocab); Laser B1+ SB pp. 40–41; Workbook p. 30.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30 «Check your progress! Units 3–4» (rejadagi vazifa).</w:t>
            </w:r>
          </w:p>
          <w:p>
            <w:pPr>
              <w:spacing w:after="40"/>
            </w:pPr>
            <w:r>
              <w:rPr>
                <w:b w:val="0"/>
                <w:i w:val="0"/>
                <w:sz w:val="19"/>
              </w:rPr>
              <w:t>• Learn the 35 items with the flashcards: sozlar.com/vocab/cards/?set=grade10-lesson30</w:t>
            </w:r>
          </w:p>
          <w:p>
            <w:pPr>
              <w:spacing w:after="40"/>
            </w:pPr>
            <w:r>
              <w:rPr>
                <w:b w:val="0"/>
                <w:i w:val="0"/>
                <w:sz w:val="19"/>
              </w:rPr>
              <w:t>• Correct every mistake from the book test and write one new sentence for each rule.</w:t>
            </w:r>
          </w:p>
        </w:tc>
      </w:tr>
    </w:tbl>
    <w:p>
      <w:pPr>
        <w:spacing w:after="40"/>
      </w:pPr>
      <w:r>
        <w:rPr>
          <w:b/>
          <w:sz w:val="18"/>
        </w:rPr>
        <w:t xml:space="preserve">Farqlash: </w:t>
      </w:r>
      <w:r>
        <w:rPr>
          <w:i/>
          <w:sz w:val="18"/>
        </w:rPr>
        <w:t>Fast finishers write three new ex.1-style questions (four options) for a partner; weaker students get the go / do / play table and the prefix/suffix list on a card while they do ex.3 and ex.7.</w:t>
      </w:r>
    </w:p>
    <w:p>
      <w:r>
        <w:br w:type="page"/>
      </w:r>
    </w:p>
    <w:p>
      <w:pPr>
        <w:spacing w:before="80" w:after="60"/>
      </w:pPr>
      <w:r>
        <w:rPr>
          <w:b/>
          <w:color w:val="0B6E5F"/>
          <w:sz w:val="24"/>
        </w:rPr>
        <w:t>Daily Lesson Plan · 31-dars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27.10.2026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BSB-2 (25 points)</w:t>
            </w:r>
            <w:r>
              <w:rPr>
                <w:b w:val="0"/>
                <w:i w:val="0"/>
                <w:sz w:val="19"/>
              </w:rPr>
              <w:t xml:space="preserve"> (1-chorak · BSB-2 (25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Nazorat darsi (BSB) · Amaliy mashg‘ulot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3–4-bo‘limlar bo‘yicha o‘quvchilarning lug‘at (ish va kasblar, bo‘sh vaqt, so‘z yasash) va grammatika (present perfect va past perfect, qiyosiy va orttirma daraja, artikllar) bilimlarini 25 ballik yozma test orqali baholash.</w:t>
            </w:r>
          </w:p>
          <w:p>
            <w:pPr>
              <w:spacing w:after="40"/>
            </w:pPr>
            <w:r>
              <w:rPr>
                <w:b/>
                <w:i w:val="0"/>
                <w:sz w:val="19"/>
              </w:rPr>
              <w:t xml:space="preserve">b) Tarbiyaviy: </w:t>
            </w:r>
            <w:r>
              <w:rPr>
                <w:b w:val="0"/>
                <w:i w:val="0"/>
                <w:sz w:val="19"/>
              </w:rPr>
              <w:t>Nazorat ishini mustaqil va halol bajarish, vaqtni to‘g‘ri taqsimlash va o‘z natijasiga mas’uliyat bilan qarash odatini tarbiyalash.</w:t>
            </w:r>
          </w:p>
          <w:p>
            <w:pPr>
              <w:spacing w:after="40"/>
            </w:pPr>
            <w:r>
              <w:rPr>
                <w:b/>
                <w:i w:val="0"/>
                <w:sz w:val="19"/>
              </w:rPr>
              <w:t xml:space="preserve">c) Rivojlantiruvchi: </w:t>
            </w:r>
            <w:r>
              <w:rPr>
                <w:b w:val="0"/>
                <w:i w:val="0"/>
                <w:sz w:val="19"/>
              </w:rPr>
              <w:t>Topshiriq ko‘rsatmasini diqqat bilan o‘qish, javobni tekshirib chiqish va o‘z xatolarini tahlil qilish ko‘nikmasini rivojlantirish.</w:t>
            </w:r>
          </w:p>
        </w:tc>
        <w:tc>
          <w:tcPr>
            <w:tcW w:type="dxa" w:w="5443"/>
          </w:tcPr>
          <w:p>
            <w:pPr>
              <w:spacing w:after="40"/>
            </w:pPr>
            <w:r/>
            <w:r>
              <w:rPr>
                <w:b/>
                <w:i w:val="0"/>
                <w:sz w:val="18"/>
              </w:rPr>
              <w:t xml:space="preserve">1. Organisation (Tashkiliy qism) — 3 daqiqa. </w:t>
            </w:r>
            <w:r>
              <w:rPr>
                <w:b w:val="0"/>
                <w:i w:val="0"/>
                <w:sz w:val="18"/>
              </w:rPr>
              <w:t>Salomlashadi, davomatni tekshiradi, imkon bo‘lsa o‘quvchilarni bittadan o‘tqazadi; qoidalarni aytadi: kitob va telefon yo‘q, har kim mustaqil ishlaydi.</w:t>
            </w:r>
          </w:p>
          <w:p>
            <w:pPr>
              <w:spacing w:after="40"/>
            </w:pPr>
            <w:r>
              <w:rPr>
                <w:b/>
                <w:i w:val="0"/>
                <w:sz w:val="18"/>
              </w:rPr>
              <w:t xml:space="preserve">2. Instructions (Test bilan tanishtirish) — 4 daqiqa. </w:t>
            </w:r>
            <w:r>
              <w:rPr>
                <w:b w:val="0"/>
                <w:i w:val="0"/>
                <w:sz w:val="18"/>
              </w:rPr>
              <w:t>BSB-2 test varaqlarini tarqatadi; olti bo‘lim va ballarni (5+3+6+4+3+4 = 25) hamda vaqtni (30 daqiqa) tushuntiradi; bitta namunaviy topshiriqni ovoz chiqarib o‘qiydi.</w:t>
            </w:r>
          </w:p>
          <w:p>
            <w:pPr>
              <w:spacing w:after="40"/>
            </w:pPr>
            <w:r>
              <w:rPr>
                <w:b/>
                <w:i w:val="0"/>
                <w:sz w:val="18"/>
              </w:rPr>
              <w:t xml:space="preserve">3. Test (6 sections, 25 points) (Nazorat ishi (6 bo‘lim, 25 ball)) — 30 daqiqa. </w:t>
            </w:r>
            <w:r>
              <w:rPr>
                <w:b w:val="0"/>
                <w:i w:val="0"/>
                <w:sz w:val="18"/>
              </w:rPr>
              <w:t>Sinfni jim kuzatadi; 15- va 25-daqiqada qolgan vaqtni eslatadi; javob aytmaydi.</w:t>
            </w:r>
          </w:p>
          <w:p>
            <w:pPr>
              <w:spacing w:after="40"/>
            </w:pPr>
            <w:r>
              <w:rPr>
                <w:b/>
                <w:i w:val="0"/>
                <w:sz w:val="18"/>
              </w:rPr>
              <w:t xml:space="preserve">4. Collecting the papers (Ishlarni yig‘ish) — 3 daqiqa. </w:t>
            </w:r>
            <w:r>
              <w:rPr>
                <w:b w:val="0"/>
                <w:i w:val="0"/>
                <w:sz w:val="18"/>
              </w:rPr>
              <w:t>Ism yozilganini va bo‘sh qolgan javoblarni tekshirishni so‘raydi, so‘ng varaqlarni yig‘ib oladi.</w:t>
            </w:r>
          </w:p>
          <w:p>
            <w:pPr>
              <w:spacing w:after="40"/>
            </w:pPr>
            <w:r>
              <w:rPr>
                <w:b/>
                <w:i w:val="0"/>
                <w:sz w:val="18"/>
              </w:rPr>
              <w:t xml:space="preserve">5. Quick feedback (Qisqa tahlil) — 3 daqiqa. </w:t>
            </w:r>
            <w:r>
              <w:rPr>
                <w:b w:val="0"/>
                <w:i w:val="0"/>
                <w:sz w:val="18"/>
              </w:rPr>
              <w:t>Eng qiyin ikki-uchta topshiriqni javoblar kaliti bo‘yicha og‘zaki tahlil qiladi; qaysi bo‘lim eng qiyin bo‘lganini so‘raydi.</w:t>
            </w:r>
          </w:p>
          <w:p>
            <w:pPr>
              <w:spacing w:after="40"/>
            </w:pPr>
            <w:r>
              <w:rPr>
                <w:b/>
                <w:i w:val="0"/>
                <w:sz w:val="18"/>
              </w:rPr>
              <w:t xml:space="preserve">6. Homework (Uyga vazifa) — 2 daqiqa. </w:t>
            </w:r>
            <w:r>
              <w:rPr>
                <w:b w:val="0"/>
                <w:i w:val="0"/>
                <w:sz w:val="18"/>
              </w:rPr>
              <w:t>Uyga vazifani beradi: Workbook p. 30, «Check your progress! Units 3–4»; natijalar qachon tayyor bo‘lishini aytadi.</w:t>
            </w:r>
          </w:p>
          <w:p>
            <w:pPr>
              <w:spacing w:after="40"/>
            </w:pPr>
            <w:r>
              <w:rPr>
                <w:b/>
                <w:i w:val="0"/>
                <w:sz w:val="18"/>
              </w:rPr>
              <w:t xml:space="preserve">Metodlar: </w:t>
            </w:r>
            <w:r>
              <w:rPr>
                <w:b w:val="0"/>
                <w:i/>
                <w:sz w:val="18"/>
              </w:rPr>
              <w:t>yozma test (nazorat ishi), mustaqil ish, javoblar kaliti bo‘yicha tahlil, o‘z-o‘zini baholash</w:t>
            </w:r>
          </w:p>
        </w:tc>
        <w:tc>
          <w:tcPr>
            <w:tcW w:type="dxa" w:w="2835"/>
          </w:tcPr>
          <w:p>
            <w:pPr>
              <w:spacing w:after="40"/>
            </w:pPr>
            <w:r/>
            <w:r>
              <w:rPr>
                <w:b w:val="0"/>
                <w:i w:val="0"/>
                <w:sz w:val="19"/>
              </w:rPr>
              <w:t>O‘quvchilar dars oxirida:</w:t>
            </w:r>
          </w:p>
          <w:p>
            <w:pPr>
              <w:spacing w:after="40"/>
            </w:pPr>
            <w:r>
              <w:rPr>
                <w:b w:val="0"/>
                <w:i w:val="0"/>
                <w:sz w:val="19"/>
              </w:rPr>
              <w:t>• ish va kasblarga oid so‘zlarni gap mazmuniga qarab to‘g‘ri qo‘llay oladi (1-bo‘lim, 5 ball);</w:t>
            </w:r>
          </w:p>
          <w:p>
            <w:pPr>
              <w:spacing w:after="40"/>
            </w:pPr>
            <w:r>
              <w:rPr>
                <w:b w:val="0"/>
                <w:i w:val="0"/>
                <w:sz w:val="19"/>
              </w:rPr>
              <w:t>• mashg‘ulot bilan go / do / play fe’lini to‘g‘ri tanlay oladi (2-bo‘lim, 3 ball);</w:t>
            </w:r>
          </w:p>
          <w:p>
            <w:pPr>
              <w:spacing w:after="40"/>
            </w:pPr>
            <w:r>
              <w:rPr>
                <w:b w:val="0"/>
                <w:i w:val="0"/>
                <w:sz w:val="19"/>
              </w:rPr>
              <w:t>• matnda present perfect va past perfect shakllarini to‘g‘ri qo‘llay oladi (3-bo‘lim, 6 ball);</w:t>
            </w:r>
          </w:p>
          <w:p>
            <w:pPr>
              <w:spacing w:after="40"/>
            </w:pPr>
            <w:r>
              <w:rPr>
                <w:b w:val="0"/>
                <w:i w:val="0"/>
                <w:sz w:val="19"/>
              </w:rPr>
              <w:t>• sifatning qiyosiy va orttirma darajasini yasay oladi (4-bo‘lim, 4 ball);</w:t>
            </w:r>
          </w:p>
          <w:p>
            <w:pPr>
              <w:spacing w:after="40"/>
            </w:pPr>
            <w:r>
              <w:rPr>
                <w:b w:val="0"/>
                <w:i w:val="0"/>
                <w:sz w:val="19"/>
              </w:rPr>
              <w:t>• a / an / the yoki artiklsiz shaklni tanlay oladi va qo‘shimcha bilan ot yasay oladi (5–6-bo‘limlar, 7 ball).</w:t>
            </w:r>
          </w:p>
        </w:tc>
        <w:tc>
          <w:tcPr>
            <w:tcW w:type="dxa" w:w="3175"/>
          </w:tcPr>
          <w:p>
            <w:pPr>
              <w:spacing w:after="40"/>
            </w:pPr>
            <w:r/>
            <w:r>
              <w:rPr>
                <w:b w:val="0"/>
                <w:i w:val="0"/>
                <w:sz w:val="18"/>
              </w:rPr>
              <w:t>Term1_BSB2_Grade10_Test.pdf (test, kalitsiz) · Term1_BSB2_Grade10_Answer_Key.pdf (javoblar kaliti) · Term1_BSB2_Grade10.docx — Laser B1+, 3–4-bo‘limlar (17–30-darslar) materiali asosida</w:t>
            </w:r>
          </w:p>
          <w:p>
            <w:pPr>
              <w:spacing w:after="40"/>
            </w:pPr>
            <w:r>
              <w:rPr>
                <w:b/>
                <w:i w:val="0"/>
                <w:sz w:val="18"/>
              </w:rPr>
              <w:t xml:space="preserve">Jihozlar: </w:t>
            </w:r>
            <w:r>
              <w:rPr>
                <w:b w:val="0"/>
                <w:i w:val="0"/>
                <w:sz w:val="18"/>
              </w:rPr>
              <w:t>BSB-2 test varaqlari (har o‘quvchiga bittadan), javoblar kaliti (o‘qituvchi uchun), doska, soat.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Workbook p. 30 — «Check your progress! Units 3–4».</w:t>
            </w:r>
          </w:p>
        </w:tc>
      </w:tr>
    </w:tbl>
    <w:p>
      <w:r>
        <w:br w:type="page"/>
      </w:r>
    </w:p>
    <w:p>
      <w:pPr>
        <w:spacing w:before="80" w:after="60"/>
      </w:pPr>
      <w:r>
        <w:rPr>
          <w:b/>
          <w:color w:val="0B6E5F"/>
          <w:sz w:val="24"/>
        </w:rPr>
        <w:t>Daily Lesson Plan · 32-dars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28.10.2026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Writing: A report</w:t>
            </w:r>
            <w:r>
              <w:rPr>
                <w:b w:val="0"/>
                <w:i w:val="0"/>
                <w:sz w:val="19"/>
              </w:rPr>
              <w:t xml:space="preserve"> (Yozish: hisobot (report))</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Yozma nutq darsi (ko‘nikma)</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O‘quvchilarni rasmiy hisobot (report) tuzilishi bilan tanishtirish: To / From / Subject, sarlavhali xatboshilar, tavsiya bilan yakunlash; kasb haqidagi hisobotda ishlatiladigan 35 dan ortiq iborani o‘rgatish.</w:t>
            </w:r>
          </w:p>
          <w:p>
            <w:pPr>
              <w:spacing w:after="40"/>
            </w:pPr>
            <w:r>
              <w:rPr>
                <w:b/>
                <w:i w:val="0"/>
                <w:sz w:val="19"/>
              </w:rPr>
              <w:t xml:space="preserve">b) Tarbiyaviy: </w:t>
            </w:r>
            <w:r>
              <w:rPr>
                <w:b w:val="0"/>
                <w:i w:val="0"/>
                <w:sz w:val="19"/>
              </w:rPr>
              <w:t>Kasb tanlashga ongli yondashish, oila a’zolarining mehnatini qadrlash va rasmiy yozishmada odob-axloq qoidalariga rioya qilishni tarbiyalash.</w:t>
            </w:r>
          </w:p>
          <w:p>
            <w:pPr>
              <w:spacing w:after="40"/>
            </w:pPr>
            <w:r>
              <w:rPr>
                <w:b/>
                <w:i w:val="0"/>
                <w:sz w:val="19"/>
              </w:rPr>
              <w:t xml:space="preserve">c) Rivojlantiruvchi: </w:t>
            </w:r>
            <w:r>
              <w:rPr>
                <w:b w:val="0"/>
                <w:i w:val="0"/>
                <w:sz w:val="19"/>
              </w:rPr>
              <w:t>Ma’lumot to‘plash, matnni rejalashtirish, fikrni mantiqiy tartibda bayon qilish va sherigining ishini baholash ko‘nikmasini rivojlantirish.</w:t>
            </w:r>
          </w:p>
        </w:tc>
        <w:tc>
          <w:tcPr>
            <w:tcW w:type="dxa" w:w="5443"/>
          </w:tcPr>
          <w:p>
            <w:pPr>
              <w:spacing w:after="40"/>
            </w:pPr>
            <w:r/>
            <w:r>
              <w:rPr>
                <w:b/>
                <w:i w:val="0"/>
                <w:sz w:val="18"/>
              </w:rPr>
              <w:t xml:space="preserve">1. Lead-in (Kirish) — 3 daqiqa. </w:t>
            </w:r>
            <w:r>
              <w:rPr>
                <w:b w:val="0"/>
                <w:i w:val="0"/>
                <w:sz w:val="18"/>
              </w:rPr>
              <w:t>Ask: Have you ever spent a day at someone’s workplace? Which job would you like to see from the inside? Vocabulary sheet stays closed.</w:t>
            </w:r>
          </w:p>
          <w:p>
            <w:pPr>
              <w:spacing w:after="40"/>
            </w:pPr>
            <w:r>
              <w:rPr>
                <w:b/>
                <w:i w:val="0"/>
                <w:sz w:val="18"/>
              </w:rPr>
              <w:t xml:space="preserve">2. Book p.38 ex.1–2 (test) (Kitob ex.1–2 (test)) — 5 daqiqa. </w:t>
            </w:r>
            <w:r>
              <w:rPr>
                <w:b w:val="0"/>
                <w:i w:val="0"/>
                <w:sz w:val="18"/>
              </w:rPr>
              <w:t>Book tasks slide: students read the task, say who the report is to and do the six T/F statements alone.</w:t>
            </w:r>
          </w:p>
          <w:p>
            <w:pPr>
              <w:spacing w:after="40"/>
            </w:pPr>
            <w:r>
              <w:rPr>
                <w:b/>
                <w:i w:val="0"/>
                <w:sz w:val="18"/>
              </w:rPr>
              <w:t xml:space="preserve">3. Book p.38–39 ex.3–4 (Kitob ex.3–4 (namunaviy hisobot)) — 8 daqiqa. </w:t>
            </w:r>
            <w:r>
              <w:rPr>
                <w:b w:val="0"/>
                <w:i w:val="0"/>
                <w:sz w:val="18"/>
              </w:rPr>
              <w:t>Students order Hannah’s report (A–D) and complete the six sentences of ex.4 alone, then compare in pairs.</w:t>
            </w:r>
          </w:p>
          <w:p>
            <w:pPr>
              <w:spacing w:after="40"/>
            </w:pPr>
            <w:r>
              <w:rPr>
                <w:b/>
                <w:i w:val="0"/>
                <w:sz w:val="18"/>
              </w:rPr>
              <w:t xml:space="preserve">4. Check and teach (Tekshirish va tushuntirish) — 7 daqiqa. </w:t>
            </w:r>
            <w:r>
              <w:rPr>
                <w:b w:val="0"/>
                <w:i w:val="0"/>
                <w:sz w:val="18"/>
              </w:rPr>
              <w:t>Answer key slide; then card sections A–C with audio and the focus slide (the four headed paragraphs); hand out the vocabulary sheet now.</w:t>
            </w:r>
          </w:p>
          <w:p>
            <w:pPr>
              <w:spacing w:after="40"/>
            </w:pPr>
            <w:r>
              <w:rPr>
                <w:b/>
                <w:i w:val="0"/>
                <w:sz w:val="18"/>
              </w:rPr>
              <w:t xml:space="preserve">5. Plan the report (ex.5–7) (Hisobot rejasi (ex.5–7)) — 6 daqiqa. </w:t>
            </w:r>
            <w:r>
              <w:rPr>
                <w:b w:val="0"/>
                <w:i w:val="0"/>
                <w:sz w:val="18"/>
              </w:rPr>
              <w:t>Ready to write! slide: pairs ask and answer the ex.6 questions, then plan four headed paragraphs (Writing Planner 4).</w:t>
            </w:r>
          </w:p>
          <w:p>
            <w:pPr>
              <w:spacing w:after="40"/>
            </w:pPr>
            <w:r>
              <w:rPr>
                <w:b/>
                <w:i w:val="0"/>
                <w:sz w:val="18"/>
              </w:rPr>
              <w:t xml:space="preserve">6. Now write! (ex.8) (Yozish (ex.8)) — 8 daqiqa. </w:t>
            </w:r>
            <w:r>
              <w:rPr>
                <w:b w:val="0"/>
                <w:i w:val="0"/>
                <w:sz w:val="18"/>
              </w:rPr>
              <w:t>Students write To / From / Subject, INTRODUCTION and DAILY ROUTINE in class; monitor for formal language.</w:t>
            </w:r>
          </w:p>
          <w:p>
            <w:pPr>
              <w:spacing w:after="40"/>
            </w:pPr>
            <w:r>
              <w:rPr>
                <w:b/>
                <w:i w:val="0"/>
                <w:sz w:val="18"/>
              </w:rPr>
              <w:t xml:space="preserve">7. Check it out! (ex.9) (O‘zaro tekshirish (ex.9)) — 3 daqiqa. </w:t>
            </w:r>
            <w:r>
              <w:rPr>
                <w:b w:val="0"/>
                <w:i w:val="0"/>
                <w:sz w:val="18"/>
              </w:rPr>
              <w:t>Pairs swap notebooks and tick the ex.9 list for each other.</w:t>
            </w:r>
          </w:p>
          <w:p>
            <w:pPr>
              <w:spacing w:after="40"/>
            </w:pPr>
            <w:r>
              <w:rPr>
                <w:b/>
                <w:i w:val="0"/>
                <w:sz w:val="18"/>
              </w:rPr>
              <w:t xml:space="preserve">8. Matching halves (Yarim gaplarni moslash) — 3 daqiqa. </w:t>
            </w:r>
            <w:r>
              <w:rPr>
                <w:b w:val="0"/>
                <w:i w:val="0"/>
                <w:sz w:val="18"/>
              </w:rPr>
              <w:t>Hand out the match-halves worksheet (groups A and B).</w:t>
            </w:r>
          </w:p>
          <w:p>
            <w:pPr>
              <w:spacing w:after="40"/>
            </w:pPr>
            <w:r>
              <w:rPr>
                <w:b/>
                <w:i w:val="0"/>
                <w:sz w:val="18"/>
              </w:rPr>
              <w:t xml:space="preserve">9. Wrap-up and homework (Yakun va uyga vazifa) — 2 daqiqa. </w:t>
            </w:r>
            <w:r>
              <w:rPr>
                <w:b w:val="0"/>
                <w:i w:val="0"/>
                <w:sz w:val="18"/>
              </w:rPr>
              <w:t>Memory check slide (which heading?); set homework.</w:t>
            </w:r>
          </w:p>
          <w:p>
            <w:pPr>
              <w:spacing w:after="40"/>
            </w:pPr>
            <w:r>
              <w:rPr>
                <w:b/>
                <w:i w:val="0"/>
                <w:sz w:val="18"/>
              </w:rPr>
              <w:t xml:space="preserve">Metodlar: </w:t>
            </w:r>
            <w:r>
              <w:rPr>
                <w:b w:val="0"/>
                <w:i/>
                <w:sz w:val="18"/>
              </w:rPr>
              <w:t>namunaviy matn tahlili (working model), reja tuzish (Writing Planner), juftlikda o‘zaro tekshirish (peer check), yarim gaplarni moslash</w:t>
            </w:r>
          </w:p>
        </w:tc>
        <w:tc>
          <w:tcPr>
            <w:tcW w:type="dxa" w:w="2835"/>
          </w:tcPr>
          <w:p>
            <w:pPr>
              <w:spacing w:after="40"/>
            </w:pPr>
            <w:r/>
            <w:r>
              <w:rPr>
                <w:b w:val="0"/>
                <w:i w:val="0"/>
                <w:sz w:val="19"/>
              </w:rPr>
              <w:t>O‘quvchilar dars oxirida:</w:t>
            </w:r>
          </w:p>
          <w:p>
            <w:pPr>
              <w:spacing w:after="40"/>
            </w:pPr>
            <w:r>
              <w:rPr>
                <w:b w:val="0"/>
                <w:i w:val="0"/>
                <w:sz w:val="19"/>
              </w:rPr>
              <w:t>• hisobot kimga va nima haqida yozilishini aniqlay oladi (ex. 1, 5);</w:t>
            </w:r>
          </w:p>
          <w:p>
            <w:pPr>
              <w:spacing w:after="40"/>
            </w:pPr>
            <w:r>
              <w:rPr>
                <w:b w:val="0"/>
                <w:i w:val="0"/>
                <w:sz w:val="19"/>
              </w:rPr>
              <w:t>• hisobot qoidalari haqidagi oltita gapning to‘g‘ri yoki noto‘g‘riligini aniqlay oladi (ex. 2);</w:t>
            </w:r>
          </w:p>
          <w:p>
            <w:pPr>
              <w:spacing w:after="40"/>
            </w:pPr>
            <w:r>
              <w:rPr>
                <w:b w:val="0"/>
                <w:i w:val="0"/>
                <w:sz w:val="19"/>
              </w:rPr>
              <w:t>• namunaviy hisobot qismlarini tartiblab, u bo‘yicha oltita gapni to‘ldira oladi (ex. 3–4);</w:t>
            </w:r>
          </w:p>
          <w:p>
            <w:pPr>
              <w:spacing w:after="40"/>
            </w:pPr>
            <w:r>
              <w:rPr>
                <w:b w:val="0"/>
                <w:i w:val="0"/>
                <w:sz w:val="19"/>
              </w:rPr>
              <w:t>• o‘zi tanlagan kasb haqida to‘rt sarlavhali hisobot rejasini tuzib, dastlabki ikki xatboshini yoza oladi (ex. 6–8).</w:t>
            </w:r>
          </w:p>
        </w:tc>
        <w:tc>
          <w:tcPr>
            <w:tcW w:type="dxa" w:w="3175"/>
          </w:tcPr>
          <w:p>
            <w:pPr>
              <w:spacing w:after="40"/>
            </w:pPr>
            <w:r/>
            <w:r>
              <w:rPr>
                <w:b w:val="0"/>
                <w:i w:val="0"/>
                <w:sz w:val="18"/>
              </w:rPr>
              <w:t>Laser B1+ SB pp. 38–39 — Writing: A report (Writing database p. 151): ex.1 topshiriq (hisobot kimga va nima haqida?), ex.2 T/F (hisobot qoidalari), ex.3 Working model — Hannah Davies’ning hisoboti qismlarini tartiblash (A–D), ex.4 namunaga ko‘ra gaplarni to‘ldirish, ex.5 ikkinchi topshiriq (boshqa kasb haqida hisobot), ex.6 qisqa javoblar (ma’lumot to‘plash), ex.7 reja (Writing Planner 4 p. 156), ex.8 Now write! (120–180 so‘z, rasmiy uslub, aniq tavsiya), ex.9 Check it out!, Look Back (5 savol); rejadagi cw: «Practise»</w:t>
            </w:r>
          </w:p>
          <w:p>
            <w:pPr>
              <w:spacing w:after="40"/>
            </w:pPr>
            <w:r>
              <w:rPr>
                <w:b/>
                <w:i w:val="0"/>
                <w:sz w:val="18"/>
              </w:rPr>
              <w:t xml:space="preserve">Jihozlar: </w:t>
            </w:r>
            <w:r>
              <w:rPr>
                <w:b w:val="0"/>
                <w:i w:val="0"/>
                <w:sz w:val="18"/>
              </w:rPr>
              <w:t>Vocabulary sheet (29 items), match-halves worksheet, slides, flashcards with audio (sozlar.com/vocab) — handed out AFTER ex.3–4 are checked; Laser B1+ SB pp. 38–39, Writing database p. 151, Writing Planner 4 p. 156.</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a report about jobs for young people in your town (120–150 words) — rejadagi vazifa; use To / From / Subject and four headed paragraphs.</w:t>
            </w:r>
          </w:p>
          <w:p>
            <w:pPr>
              <w:spacing w:after="40"/>
            </w:pPr>
            <w:r>
              <w:rPr>
                <w:b w:val="0"/>
                <w:i w:val="0"/>
                <w:sz w:val="19"/>
              </w:rPr>
              <w:t>• Learn the 29 items with the flashcards: sozlar.com/vocab/cards/?set=grade10-lesson32</w:t>
            </w:r>
          </w:p>
          <w:p>
            <w:pPr>
              <w:spacing w:after="40"/>
            </w:pPr>
            <w:r>
              <w:rPr>
                <w:b w:val="0"/>
                <w:i w:val="0"/>
                <w:sz w:val="19"/>
              </w:rPr>
              <w:t>• Finish the report about the career you planned in class (ex.8) and tick the ex.9 list.</w:t>
            </w:r>
          </w:p>
        </w:tc>
      </w:tr>
    </w:tbl>
    <w:p>
      <w:pPr>
        <w:spacing w:after="40"/>
      </w:pPr>
      <w:r>
        <w:rPr>
          <w:b/>
          <w:sz w:val="18"/>
        </w:rPr>
        <w:t xml:space="preserve">Farqlash: </w:t>
      </w:r>
      <w:r>
        <w:rPr>
          <w:i/>
          <w:sz w:val="18"/>
        </w:rPr>
        <w:t>Fast finishers add a fifth paragraph (TRAINING AND QUALIFICATIONS) and use three report words from the cards and three linking phrases from the phrase list; weaker students get a frame with the four headings and the first words of every paragraph.</w:t>
      </w:r>
    </w:p>
    <w:p>
      <w:r>
        <w:br w:type="page"/>
      </w:r>
    </w:p>
    <w:p>
      <w:pPr>
        <w:spacing w:before="80" w:after="60"/>
      </w:pPr>
      <w:r>
        <w:rPr>
          <w:b/>
          <w:color w:val="0B6E5F"/>
          <w:sz w:val="24"/>
        </w:rPr>
        <w:t>Daily Lesson Plan · 33-dars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29.10.2026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Unit 5 Reading: How it all began</w:t>
            </w:r>
            <w:r>
              <w:rPr>
                <w:b w:val="0"/>
                <w:i w:val="0"/>
                <w:sz w:val="19"/>
              </w:rPr>
              <w:t xml:space="preserve"> (5-bo‘lim. O‘qish: hammasi qanday boshlangan — televizor tarixi)</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Yangi bilim berish darsi (o‘qish va lug‘at)</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«How it all began» maqolasi asosida televizor tarixi bilan tanishtirish, sanalarni voqealarga moslash va gapped text topshirig‘ini bajarishni o‘rgatish; ixtiro va ilk televideniyega oid 45 ga yaqin yangi so‘z va iborani kiritish.</w:t>
            </w:r>
          </w:p>
          <w:p>
            <w:pPr>
              <w:spacing w:after="40"/>
            </w:pPr>
            <w:r>
              <w:rPr>
                <w:b/>
                <w:i w:val="0"/>
                <w:sz w:val="19"/>
              </w:rPr>
              <w:t xml:space="preserve">b) Tarbiyaviy: </w:t>
            </w:r>
            <w:r>
              <w:rPr>
                <w:b w:val="0"/>
                <w:i w:val="0"/>
                <w:sz w:val="19"/>
              </w:rPr>
              <w:t>Ilm-fanga qiziqish, sabr-toqat va maqsad sari intilishni (o‘n uch yoshli Philo Farnsworth misolida) tarbiyalash.</w:t>
            </w:r>
          </w:p>
          <w:p>
            <w:pPr>
              <w:spacing w:after="40"/>
            </w:pPr>
            <w:r>
              <w:rPr>
                <w:b/>
                <w:i w:val="0"/>
                <w:sz w:val="19"/>
              </w:rPr>
              <w:t xml:space="preserve">c) Rivojlantiruvchi: </w:t>
            </w:r>
            <w:r>
              <w:rPr>
                <w:b w:val="0"/>
                <w:i w:val="0"/>
                <w:sz w:val="19"/>
              </w:rPr>
              <w:t>Matnni tez ko‘zdan kechirish va batafsil o‘qish, olmosh va bog‘lovchilar orqali matn mantiqini kuzatish ko‘nikmasini rivojlantirish.</w:t>
            </w:r>
          </w:p>
        </w:tc>
        <w:tc>
          <w:tcPr>
            <w:tcW w:type="dxa" w:w="5443"/>
          </w:tcPr>
          <w:p>
            <w:pPr>
              <w:spacing w:after="40"/>
            </w:pPr>
            <w:r/>
            <w:r>
              <w:rPr>
                <w:b/>
                <w:i w:val="0"/>
                <w:sz w:val="18"/>
              </w:rPr>
              <w:t xml:space="preserve">1. Lead-in speaking: Start thinking! (Kirish: Start thinking!) — 4 daqiqa. </w:t>
            </w:r>
            <w:r>
              <w:rPr>
                <w:b w:val="0"/>
                <w:i w:val="0"/>
                <w:sz w:val="18"/>
              </w:rPr>
              <w:t>Use the Book tasks overview slide: ask the Start thinking! questions; list the class’s favourite kinds of TV programme on the board.</w:t>
            </w:r>
          </w:p>
          <w:p>
            <w:pPr>
              <w:spacing w:after="40"/>
            </w:pPr>
            <w:r>
              <w:rPr>
                <w:b/>
                <w:i w:val="0"/>
                <w:sz w:val="18"/>
              </w:rPr>
              <w:t xml:space="preserve">2. Vocabulary A–B (Lug‘at A–B) — 8 daqiqa. </w:t>
            </w:r>
            <w:r>
              <w:rPr>
                <w:b w:val="0"/>
                <w:i w:val="0"/>
                <w:sz w:val="18"/>
              </w:rPr>
              <w:t>Introducing new vocabulary: present sections A and B with audio; check meaning with quick questions (What did people need before radio? — wires).</w:t>
            </w:r>
          </w:p>
          <w:p>
            <w:pPr>
              <w:spacing w:after="40"/>
            </w:pPr>
            <w:r>
              <w:rPr>
                <w:b/>
                <w:i w:val="0"/>
                <w:sz w:val="18"/>
              </w:rPr>
              <w:t xml:space="preserve">3. Reading ex.1 (O‘qish ex.1) — 3 daqiqa. </w:t>
            </w:r>
            <w:r>
              <w:rPr>
                <w:b w:val="0"/>
                <w:i w:val="0"/>
                <w:sz w:val="18"/>
              </w:rPr>
              <w:t>Students skim the article (the audio 1.15 is not available): what is surprising about it?</w:t>
            </w:r>
          </w:p>
          <w:p>
            <w:pPr>
              <w:spacing w:after="40"/>
            </w:pPr>
            <w:r>
              <w:rPr>
                <w:b/>
                <w:i w:val="0"/>
                <w:sz w:val="18"/>
              </w:rPr>
              <w:t xml:space="preserve">4. Reading ex.2 (dates) (O‘qish ex.2 (sanalar)) — 6 daqiqa. </w:t>
            </w:r>
            <w:r>
              <w:rPr>
                <w:b w:val="0"/>
                <w:i w:val="0"/>
                <w:sz w:val="18"/>
              </w:rPr>
              <w:t>Students read again and match the six dates to the events a–f.</w:t>
            </w:r>
          </w:p>
          <w:p>
            <w:pPr>
              <w:spacing w:after="40"/>
            </w:pPr>
            <w:r>
              <w:rPr>
                <w:b/>
                <w:i w:val="0"/>
                <w:sz w:val="18"/>
              </w:rPr>
              <w:t xml:space="preserve">5. Focus: gapped text (Fokus: gapped text strategiyasi) — 3 daqiqa. </w:t>
            </w:r>
            <w:r>
              <w:rPr>
                <w:b w:val="0"/>
                <w:i w:val="0"/>
                <w:sz w:val="18"/>
              </w:rPr>
              <w:t>Strategy slide: before and after the gap, pronouns, linking words, the extra sentence.</w:t>
            </w:r>
          </w:p>
          <w:p>
            <w:pPr>
              <w:spacing w:after="40"/>
            </w:pPr>
            <w:r>
              <w:rPr>
                <w:b/>
                <w:i w:val="0"/>
                <w:sz w:val="18"/>
              </w:rPr>
              <w:t xml:space="preserve">6. Book task ex.3 + check (Kitob ex.3 va tekshirish) — 10 daqiqa. </w:t>
            </w:r>
            <w:r>
              <w:rPr>
                <w:b w:val="0"/>
                <w:i w:val="0"/>
                <w:sz w:val="18"/>
              </w:rPr>
              <w:t>Ex.3 slide; pairs choose A–G for each gap; check with the answer key slide and ask for the word that links each sentence.</w:t>
            </w:r>
          </w:p>
          <w:p>
            <w:pPr>
              <w:spacing w:after="40"/>
            </w:pPr>
            <w:r>
              <w:rPr>
                <w:b/>
                <w:i w:val="0"/>
                <w:sz w:val="18"/>
              </w:rPr>
              <w:t xml:space="preserve">7. Vocabulary C–D (Lug‘at C–D) — 5 daqiqa. </w:t>
            </w:r>
            <w:r>
              <w:rPr>
                <w:b w:val="0"/>
                <w:i w:val="0"/>
                <w:sz w:val="18"/>
              </w:rPr>
              <w:t>Present sections C and D with audio; students put the events of Philo’s story in order.</w:t>
            </w:r>
          </w:p>
          <w:p>
            <w:pPr>
              <w:spacing w:after="40"/>
            </w:pPr>
            <w:r>
              <w:rPr>
                <w:b/>
                <w:i w:val="0"/>
                <w:sz w:val="18"/>
              </w:rPr>
              <w:t xml:space="preserve">8. Matching halves (Yarim gaplarni moslash) — 4 daqiqa. </w:t>
            </w:r>
            <w:r>
              <w:rPr>
                <w:b w:val="0"/>
                <w:i w:val="0"/>
                <w:sz w:val="18"/>
              </w:rPr>
              <w:t>Hand out the match-halves worksheet (groups A and B).</w:t>
            </w:r>
          </w:p>
          <w:p>
            <w:pPr>
              <w:spacing w:after="40"/>
            </w:pPr>
            <w:r>
              <w:rPr>
                <w:b/>
                <w:i w:val="0"/>
                <w:sz w:val="18"/>
              </w:rPr>
              <w:t xml:space="preserve">9. Wrap-up and homework (Yakun va uyga vazifa) — 2 daqiqa. </w:t>
            </w:r>
            <w:r>
              <w:rPr>
                <w:b w:val="0"/>
                <w:i w:val="0"/>
                <w:sz w:val="18"/>
              </w:rPr>
              <w:t>Memory check slide (which date?); set homework.</w:t>
            </w:r>
          </w:p>
          <w:p>
            <w:pPr>
              <w:spacing w:after="40"/>
            </w:pPr>
            <w:r>
              <w:rPr>
                <w:b/>
                <w:i w:val="0"/>
                <w:sz w:val="18"/>
              </w:rPr>
              <w:t xml:space="preserve">Metodlar: </w:t>
            </w:r>
            <w:r>
              <w:rPr>
                <w:b w:val="0"/>
                <w:i/>
                <w:sz w:val="18"/>
              </w:rPr>
              <w:t>aqliy hujum (Start thinking!), skimming va scanning, juftlikda ishlash, yarim gaplarni moslash</w:t>
            </w:r>
          </w:p>
        </w:tc>
        <w:tc>
          <w:tcPr>
            <w:tcW w:type="dxa" w:w="2835"/>
          </w:tcPr>
          <w:p>
            <w:pPr>
              <w:spacing w:after="40"/>
            </w:pPr>
            <w:r/>
            <w:r>
              <w:rPr>
                <w:b w:val="0"/>
                <w:i w:val="0"/>
                <w:sz w:val="19"/>
              </w:rPr>
              <w:t>O‘quvchilar dars oxirida:</w:t>
            </w:r>
          </w:p>
          <w:p>
            <w:pPr>
              <w:spacing w:after="40"/>
            </w:pPr>
            <w:r>
              <w:rPr>
                <w:b w:val="0"/>
                <w:i w:val="0"/>
                <w:sz w:val="19"/>
              </w:rPr>
              <w:t>• OAV va televizor haqidagi Start thinking! savollariga javob bera oladi;</w:t>
            </w:r>
          </w:p>
          <w:p>
            <w:pPr>
              <w:spacing w:after="40"/>
            </w:pPr>
            <w:r>
              <w:rPr>
                <w:b w:val="0"/>
                <w:i w:val="0"/>
                <w:sz w:val="19"/>
              </w:rPr>
              <w:t>• maqoladagi ajablanarli faktni ayta oladi (ex. 1);</w:t>
            </w:r>
          </w:p>
          <w:p>
            <w:pPr>
              <w:spacing w:after="40"/>
            </w:pPr>
            <w:r>
              <w:rPr>
                <w:b w:val="0"/>
                <w:i w:val="0"/>
                <w:sz w:val="19"/>
              </w:rPr>
              <w:t>• oltita sanani voqealarga moslay oladi (ex. 2);</w:t>
            </w:r>
          </w:p>
          <w:p>
            <w:pPr>
              <w:spacing w:after="40"/>
            </w:pPr>
            <w:r>
              <w:rPr>
                <w:b w:val="0"/>
                <w:i w:val="0"/>
                <w:sz w:val="19"/>
              </w:rPr>
              <w:t>• olib tashlangan oltita gapni matndagi o‘rniga qo‘ya oladi va ortiqcha gapni aniqlay oladi (ex. 3).</w:t>
            </w:r>
          </w:p>
        </w:tc>
        <w:tc>
          <w:tcPr>
            <w:tcW w:type="dxa" w:w="3175"/>
          </w:tcPr>
          <w:p>
            <w:pPr>
              <w:spacing w:after="40"/>
            </w:pPr>
            <w:r/>
            <w:r>
              <w:rPr>
                <w:b w:val="0"/>
                <w:i w:val="0"/>
                <w:sz w:val="18"/>
              </w:rPr>
              <w:t>Laser B1+ SB pp. 42–43 (Unit 5 The Global Village) — Start thinking! (‘media’ so‘zi, qancha TV ko‘rasiz, qaysi ko‘rsatuvlar), Reading ex.1 (audio 1.15 — bizda yo‘q: maqolada nimasi ajablanarli?), «How it all began» maqolasi (telegraf, telefon, radio, kino; Philo T. Farnsworth va elektron televizor), ex.2 sanalarni voqealarga moslash (1837–1927), ex.3 gapped text — oltita olib tashlangan gap (A–G, bittasi ortiqcha); WORD BOX ex.4 va Have your say! — 34-dars; rejadagi cw: «Introducing new vocabulary» — maqola lug‘ati</w:t>
            </w:r>
          </w:p>
          <w:p>
            <w:pPr>
              <w:spacing w:after="40"/>
            </w:pPr>
            <w:r>
              <w:rPr>
                <w:b/>
                <w:i w:val="0"/>
                <w:sz w:val="18"/>
              </w:rPr>
              <w:t xml:space="preserve">Jihozlar: </w:t>
            </w:r>
            <w:r>
              <w:rPr>
                <w:b w:val="0"/>
                <w:i w:val="0"/>
                <w:sz w:val="18"/>
              </w:rPr>
              <w:t>Vocabulary sheet (33 items), match-halves worksheet, slides, flashcards with audio (sozlar.com/vocab); Laser B1+ SB pp. 42–43 (the book audio 1.15 is not available — students read the article themselves).</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Learn the Unit 5 Word box vocabulary (TV programmes) — Laser B1+ p. 43 ex.4; write 8 sentences (rejadagi vazifa).</w:t>
            </w:r>
          </w:p>
          <w:p>
            <w:pPr>
              <w:spacing w:after="40"/>
            </w:pPr>
            <w:r>
              <w:rPr>
                <w:b w:val="0"/>
                <w:i w:val="0"/>
                <w:sz w:val="19"/>
              </w:rPr>
              <w:t>• Learn the 33 items with the flashcards: sozlar.com/vocab/cards/?set=grade10-lesson33</w:t>
            </w:r>
          </w:p>
          <w:p>
            <w:pPr>
              <w:spacing w:after="40"/>
            </w:pPr>
            <w:r>
              <w:rPr>
                <w:b w:val="0"/>
                <w:i w:val="0"/>
                <w:sz w:val="19"/>
              </w:rPr>
              <w:t>• Read «The farm boy who imagined television» on the lesson page and answer the five questions.</w:t>
            </w:r>
          </w:p>
        </w:tc>
      </w:tr>
    </w:tbl>
    <w:p>
      <w:pPr>
        <w:spacing w:after="40"/>
      </w:pPr>
      <w:r>
        <w:rPr>
          <w:b/>
          <w:sz w:val="18"/>
        </w:rPr>
        <w:t xml:space="preserve">Farqlash: </w:t>
      </w:r>
      <w:r>
        <w:rPr>
          <w:i/>
          <w:sz w:val="18"/>
        </w:rPr>
        <w:t>Fast finishers write a short timeline (1837–1927) with one sentence for each date using the new phrases; weaker students get the six gaps with two possible sentences each.</w:t>
      </w:r>
    </w:p>
    <w:p>
      <w:r>
        <w:br w:type="page"/>
      </w:r>
    </w:p>
    <w:p>
      <w:pPr>
        <w:spacing w:before="80" w:after="60"/>
      </w:pPr>
      <w:r>
        <w:rPr>
          <w:b/>
          <w:color w:val="0B6E5F"/>
          <w:sz w:val="24"/>
        </w:rPr>
        <w:t>Daily Lesson Plan · 34-dars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02.11.2026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Word Box: TV programmes</w:t>
            </w:r>
            <w:r>
              <w:rPr>
                <w:b w:val="0"/>
                <w:i w:val="0"/>
                <w:sz w:val="19"/>
              </w:rPr>
              <w:t xml:space="preserve"> (Word Box: televizor va ko‘rsatuvlar)</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Lug‘at mustahkamlash darsi</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Word box so‘zlarini (turn over, global, telecommunications, images, broadcast, up to date, headlines) mustahkamlash, ko‘rsatuv turlari va ularni tasvirlovchi sifatlarni o‘rgatish.</w:t>
            </w:r>
          </w:p>
          <w:p>
            <w:pPr>
              <w:spacing w:after="40"/>
            </w:pPr>
            <w:r>
              <w:rPr>
                <w:b/>
                <w:i w:val="0"/>
                <w:sz w:val="19"/>
              </w:rPr>
              <w:t xml:space="preserve">b) Tarbiyaviy: </w:t>
            </w:r>
            <w:r>
              <w:rPr>
                <w:b w:val="0"/>
                <w:i w:val="0"/>
                <w:sz w:val="19"/>
              </w:rPr>
              <w:t>Televizor va OAVdan ongli, me’yorida foydalanish, oila bilan birga vaqt o‘tkazishni qadrlashni tarbiyalash.</w:t>
            </w:r>
          </w:p>
          <w:p>
            <w:pPr>
              <w:spacing w:after="40"/>
            </w:pPr>
            <w:r>
              <w:rPr>
                <w:b/>
                <w:i w:val="0"/>
                <w:sz w:val="19"/>
              </w:rPr>
              <w:t xml:space="preserve">c) Rivojlantiruvchi: </w:t>
            </w:r>
            <w:r>
              <w:rPr>
                <w:b w:val="0"/>
                <w:i w:val="0"/>
                <w:sz w:val="19"/>
              </w:rPr>
              <w:t>So‘z yasash, ta’rif bo‘yicha so‘zni topish va guruhda fikrni dalil bilan himoya qilish ko‘nikmasini rivojlantirish.</w:t>
            </w:r>
          </w:p>
        </w:tc>
        <w:tc>
          <w:tcPr>
            <w:tcW w:type="dxa" w:w="5443"/>
          </w:tcPr>
          <w:p>
            <w:pPr>
              <w:spacing w:after="40"/>
            </w:pPr>
            <w:r/>
            <w:r>
              <w:rPr>
                <w:b/>
                <w:i w:val="0"/>
                <w:sz w:val="18"/>
              </w:rPr>
              <w:t xml:space="preserve">1. Lead-in (Kirish) — 3 daqiqa. </w:t>
            </w:r>
            <w:r>
              <w:rPr>
                <w:b w:val="0"/>
                <w:i w:val="0"/>
                <w:sz w:val="18"/>
              </w:rPr>
              <w:t>Ask: What do you remember about Philo Farnsworth (lesson 33)? What did you watch on TV yesterday? Vocabulary sheet stays closed.</w:t>
            </w:r>
          </w:p>
          <w:p>
            <w:pPr>
              <w:spacing w:after="40"/>
            </w:pPr>
            <w:r>
              <w:rPr>
                <w:b/>
                <w:i w:val="0"/>
                <w:sz w:val="18"/>
              </w:rPr>
              <w:t xml:space="preserve">2. Word box ex.4 (test) — 8 daqiqa. </w:t>
            </w:r>
            <w:r>
              <w:rPr>
                <w:b w:val="0"/>
                <w:i w:val="0"/>
                <w:sz w:val="18"/>
              </w:rPr>
              <w:t>Two Word box slides; students use the first letters and the article on pp. 42–43.</w:t>
            </w:r>
          </w:p>
          <w:p>
            <w:pPr>
              <w:spacing w:after="40"/>
            </w:pPr>
            <w:r>
              <w:rPr>
                <w:b/>
                <w:i w:val="0"/>
                <w:sz w:val="18"/>
              </w:rPr>
              <w:t xml:space="preserve">3. Check and teach: vocabulary A–D (Tekshirish va tushuntirish: A–D so‘zlari) — 9 daqiqa. </w:t>
            </w:r>
            <w:r>
              <w:rPr>
                <w:b w:val="0"/>
                <w:i w:val="0"/>
                <w:sz w:val="18"/>
              </w:rPr>
              <w:t>Word box answer key, then the four sections with audio and the focus slide (five traps); hand out the vocabulary sheet now.</w:t>
            </w:r>
          </w:p>
          <w:p>
            <w:pPr>
              <w:spacing w:after="40"/>
            </w:pPr>
            <w:r>
              <w:rPr>
                <w:b/>
                <w:i w:val="0"/>
                <w:sz w:val="18"/>
              </w:rPr>
              <w:t xml:space="preserve">4. Practice gap-fill (Bo‘sh joyni to‘ldirish) — 4 daqiqa. </w:t>
            </w:r>
            <w:r>
              <w:rPr>
                <w:b w:val="0"/>
                <w:i w:val="0"/>
                <w:sz w:val="18"/>
              </w:rPr>
              <w:t>Gap-fill slide (8 sentences).</w:t>
            </w:r>
          </w:p>
          <w:p>
            <w:pPr>
              <w:spacing w:after="40"/>
            </w:pPr>
            <w:r>
              <w:rPr>
                <w:b/>
                <w:i w:val="0"/>
                <w:sz w:val="18"/>
              </w:rPr>
              <w:t xml:space="preserve">5. Word formation worksheet (So‘z yasash ish varag‘i) — 8 daqiqa. </w:t>
            </w:r>
            <w:r>
              <w:rPr>
                <w:b w:val="0"/>
                <w:i w:val="0"/>
                <w:sz w:val="18"/>
              </w:rPr>
              <w:t>Hand out the Use of English worksheet (Part A and B).</w:t>
            </w:r>
          </w:p>
          <w:p>
            <w:pPr>
              <w:spacing w:after="40"/>
            </w:pPr>
            <w:r>
              <w:rPr>
                <w:b/>
                <w:i w:val="0"/>
                <w:sz w:val="18"/>
              </w:rPr>
              <w:t xml:space="preserve">6. Speaking: Have your say! + TV evening (Gapirish: Have your say! va TV kechasi) — 11 daqiqa. </w:t>
            </w:r>
            <w:r>
              <w:rPr>
                <w:b w:val="0"/>
                <w:i w:val="0"/>
                <w:sz w:val="18"/>
              </w:rPr>
              <w:t>Groups of three discuss the two book questions; then each group plans a TV evening and presents it.</w:t>
            </w:r>
          </w:p>
          <w:p>
            <w:pPr>
              <w:spacing w:after="40"/>
            </w:pPr>
            <w:r>
              <w:rPr>
                <w:b/>
                <w:i w:val="0"/>
                <w:sz w:val="18"/>
              </w:rPr>
              <w:t xml:space="preserve">7. Wrap-up and homework (Yakun va uyga vazifa) — 2 daqiqa. </w:t>
            </w:r>
            <w:r>
              <w:rPr>
                <w:b w:val="0"/>
                <w:i w:val="0"/>
                <w:sz w:val="18"/>
              </w:rPr>
              <w:t>Memory check slide; set homework.</w:t>
            </w:r>
          </w:p>
          <w:p>
            <w:pPr>
              <w:spacing w:after="40"/>
            </w:pPr>
            <w:r>
              <w:rPr>
                <w:b/>
                <w:i w:val="0"/>
                <w:sz w:val="18"/>
              </w:rPr>
              <w:t xml:space="preserve">Metodlar: </w:t>
            </w:r>
            <w:r>
              <w:rPr>
                <w:b w:val="0"/>
                <w:i/>
                <w:sz w:val="18"/>
              </w:rPr>
              <w:t>test–teach–test, so‘z yasash mashqi, guruhda muhokama, taqdimot (TV kechasi rejasi)</w:t>
            </w:r>
          </w:p>
        </w:tc>
        <w:tc>
          <w:tcPr>
            <w:tcW w:type="dxa" w:w="2835"/>
          </w:tcPr>
          <w:p>
            <w:pPr>
              <w:spacing w:after="40"/>
            </w:pPr>
            <w:r/>
            <w:r>
              <w:rPr>
                <w:b w:val="0"/>
                <w:i w:val="0"/>
                <w:sz w:val="19"/>
              </w:rPr>
              <w:t>O‘quvchilar dars oxirida:</w:t>
            </w:r>
          </w:p>
          <w:p>
            <w:pPr>
              <w:spacing w:after="40"/>
            </w:pPr>
            <w:r>
              <w:rPr>
                <w:b w:val="0"/>
                <w:i w:val="0"/>
                <w:sz w:val="19"/>
              </w:rPr>
              <w:t>• birinchi harfga qarab yettita Word box so‘zini topa oladi (ex. 4);</w:t>
            </w:r>
          </w:p>
          <w:p>
            <w:pPr>
              <w:spacing w:after="40"/>
            </w:pPr>
            <w:r>
              <w:rPr>
                <w:b w:val="0"/>
                <w:i w:val="0"/>
                <w:sz w:val="19"/>
              </w:rPr>
              <w:t>• to‘qqizta ko‘rsatuv turini nomlay oladi va ularni gripping, moving, unrealistic, violent kabi sifatlar bilan tasvirlay oladi;</w:t>
            </w:r>
          </w:p>
          <w:p>
            <w:pPr>
              <w:spacing w:after="40"/>
            </w:pPr>
            <w:r>
              <w:rPr>
                <w:b w:val="0"/>
                <w:i w:val="0"/>
                <w:sz w:val="19"/>
              </w:rPr>
              <w:t>• bitta so‘z oilasidan o‘nta so‘z yasay oladi (ish varag‘i, A qism);</w:t>
            </w:r>
          </w:p>
          <w:p>
            <w:pPr>
              <w:spacing w:after="40"/>
            </w:pPr>
            <w:r>
              <w:rPr>
                <w:b w:val="0"/>
                <w:i w:val="0"/>
                <w:sz w:val="19"/>
              </w:rPr>
              <w:t>• Have your say! savollarini muhokama qilib, oilaviy televizor kechasini rejalashtira oladi.</w:t>
            </w:r>
          </w:p>
        </w:tc>
        <w:tc>
          <w:tcPr>
            <w:tcW w:type="dxa" w:w="3175"/>
          </w:tcPr>
          <w:p>
            <w:pPr>
              <w:spacing w:after="40"/>
            </w:pPr>
            <w:r/>
            <w:r>
              <w:rPr>
                <w:b w:val="0"/>
                <w:i w:val="0"/>
                <w:sz w:val="18"/>
              </w:rPr>
              <w:t>Laser B1+ SB pp. 42–43 — WORD BOX ex.4 (maqoladan ta’rifga mos so‘z, birinchi harf berilgan: turn over, global, telecommunications, images, broadcast, up to date, headlines), Have your say! (televizor dunyoni qanday o‘zgartirdi? kelajakda ham muhim bo‘ladimi?) — asosiy; Solutions Pre-Intermediate p. 30 (Films and TV programmes: ko‘rsatuv turlari va ularni tasvirlovchi sifatlar). p. 45 dagi documentary, sitcom, game show, reality show, soap opera, chat show — 38-darsga (Vocabulary builder) qoldirildi.</w:t>
            </w:r>
          </w:p>
          <w:p>
            <w:pPr>
              <w:spacing w:after="40"/>
            </w:pPr>
            <w:r>
              <w:rPr>
                <w:b/>
                <w:i w:val="0"/>
                <w:sz w:val="18"/>
              </w:rPr>
              <w:t xml:space="preserve">Jihozlar: </w:t>
            </w:r>
            <w:r>
              <w:rPr>
                <w:b w:val="0"/>
                <w:i w:val="0"/>
                <w:sz w:val="18"/>
              </w:rPr>
              <w:t>Vocabulary sheet (34 items), Use of English worksheet (word formation + collocations), slides, flashcards with audio (sozlar.com/vocab) — handed out AFTER the Word box task is checked (the cards contain the answers); Laser B1+ SB p. 43; Solutions Pre-Intermediate p. 30.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Write 10 sentences about TV programmes you watch (rejadagi vazifa) — use the types in B and the adjectives in C.</w:t>
            </w:r>
          </w:p>
          <w:p>
            <w:pPr>
              <w:spacing w:after="40"/>
            </w:pPr>
            <w:r>
              <w:rPr>
                <w:b w:val="0"/>
                <w:i w:val="0"/>
                <w:sz w:val="19"/>
              </w:rPr>
              <w:t>• Learn the 34 items with the flashcards: sozlar.com/vocab/cards/?set=grade10-lesson34</w:t>
            </w:r>
          </w:p>
          <w:p>
            <w:pPr>
              <w:spacing w:after="40"/>
            </w:pPr>
            <w:r>
              <w:rPr>
                <w:b w:val="0"/>
                <w:i w:val="0"/>
                <w:sz w:val="19"/>
              </w:rPr>
              <w:t>• Use all seven Word box words (turn over, global, telecommunications, images, broadcast, up to date, headlines).</w:t>
            </w:r>
          </w:p>
        </w:tc>
      </w:tr>
    </w:tbl>
    <w:p>
      <w:pPr>
        <w:spacing w:after="40"/>
      </w:pPr>
      <w:r>
        <w:rPr>
          <w:b/>
          <w:sz w:val="18"/>
        </w:rPr>
        <w:t xml:space="preserve">Farqlash: </w:t>
      </w:r>
      <w:r>
        <w:rPr>
          <w:i/>
          <w:sz w:val="18"/>
        </w:rPr>
        <w:t>Fast finishers write six definitions of their own (like ex.4) for words in section B and test a partner; weaker students get the seven Word box words in a box and only match them to the definitions.</w:t>
      </w:r>
    </w:p>
    <w:p>
      <w:r>
        <w:br w:type="page"/>
      </w:r>
    </w:p>
    <w:p>
      <w:pPr>
        <w:spacing w:before="80" w:after="60"/>
      </w:pPr>
      <w:r>
        <w:rPr>
          <w:b/>
          <w:color w:val="0B6E5F"/>
          <w:sz w:val="24"/>
        </w:rPr>
        <w:t>Daily Lesson Plan · 35-dars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03.11.2026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Term 1 · ChSB-1 (40 points)</w:t>
            </w:r>
            <w:r>
              <w:rPr>
                <w:b w:val="0"/>
                <w:i w:val="0"/>
                <w:sz w:val="19"/>
              </w:rPr>
              <w:t xml:space="preserve"> (1-chorak · ChSB-1 (40 ball))</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Choraklik summativ baholash (ChSB)</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1-chorak (Laser B1+, 1–4-bo‘limlar) bo‘yicha o‘quvchilarning lug‘at (shaxs sifatlari, transport, frazali fe’llar va predloglar, ish va bo‘sh vaqt) va grammatika (hozirgi va o‘tgan zamonlar, used to / would / be used to, present perfect simple va continuous, past perfect, qiyosiy daraja) bilimlarini 40 ballik yozma ish orqali baholash.</w:t>
            </w:r>
          </w:p>
          <w:p>
            <w:pPr>
              <w:spacing w:after="40"/>
            </w:pPr>
            <w:r>
              <w:rPr>
                <w:b/>
                <w:i w:val="0"/>
                <w:sz w:val="19"/>
              </w:rPr>
              <w:t xml:space="preserve">b) Tarbiyaviy: </w:t>
            </w:r>
            <w:r>
              <w:rPr>
                <w:b w:val="0"/>
                <w:i w:val="0"/>
                <w:sz w:val="19"/>
              </w:rPr>
              <w:t>Nazorat ishini mustaqil va halol bajarish, vaqtni to‘g‘ri taqsimlash va chorak natijasiga mas’uliyat bilan qarash odatini tarbiyalash.</w:t>
            </w:r>
          </w:p>
          <w:p>
            <w:pPr>
              <w:spacing w:after="40"/>
            </w:pPr>
            <w:r>
              <w:rPr>
                <w:b/>
                <w:i w:val="0"/>
                <w:sz w:val="19"/>
              </w:rPr>
              <w:t xml:space="preserve">c) Rivojlantiruvchi: </w:t>
            </w:r>
            <w:r>
              <w:rPr>
                <w:b w:val="0"/>
                <w:i w:val="0"/>
                <w:sz w:val="19"/>
              </w:rPr>
              <w:t>Katta hajmdagi topshiriqda diqqatni jamlash, ko‘rsatmani to‘g‘ri tushunish va javobni qayta tekshirish ko‘nikmasini rivojlantirish.</w:t>
            </w:r>
          </w:p>
        </w:tc>
        <w:tc>
          <w:tcPr>
            <w:tcW w:type="dxa" w:w="5443"/>
          </w:tcPr>
          <w:p>
            <w:pPr>
              <w:spacing w:after="40"/>
            </w:pPr>
            <w:r/>
            <w:r>
              <w:rPr>
                <w:b/>
                <w:i w:val="0"/>
                <w:sz w:val="18"/>
              </w:rPr>
              <w:t xml:space="preserve">1. Organisation (Tashkiliy qism) — 2 daqiqa. </w:t>
            </w:r>
            <w:r>
              <w:rPr>
                <w:b w:val="0"/>
                <w:i w:val="0"/>
                <w:sz w:val="18"/>
              </w:rPr>
              <w:t>Salomlashadi, davomatni tekshiradi, imkon bo‘lsa o‘quvchilarni bittadan o‘tqazadi; qoidalarni aytadi: kitob va telefon yo‘q, har kim mustaqil ishlaydi.</w:t>
            </w:r>
          </w:p>
          <w:p>
            <w:pPr>
              <w:spacing w:after="40"/>
            </w:pPr>
            <w:r>
              <w:rPr>
                <w:b/>
                <w:i w:val="0"/>
                <w:sz w:val="18"/>
              </w:rPr>
              <w:t xml:space="preserve">2. Instructions (Test bilan tanishtirish) — 3 daqiqa. </w:t>
            </w:r>
            <w:r>
              <w:rPr>
                <w:b w:val="0"/>
                <w:i w:val="0"/>
                <w:sz w:val="18"/>
              </w:rPr>
              <w:t>ChSB-1 test varaqlarini tarqatadi; to‘qqiz bo‘lim va ballarni (5+4+6+4+4+5+4+4+4 = 40) hamda vaqtni (35 daqiqa) tushuntiradi.</w:t>
            </w:r>
          </w:p>
          <w:p>
            <w:pPr>
              <w:spacing w:after="40"/>
            </w:pPr>
            <w:r>
              <w:rPr>
                <w:b/>
                <w:i w:val="0"/>
                <w:sz w:val="18"/>
              </w:rPr>
              <w:t xml:space="preserve">3. Test (9 sections, 40 points) (Nazorat ishi (9 bo‘lim, 40 ball)) — 35 daqiqa. </w:t>
            </w:r>
            <w:r>
              <w:rPr>
                <w:b w:val="0"/>
                <w:i w:val="0"/>
                <w:sz w:val="18"/>
              </w:rPr>
              <w:t>Sinfni jim kuzatadi; 20- va 30-daqiqada qolgan vaqtni eslatadi; javob aytmaydi.</w:t>
            </w:r>
          </w:p>
          <w:p>
            <w:pPr>
              <w:spacing w:after="40"/>
            </w:pPr>
            <w:r>
              <w:rPr>
                <w:b/>
                <w:i w:val="0"/>
                <w:sz w:val="18"/>
              </w:rPr>
              <w:t xml:space="preserve">4. Collecting the papers (Ishlarni yig‘ish) — 3 daqiqa. </w:t>
            </w:r>
            <w:r>
              <w:rPr>
                <w:b w:val="0"/>
                <w:i w:val="0"/>
                <w:sz w:val="18"/>
              </w:rPr>
              <w:t>Ism yozilganini va bo‘sh qolgan javoblarni tekshirishni so‘raydi, so‘ng varaqlarni yig‘ib oladi.</w:t>
            </w:r>
          </w:p>
          <w:p>
            <w:pPr>
              <w:spacing w:after="40"/>
            </w:pPr>
            <w:r>
              <w:rPr>
                <w:b/>
                <w:i w:val="0"/>
                <w:sz w:val="18"/>
              </w:rPr>
              <w:t xml:space="preserve">5. Homework (Uyga vazifa) — 2 daqiqa. </w:t>
            </w:r>
            <w:r>
              <w:rPr>
                <w:b w:val="0"/>
                <w:i w:val="0"/>
                <w:sz w:val="18"/>
              </w:rPr>
              <w:t>Uyga vazifani beradi: 1–4-bo‘limlarni takrorlash, Workbook p. 16 va p. 30; keyingi dars xatolar ustida ishlash ekanini aytadi.</w:t>
            </w:r>
          </w:p>
          <w:p>
            <w:pPr>
              <w:spacing w:after="40"/>
            </w:pPr>
            <w:r>
              <w:rPr>
                <w:b/>
                <w:i w:val="0"/>
                <w:sz w:val="18"/>
              </w:rPr>
              <w:t xml:space="preserve">Metodlar: </w:t>
            </w:r>
            <w:r>
              <w:rPr>
                <w:b w:val="0"/>
                <w:i/>
                <w:sz w:val="18"/>
              </w:rPr>
              <w:t>yozma test (summativ baholash), mustaqil ish, javoblar kaliti bo‘yicha tahlil, o‘z-o‘zini baholash</w:t>
            </w:r>
          </w:p>
        </w:tc>
        <w:tc>
          <w:tcPr>
            <w:tcW w:type="dxa" w:w="2835"/>
          </w:tcPr>
          <w:p>
            <w:pPr>
              <w:spacing w:after="40"/>
            </w:pPr>
            <w:r/>
            <w:r>
              <w:rPr>
                <w:b w:val="0"/>
                <w:i w:val="0"/>
                <w:sz w:val="19"/>
              </w:rPr>
              <w:t>O‘quvchilar dars oxirida:</w:t>
            </w:r>
          </w:p>
          <w:p>
            <w:pPr>
              <w:spacing w:after="40"/>
            </w:pPr>
            <w:r>
              <w:rPr>
                <w:b w:val="0"/>
                <w:i w:val="0"/>
                <w:sz w:val="19"/>
              </w:rPr>
              <w:t>• shaxs sifatlari va transportga oid so‘zlarni kontekstda to‘g‘ri qo‘llay oladi (1–2-bo‘limlar, 9 ball);</w:t>
            </w:r>
          </w:p>
          <w:p>
            <w:pPr>
              <w:spacing w:after="40"/>
            </w:pPr>
            <w:r>
              <w:rPr>
                <w:b w:val="0"/>
                <w:i w:val="0"/>
                <w:sz w:val="19"/>
              </w:rPr>
              <w:t>• hozirgi va o‘tgan zamonlarni hamda used to / would / be used to ni to‘g‘ri tanlay oladi (3–4-bo‘limlar, 10 ball);</w:t>
            </w:r>
          </w:p>
          <w:p>
            <w:pPr>
              <w:spacing w:after="40"/>
            </w:pPr>
            <w:r>
              <w:rPr>
                <w:b w:val="0"/>
                <w:i w:val="0"/>
                <w:sz w:val="19"/>
              </w:rPr>
              <w:t>• frazali fe’l va predloglarni to‘ldira oladi (5-bo‘lim, 4 ball);</w:t>
            </w:r>
          </w:p>
          <w:p>
            <w:pPr>
              <w:spacing w:after="40"/>
            </w:pPr>
            <w:r>
              <w:rPr>
                <w:b w:val="0"/>
                <w:i w:val="0"/>
                <w:sz w:val="19"/>
              </w:rPr>
              <w:t>• present perfect simple / continuous va past perfect shakllarini qo‘llay oladi (6–7-bo‘limlar, 9 ball);</w:t>
            </w:r>
          </w:p>
          <w:p>
            <w:pPr>
              <w:spacing w:after="40"/>
            </w:pPr>
            <w:r>
              <w:rPr>
                <w:b w:val="0"/>
                <w:i w:val="0"/>
                <w:sz w:val="19"/>
              </w:rPr>
              <w:t>• ish va bo‘sh vaqt so‘zlarini hamda qiyosiy va orttirma darajani to‘g‘ri ishlata oladi (8–9-bo‘limlar, 8 ball).</w:t>
            </w:r>
          </w:p>
        </w:tc>
        <w:tc>
          <w:tcPr>
            <w:tcW w:type="dxa" w:w="3175"/>
          </w:tcPr>
          <w:p>
            <w:pPr>
              <w:spacing w:after="40"/>
            </w:pPr>
            <w:r/>
            <w:r>
              <w:rPr>
                <w:b w:val="0"/>
                <w:i w:val="0"/>
                <w:sz w:val="18"/>
              </w:rPr>
              <w:t>Term1_ChSB1_Grade10_Test.pdf (test, kalitsiz) · Term1_ChSB1_Grade10_Answer_Key.pdf (javoblar kaliti) · Term1_ChSB1_Grade10.docx — Laser B1+, 1–4-bo‘limlar (1-chorak) materiali asosida</w:t>
            </w:r>
          </w:p>
          <w:p>
            <w:pPr>
              <w:spacing w:after="40"/>
            </w:pPr>
            <w:r>
              <w:rPr>
                <w:b/>
                <w:i w:val="0"/>
                <w:sz w:val="18"/>
              </w:rPr>
              <w:t xml:space="preserve">Jihozlar: </w:t>
            </w:r>
            <w:r>
              <w:rPr>
                <w:b w:val="0"/>
                <w:i w:val="0"/>
                <w:sz w:val="18"/>
              </w:rPr>
              <w:t>ChSB-1 test varaqlari (har o‘quvchiga bittadan), javoblar kaliti (o‘qituvchi uchun), doska, soat.</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Revise Units 1–4: Workbook p. 16 and p. 30.</w:t>
            </w:r>
          </w:p>
        </w:tc>
      </w:tr>
    </w:tbl>
    <w:p>
      <w:r>
        <w:br w:type="page"/>
      </w:r>
    </w:p>
    <w:p>
      <w:pPr>
        <w:spacing w:before="80" w:after="60"/>
      </w:pPr>
      <w:r>
        <w:rPr>
          <w:b/>
          <w:color w:val="0B6E5F"/>
          <w:sz w:val="24"/>
        </w:rPr>
        <w:t>Daily Lesson Plan · 36-dars</w:t>
      </w:r>
    </w:p>
    <w:tbl>
      <w:tblPr>
        <w:tblStyle w:val="TableGrid"/>
        <w:tblW w:type="auto" w:w="0"/>
        <w:jc w:val="center"/>
        <w:tblLayout w:type="fixed"/>
        <w:tblLook w:firstColumn="1" w:firstRow="1" w:lastColumn="0" w:lastRow="0" w:noHBand="0" w:noVBand="1" w:val="04A0"/>
        <w:tblLayout w:type="fixed"/>
      </w:tblPr>
      <w:tblGrid>
        <w:gridCol w:w="1361"/>
        <w:gridCol w:w="3515"/>
        <w:gridCol w:w="907"/>
        <w:gridCol w:w="3175"/>
        <w:gridCol w:w="794"/>
        <w:gridCol w:w="4762"/>
      </w:tblGrid>
      <w:tr>
        <w:tc>
          <w:tcPr>
            <w:tcW w:type="dxa" w:w="1361"/>
            <w:shd w:val="clear" w:color="auto" w:fill="E6F1EE"/>
          </w:tcPr>
          <w:p>
            <w:pPr>
              <w:spacing w:after="40"/>
            </w:pPr>
            <w:r/>
            <w:r>
              <w:rPr>
                <w:b/>
                <w:i w:val="0"/>
                <w:sz w:val="19"/>
              </w:rPr>
              <w:t>O‘qituvchi:</w:t>
            </w:r>
          </w:p>
        </w:tc>
        <w:tc>
          <w:tcPr>
            <w:tcW w:type="dxa" w:w="3515"/>
          </w:tcPr>
          <w:p>
            <w:pPr>
              <w:spacing w:after="40"/>
            </w:pPr>
            <w:r/>
            <w:r>
              <w:rPr>
                <w:b w:val="0"/>
                <w:i w:val="0"/>
                <w:sz w:val="19"/>
              </w:rPr>
              <w:t>Xasanov Davirbek Abdumalik o‘g‘li</w:t>
            </w:r>
          </w:p>
        </w:tc>
        <w:tc>
          <w:tcPr>
            <w:tcW w:type="dxa" w:w="907"/>
            <w:shd w:val="clear" w:color="auto" w:fill="E6F1EE"/>
          </w:tcPr>
          <w:p>
            <w:pPr>
              <w:spacing w:after="40"/>
            </w:pPr>
            <w:r/>
            <w:r>
              <w:rPr>
                <w:b/>
                <w:i w:val="0"/>
                <w:sz w:val="19"/>
              </w:rPr>
              <w:t>Fan:</w:t>
            </w:r>
          </w:p>
        </w:tc>
        <w:tc>
          <w:tcPr>
            <w:tcW w:type="dxa" w:w="3175"/>
          </w:tcPr>
          <w:p>
            <w:pPr>
              <w:spacing w:after="40"/>
            </w:pPr>
            <w:r/>
            <w:r>
              <w:rPr>
                <w:b w:val="0"/>
                <w:i w:val="0"/>
                <w:sz w:val="19"/>
              </w:rPr>
              <w:t>Ingliz tili</w:t>
            </w:r>
          </w:p>
        </w:tc>
        <w:tc>
          <w:tcPr>
            <w:tcW w:type="dxa" w:w="794"/>
            <w:shd w:val="clear" w:color="auto" w:fill="E6F1EE"/>
          </w:tcPr>
          <w:p>
            <w:pPr>
              <w:spacing w:after="40"/>
            </w:pPr>
            <w:r/>
            <w:r>
              <w:rPr>
                <w:b/>
                <w:i w:val="0"/>
                <w:sz w:val="19"/>
              </w:rPr>
              <w:t>Sinf:</w:t>
            </w:r>
          </w:p>
        </w:tc>
        <w:tc>
          <w:tcPr>
            <w:tcW w:type="dxa" w:w="4762"/>
          </w:tcPr>
          <w:p>
            <w:pPr>
              <w:spacing w:after="40"/>
            </w:pPr>
            <w:r/>
            <w:r>
              <w:rPr>
                <w:b w:val="0"/>
                <w:i w:val="0"/>
                <w:sz w:val="19"/>
              </w:rPr>
              <w:t>10-B</w:t>
            </w:r>
          </w:p>
        </w:tc>
      </w:tr>
      <w:tr>
        <w:tc>
          <w:tcPr>
            <w:tcW w:type="dxa" w:w="1361"/>
            <w:shd w:val="clear" w:color="auto" w:fill="E6F1EE"/>
          </w:tcPr>
          <w:p>
            <w:pPr>
              <w:spacing w:after="40"/>
            </w:pPr>
            <w:r/>
            <w:r>
              <w:rPr>
                <w:b/>
                <w:i w:val="0"/>
                <w:sz w:val="19"/>
              </w:rPr>
              <w:t>Sana:</w:t>
            </w:r>
          </w:p>
        </w:tc>
        <w:tc>
          <w:tcPr>
            <w:tcW w:type="dxa" w:w="3515"/>
          </w:tcPr>
          <w:p>
            <w:pPr>
              <w:spacing w:after="40"/>
            </w:pPr>
            <w:r/>
            <w:r>
              <w:rPr>
                <w:b w:val="0"/>
                <w:i w:val="0"/>
                <w:sz w:val="19"/>
              </w:rPr>
              <w:t>10.11.2026</w:t>
            </w:r>
          </w:p>
        </w:tc>
        <w:tc>
          <w:tcPr>
            <w:tcW w:type="dxa" w:w="907"/>
            <w:shd w:val="clear" w:color="auto" w:fill="E6F1EE"/>
          </w:tcPr>
          <w:p>
            <w:pPr>
              <w:spacing w:after="40"/>
            </w:pPr>
            <w:r/>
            <w:r>
              <w:rPr>
                <w:b/>
                <w:i w:val="0"/>
                <w:sz w:val="19"/>
              </w:rPr>
              <w:t>Mavzu:</w:t>
            </w:r>
          </w:p>
        </w:tc>
        <w:tc>
          <w:tcPr>
            <w:tcW w:type="dxa" w:w="8731"/>
            <w:gridSpan w:val="3"/>
          </w:tcPr>
          <w:p>
            <w:pPr>
              <w:spacing w:after="40"/>
            </w:pPr>
            <w:r/>
            <w:r>
              <w:rPr>
                <w:b/>
                <w:i w:val="0"/>
                <w:sz w:val="19"/>
              </w:rPr>
              <w:t>Consolidation: Working on Mistakes</w:t>
            </w:r>
            <w:r>
              <w:rPr>
                <w:b w:val="0"/>
                <w:i w:val="0"/>
                <w:sz w:val="19"/>
              </w:rPr>
              <w:t xml:space="preserve"> (Mustahkamlash: xatolar ustida ishlash)</w:t>
            </w:r>
          </w:p>
        </w:tc>
      </w:tr>
      <w:tr>
        <w:tc>
          <w:tcPr>
            <w:tcW w:type="dxa" w:w="1361"/>
            <w:shd w:val="clear" w:color="auto" w:fill="E6F1EE"/>
          </w:tcPr>
          <w:p>
            <w:pPr>
              <w:spacing w:after="40"/>
            </w:pPr>
            <w:r/>
            <w:r>
              <w:rPr>
                <w:b/>
                <w:i w:val="0"/>
                <w:sz w:val="19"/>
              </w:rPr>
              <w:t>Dars turi:</w:t>
            </w:r>
          </w:p>
        </w:tc>
        <w:tc>
          <w:tcPr>
            <w:tcW w:type="dxa" w:w="13153"/>
            <w:gridSpan w:val="5"/>
          </w:tcPr>
          <w:p>
            <w:pPr>
              <w:spacing w:after="40"/>
            </w:pPr>
            <w:r/>
            <w:r>
              <w:rPr>
                <w:b w:val="0"/>
                <w:i w:val="0"/>
                <w:sz w:val="19"/>
              </w:rPr>
              <w:t>Mustahkamlash darsi (xatolar ustida ishlash)</w:t>
            </w:r>
          </w:p>
        </w:tc>
      </w:tr>
    </w:tbl>
    <w:tbl>
      <w:tblPr>
        <w:tblStyle w:val="TableGrid"/>
        <w:tblW w:type="auto" w:w="0"/>
        <w:jc w:val="center"/>
        <w:tblLayout w:type="fixed"/>
        <w:tblLook w:firstColumn="1" w:firstRow="1" w:lastColumn="0" w:lastRow="0" w:noHBand="0" w:noVBand="1" w:val="04A0"/>
        <w:tblLayout w:type="fixed"/>
      </w:tblPr>
      <w:tblGrid>
        <w:gridCol w:w="3061"/>
        <w:gridCol w:w="5443"/>
        <w:gridCol w:w="2835"/>
        <w:gridCol w:w="3175"/>
      </w:tblGrid>
      <w:tr>
        <w:tc>
          <w:tcPr>
            <w:tcW w:type="dxa" w:w="3061"/>
            <w:shd w:val="clear" w:color="auto" w:fill="E6F1EE"/>
          </w:tcPr>
          <w:p>
            <w:pPr>
              <w:spacing w:after="40"/>
              <w:jc w:val="center"/>
            </w:pPr>
            <w:r/>
            <w:r>
              <w:rPr>
                <w:b/>
                <w:i w:val="0"/>
                <w:sz w:val="19"/>
              </w:rPr>
              <w:t>Dars maqsadi</w:t>
            </w:r>
          </w:p>
        </w:tc>
        <w:tc>
          <w:tcPr>
            <w:tcW w:type="dxa" w:w="5443"/>
            <w:shd w:val="clear" w:color="auto" w:fill="E6F1EE"/>
          </w:tcPr>
          <w:p>
            <w:pPr>
              <w:spacing w:after="40"/>
              <w:jc w:val="center"/>
            </w:pPr>
            <w:r/>
            <w:r>
              <w:rPr>
                <w:b/>
                <w:i w:val="0"/>
                <w:sz w:val="19"/>
              </w:rPr>
              <w:t>Bajariladigan ishlar rejasi</w:t>
            </w:r>
          </w:p>
        </w:tc>
        <w:tc>
          <w:tcPr>
            <w:tcW w:type="dxa" w:w="2835"/>
            <w:shd w:val="clear" w:color="auto" w:fill="E6F1EE"/>
          </w:tcPr>
          <w:p>
            <w:pPr>
              <w:spacing w:after="40"/>
              <w:jc w:val="center"/>
            </w:pPr>
            <w:r/>
            <w:r>
              <w:rPr>
                <w:b/>
                <w:i w:val="0"/>
                <w:sz w:val="19"/>
              </w:rPr>
              <w:t>Kutilayotgan natijalar</w:t>
            </w:r>
          </w:p>
        </w:tc>
        <w:tc>
          <w:tcPr>
            <w:tcW w:type="dxa" w:w="3175"/>
            <w:shd w:val="clear" w:color="auto" w:fill="E6F1EE"/>
          </w:tcPr>
          <w:p>
            <w:pPr>
              <w:spacing w:after="40"/>
              <w:jc w:val="center"/>
            </w:pPr>
            <w:r/>
            <w:r>
              <w:rPr>
                <w:b/>
                <w:i w:val="0"/>
                <w:sz w:val="19"/>
              </w:rPr>
              <w:t>Manba va jihozlar</w:t>
            </w:r>
          </w:p>
        </w:tc>
      </w:tr>
      <w:tr>
        <w:tc>
          <w:tcPr>
            <w:tcW w:type="dxa" w:w="3061"/>
          </w:tcPr>
          <w:p>
            <w:pPr>
              <w:spacing w:after="40"/>
            </w:pPr>
            <w:r/>
            <w:r>
              <w:rPr>
                <w:b/>
                <w:i w:val="0"/>
                <w:sz w:val="19"/>
              </w:rPr>
              <w:t xml:space="preserve">a) Ta’limiy: </w:t>
            </w:r>
            <w:r>
              <w:rPr>
                <w:b w:val="0"/>
                <w:i w:val="0"/>
                <w:sz w:val="19"/>
              </w:rPr>
              <w:t>ChSB-1 da eng ko‘p uchragan xatolarni (holat fe’llari, perfect zamonlar, used to, make / do, fe’l + predlog, qiyosiy daraja, artikllar, so‘z yasash) tahlil qilish va to‘g‘ri shakllarni mustahkamlash.</w:t>
            </w:r>
          </w:p>
          <w:p>
            <w:pPr>
              <w:spacing w:after="40"/>
            </w:pPr>
            <w:r>
              <w:rPr>
                <w:b/>
                <w:i w:val="0"/>
                <w:sz w:val="19"/>
              </w:rPr>
              <w:t xml:space="preserve">b) Tarbiyaviy: </w:t>
            </w:r>
            <w:r>
              <w:rPr>
                <w:b w:val="0"/>
                <w:i w:val="0"/>
                <w:sz w:val="19"/>
              </w:rPr>
              <w:t>Xatoga sabr bilan qarash, undan saboq chiqarish va o‘z ustida muntazam ishlash odatini tarbiyalash.</w:t>
            </w:r>
          </w:p>
          <w:p>
            <w:pPr>
              <w:spacing w:after="40"/>
            </w:pPr>
            <w:r>
              <w:rPr>
                <w:b/>
                <w:i w:val="0"/>
                <w:sz w:val="19"/>
              </w:rPr>
              <w:t xml:space="preserve">c) Rivojlantiruvchi: </w:t>
            </w:r>
            <w:r>
              <w:rPr>
                <w:b w:val="0"/>
                <w:i w:val="0"/>
                <w:sz w:val="19"/>
              </w:rPr>
              <w:t>Xatoni topish, qoidani izohlash, o‘z xatolari daftarini yuritish va yangi misol tuzish ko‘nikmasini rivojlantirish.</w:t>
            </w:r>
          </w:p>
        </w:tc>
        <w:tc>
          <w:tcPr>
            <w:tcW w:type="dxa" w:w="5443"/>
          </w:tcPr>
          <w:p>
            <w:pPr>
              <w:spacing w:after="40"/>
            </w:pPr>
            <w:r/>
            <w:r>
              <w:rPr>
                <w:b/>
                <w:i w:val="0"/>
                <w:sz w:val="18"/>
              </w:rPr>
              <w:t xml:space="preserve">1. Results and overview (Natijalar va umumiy tahlil) — 5 daqiqa. </w:t>
            </w:r>
            <w:r>
              <w:rPr>
                <w:b w:val="0"/>
                <w:i w:val="0"/>
                <w:sz w:val="18"/>
              </w:rPr>
              <w:t>Return the marked ChSB-1 papers; show the class results by section (which sections were the hardest) — no names.</w:t>
            </w:r>
          </w:p>
          <w:p>
            <w:pPr>
              <w:spacing w:after="40"/>
            </w:pPr>
            <w:r>
              <w:rPr>
                <w:b/>
                <w:i w:val="0"/>
                <w:sz w:val="18"/>
              </w:rPr>
              <w:t xml:space="preserve">2. Error clinic (sentences 1–12) (Xatolar klinikasi (1–12-gaplar)) — 7 daqiqa. </w:t>
            </w:r>
            <w:r>
              <w:rPr>
                <w:b w:val="0"/>
                <w:i w:val="0"/>
                <w:sz w:val="18"/>
              </w:rPr>
              <w:t>Two Error clinic slides: pairs correct the twelve sentences and name the rule. Vocabulary sheet stays closed.</w:t>
            </w:r>
          </w:p>
          <w:p>
            <w:pPr>
              <w:spacing w:after="40"/>
            </w:pPr>
            <w:r>
              <w:rPr>
                <w:b/>
                <w:i w:val="0"/>
                <w:sz w:val="18"/>
              </w:rPr>
              <w:t xml:space="preserve">3. Check and teach: A–B + focus (Tekshirish va tushuntirish: A–B va fokus) — 8 daqiqa. </w:t>
            </w:r>
            <w:r>
              <w:rPr>
                <w:b w:val="0"/>
                <w:i w:val="0"/>
                <w:sz w:val="18"/>
              </w:rPr>
              <w:t>Answer key slides; then card sections A–B with audio and the focus slide (five most common mistakes); hand out the vocabulary sheet now.</w:t>
            </w:r>
          </w:p>
          <w:p>
            <w:pPr>
              <w:spacing w:after="40"/>
            </w:pPr>
            <w:r>
              <w:rPr>
                <w:b/>
                <w:i w:val="0"/>
                <w:sz w:val="18"/>
              </w:rPr>
              <w:t xml:space="preserve">4. Vocabulary C–E (Lug‘at C–D) — 6 daqiqa. </w:t>
            </w:r>
            <w:r>
              <w:rPr>
                <w:b w:val="0"/>
                <w:i w:val="0"/>
                <w:sz w:val="18"/>
              </w:rPr>
              <w:t>Present sections C, D and E with audio; ask for a new example with each word (take part in …, worry about …, succeed in …, more demanding than …).</w:t>
            </w:r>
          </w:p>
          <w:p>
            <w:pPr>
              <w:spacing w:after="40"/>
            </w:pPr>
            <w:r>
              <w:rPr>
                <w:b/>
                <w:i w:val="0"/>
                <w:sz w:val="18"/>
              </w:rPr>
              <w:t xml:space="preserve">5. Personal mistakes log (Shaxsiy xatolar daftari) — 9 daqiqa. </w:t>
            </w:r>
            <w:r>
              <w:rPr>
                <w:b w:val="0"/>
                <w:i w:val="0"/>
                <w:sz w:val="18"/>
              </w:rPr>
              <w:t>Students copy their own ChSB-1 mistakes into a table: mistake → correct form → rule → new sentence; help individually.</w:t>
            </w:r>
          </w:p>
          <w:p>
            <w:pPr>
              <w:spacing w:after="40"/>
            </w:pPr>
            <w:r>
              <w:rPr>
                <w:b/>
                <w:i w:val="0"/>
                <w:sz w:val="18"/>
              </w:rPr>
              <w:t xml:space="preserve">6. Practice gap-fill (Bo‘sh joyni to‘ldirish) — 3 daqiqa. </w:t>
            </w:r>
            <w:r>
              <w:rPr>
                <w:b w:val="0"/>
                <w:i w:val="0"/>
                <w:sz w:val="18"/>
              </w:rPr>
              <w:t>Gap-fill slide (10 sentences).</w:t>
            </w:r>
          </w:p>
          <w:p>
            <w:pPr>
              <w:spacing w:after="40"/>
            </w:pPr>
            <w:r>
              <w:rPr>
                <w:b/>
                <w:i w:val="0"/>
                <w:sz w:val="18"/>
              </w:rPr>
              <w:t xml:space="preserve">7. Matching halves (Yarim gaplarni moslash) — 4 daqiqa. </w:t>
            </w:r>
            <w:r>
              <w:rPr>
                <w:b w:val="0"/>
                <w:i w:val="0"/>
                <w:sz w:val="18"/>
              </w:rPr>
              <w:t>Hand out the match-halves worksheet (groups A and B).</w:t>
            </w:r>
          </w:p>
          <w:p>
            <w:pPr>
              <w:spacing w:after="40"/>
            </w:pPr>
            <w:r>
              <w:rPr>
                <w:b/>
                <w:i w:val="0"/>
                <w:sz w:val="18"/>
              </w:rPr>
              <w:t xml:space="preserve">8. Wrap-up and homework (Yakun va uyga vazifa) — 3 daqiqa. </w:t>
            </w:r>
            <w:r>
              <w:rPr>
                <w:b w:val="0"/>
                <w:i w:val="0"/>
                <w:sz w:val="18"/>
              </w:rPr>
              <w:t>Memory check slide (right or wrong?); set homework.</w:t>
            </w:r>
          </w:p>
          <w:p>
            <w:pPr>
              <w:spacing w:after="40"/>
            </w:pPr>
            <w:r>
              <w:rPr>
                <w:b/>
                <w:i w:val="0"/>
                <w:sz w:val="18"/>
              </w:rPr>
              <w:t xml:space="preserve">Metodlar: </w:t>
            </w:r>
            <w:r>
              <w:rPr>
                <w:b w:val="0"/>
                <w:i/>
                <w:sz w:val="18"/>
              </w:rPr>
              <w:t>xatolar klinikasi (error clinic), juftlikda ishlash, shaxsiy xatolar daftari, yarim gaplarni moslash</w:t>
            </w:r>
          </w:p>
        </w:tc>
        <w:tc>
          <w:tcPr>
            <w:tcW w:type="dxa" w:w="2835"/>
          </w:tcPr>
          <w:p>
            <w:pPr>
              <w:spacing w:after="40"/>
            </w:pPr>
            <w:r/>
            <w:r>
              <w:rPr>
                <w:b w:val="0"/>
                <w:i w:val="0"/>
                <w:sz w:val="19"/>
              </w:rPr>
              <w:t>O‘quvchilar dars oxirida:</w:t>
            </w:r>
          </w:p>
          <w:p>
            <w:pPr>
              <w:spacing w:after="40"/>
            </w:pPr>
            <w:r>
              <w:rPr>
                <w:b w:val="0"/>
                <w:i w:val="0"/>
                <w:sz w:val="19"/>
              </w:rPr>
              <w:t>• 1–4-bo‘limlarga oid o‘n ikkita odatiy xatoni topib tuzata oladi;</w:t>
            </w:r>
          </w:p>
          <w:p>
            <w:pPr>
              <w:spacing w:after="40"/>
            </w:pPr>
            <w:r>
              <w:rPr>
                <w:b w:val="0"/>
                <w:i w:val="0"/>
                <w:sz w:val="19"/>
              </w:rPr>
              <w:t>• har bir tuzatish qoidasini izohlay oladi (holat fe’llari, past perfect, used to, qiyosiy daraja, artikllar);</w:t>
            </w:r>
          </w:p>
          <w:p>
            <w:pPr>
              <w:spacing w:after="40"/>
            </w:pPr>
            <w:r>
              <w:rPr>
                <w:b w:val="0"/>
                <w:i w:val="0"/>
                <w:sz w:val="19"/>
              </w:rPr>
              <w:t>• o‘zining ChSB-1 xatolarini tuzatib, har qoida uchun yangi gap yoza oladi;</w:t>
            </w:r>
          </w:p>
          <w:p>
            <w:pPr>
              <w:spacing w:after="40"/>
            </w:pPr>
            <w:r>
              <w:rPr>
                <w:b w:val="0"/>
                <w:i w:val="0"/>
                <w:sz w:val="19"/>
              </w:rPr>
              <w:t>• o‘nta gapni xatosiz to‘ldira oladi.</w:t>
            </w:r>
          </w:p>
        </w:tc>
        <w:tc>
          <w:tcPr>
            <w:tcW w:type="dxa" w:w="3175"/>
          </w:tcPr>
          <w:p>
            <w:pPr>
              <w:spacing w:after="40"/>
            </w:pPr>
            <w:r/>
            <w:r>
              <w:rPr>
                <w:b w:val="0"/>
                <w:i w:val="0"/>
                <w:sz w:val="18"/>
              </w:rPr>
              <w:t>Mustahkamlash darsi (rejadagi cw: «Working on mistakes») — ChSB-1 (35-dars, 1-chorak summativ baholash) natijalari bo‘yicha xatolar ustida ishlash. Manba: Laser B1+ SB Revision Units 1–2 (pp. 22–23) va Units 3–4 (pp. 40–41), Use of English p. 11 (stative verbs), p. 19 (used to / would / be used to), Grammar clinic pp. 26, 34 (present perfect, past perfect), p. 37 (comparatives); uyga: Workbook p. 30.</w:t>
            </w:r>
          </w:p>
          <w:p>
            <w:pPr>
              <w:spacing w:after="40"/>
            </w:pPr>
            <w:r>
              <w:rPr>
                <w:b/>
                <w:i w:val="0"/>
                <w:sz w:val="18"/>
              </w:rPr>
              <w:t xml:space="preserve">Jihozlar: </w:t>
            </w:r>
            <w:r>
              <w:rPr>
                <w:b w:val="0"/>
                <w:i w:val="0"/>
                <w:sz w:val="18"/>
              </w:rPr>
              <w:t>Students’ marked ChSB-1 papers, ChSB-1 answer key (Term1_ChSB1_Grade10_Answer_Key.pdf), vocabulary sheet (35 items), match-halves worksheet, slides, flashcards with audio (sozlar.com/vocab); Laser B1+ SB pp. 22–23, 40–41; Workbook p. 30.</w:t>
            </w:r>
          </w:p>
        </w:tc>
      </w:tr>
    </w:tbl>
    <w:tbl>
      <w:tblPr>
        <w:tblStyle w:val="TableGrid"/>
        <w:tblW w:type="auto" w:w="0"/>
        <w:jc w:val="center"/>
        <w:tblLayout w:type="fixed"/>
        <w:tblLook w:firstColumn="1" w:firstRow="1" w:lastColumn="0" w:lastRow="0" w:noHBand="0" w:noVBand="1" w:val="04A0"/>
        <w:tblLayout w:type="fixed"/>
      </w:tblPr>
      <w:tblGrid>
        <w:gridCol w:w="1361"/>
        <w:gridCol w:w="13153"/>
      </w:tblGrid>
      <w:tr>
        <w:tc>
          <w:tcPr>
            <w:tcW w:type="dxa" w:w="1361"/>
            <w:shd w:val="clear" w:color="auto" w:fill="E6F1EE"/>
          </w:tcPr>
          <w:p>
            <w:pPr>
              <w:spacing w:after="40"/>
            </w:pPr>
            <w:r/>
            <w:r>
              <w:rPr>
                <w:b/>
                <w:i w:val="0"/>
                <w:sz w:val="19"/>
              </w:rPr>
              <w:t>Uyga vazifa:</w:t>
            </w:r>
          </w:p>
        </w:tc>
        <w:tc>
          <w:tcPr>
            <w:tcW w:type="dxa" w:w="13153"/>
          </w:tcPr>
          <w:p>
            <w:pPr>
              <w:spacing w:after="40"/>
            </w:pPr>
            <w:r/>
            <w:r>
              <w:rPr>
                <w:b w:val="0"/>
                <w:i w:val="0"/>
                <w:sz w:val="19"/>
              </w:rPr>
              <w:t>• Working on mistakes: finish your personal mistakes log (mistake → correct form → rule → new sentence) — rejadagi vazifa.</w:t>
            </w:r>
          </w:p>
          <w:p>
            <w:pPr>
              <w:spacing w:after="40"/>
            </w:pPr>
            <w:r>
              <w:rPr>
                <w:b w:val="0"/>
                <w:i w:val="0"/>
                <w:sz w:val="19"/>
              </w:rPr>
              <w:t>• Workbook p. 30 — do again the exercises where you lost points.</w:t>
            </w:r>
          </w:p>
          <w:p>
            <w:pPr>
              <w:spacing w:after="40"/>
            </w:pPr>
            <w:r>
              <w:rPr>
                <w:b w:val="0"/>
                <w:i w:val="0"/>
                <w:sz w:val="19"/>
              </w:rPr>
              <w:t>• Learn the 35 items with the flashcards: sozlar.com/vocab/cards/?set=grade10-lesson36</w:t>
            </w:r>
          </w:p>
        </w:tc>
      </w:tr>
    </w:tbl>
    <w:p>
      <w:pPr>
        <w:spacing w:after="40"/>
      </w:pPr>
      <w:r>
        <w:rPr>
          <w:b/>
          <w:sz w:val="18"/>
        </w:rPr>
        <w:t xml:space="preserve">Farqlash: </w:t>
      </w:r>
      <w:r>
        <w:rPr>
          <w:i/>
          <w:sz w:val="18"/>
        </w:rPr>
        <w:t>Fast finishers write five ‘mistake sentences’ of their own for a partner (one for each focus point); weaker students get the twelve corrections with the rule names mixed up and only match them.</w:t>
      </w:r>
    </w:p>
    <w:sectPr w:rsidR="00FC693F" w:rsidRPr="0006063C" w:rsidSect="00034616">
      <w:pgSz w:w="16838" w:h="11906" w:orient="landscape"/>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